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of Portland’s New Pink Light District: Where Burlesque, Boots and After-Hours Meet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night owls are discovering a brighter Old Town as performers, small-business owners and city officials stitch together the Pink Light District, an arts-and-entertainment corridor centred on Ankeny Alley that’s equal parts gritty history, neon romance and late-night curiosity.</w:t>
      </w:r>
      <w:r/>
    </w:p>
    <w:p>
      <w:r/>
      <w:r>
        <w:t>Essential Takeaways</w:t>
      </w:r>
      <w:r/>
      <w:r/>
    </w:p>
    <w:p>
      <w:pPr>
        <w:pStyle w:val="ListBullet"/>
        <w:spacing w:line="240" w:lineRule="auto"/>
        <w:ind w:left="720"/>
      </w:pPr>
      <w:r/>
      <w:r>
        <w:rPr>
          <w:b/>
        </w:rPr>
        <w:t>Local anchor:</w:t>
      </w:r>
      <w:r>
        <w:t xml:space="preserve"> Madam Cooper’s Parlor occupies the former Valentine’s space on Ankeny Alley, offering red-lit burlesque, a six-minute Music Box peep show and a cosy, thrifted Western vibe. </w:t>
      </w:r>
      <w:r/>
    </w:p>
    <w:p>
      <w:pPr>
        <w:pStyle w:val="ListBullet"/>
        <w:spacing w:line="240" w:lineRule="auto"/>
        <w:ind w:left="720"/>
      </w:pPr>
      <w:r/>
      <w:r>
        <w:rPr>
          <w:b/>
        </w:rPr>
        <w:t>City support:</w:t>
      </w:r>
      <w:r>
        <w:t xml:space="preserve"> The mayor ceremonially flipped a pink bulb and Portland’s transport bureau is refreshing crosswalks and street furniture to knit the district together. </w:t>
      </w:r>
      <w:r/>
    </w:p>
    <w:p>
      <w:pPr>
        <w:pStyle w:val="ListBullet"/>
        <w:spacing w:line="240" w:lineRule="auto"/>
        <w:ind w:left="720"/>
      </w:pPr>
      <w:r/>
      <w:r>
        <w:rPr>
          <w:b/>
        </w:rPr>
        <w:t>Curated route:</w:t>
      </w:r>
      <w:r>
        <w:t xml:space="preserve"> Can Can Productions and nearby venues plan coordinated shows, pink accents and seasonal events like a cabaret festival and Halloween programming. </w:t>
      </w:r>
      <w:r/>
    </w:p>
    <w:p>
      <w:pPr>
        <w:pStyle w:val="ListBullet"/>
        <w:spacing w:line="240" w:lineRule="auto"/>
        <w:ind w:left="720"/>
      </w:pPr>
      <w:r/>
      <w:r>
        <w:rPr>
          <w:b/>
        </w:rPr>
        <w:t>Atmosphere:</w:t>
      </w:r>
      <w:r>
        <w:t xml:space="preserve"> Expect a mix of gritty, authentic charm and theatrical silliness, fringed lampshades, cowboy hats, rubber-chicken cues and a burgundy chaise. </w:t>
      </w:r>
      <w:r/>
    </w:p>
    <w:p>
      <w:pPr>
        <w:pStyle w:val="ListBullet"/>
        <w:spacing w:line="240" w:lineRule="auto"/>
        <w:ind w:left="720"/>
      </w:pPr>
      <w:r/>
      <w:r>
        <w:rPr>
          <w:b/>
        </w:rPr>
        <w:t>Practical tip:</w:t>
      </w:r>
      <w:r>
        <w:t xml:space="preserve"> Pop in early for amateur nights or post-show Music Box sets; six-minute performances are $10, and the spot makes a great late-night stop after dinner theatre.</w:t>
      </w:r>
      <w:r/>
      <w:r/>
    </w:p>
    <w:p>
      <w:pPr>
        <w:pStyle w:val="Heading2"/>
      </w:pPr>
      <w:r>
        <w:t>A new-old heartbeat for Old Town , think velvet, plywood and wink</w:t>
      </w:r>
      <w:r/>
    </w:p>
    <w:p>
      <w:r/>
      <w:r>
        <w:t>If you like your nightlife with a little sawdust and lipstick, this corner of Portland is staging a comeback. Madam Cooper’s Parlor sits under a wash of red light where Valentine’s once stood, and the room feels lived-in the moment you step through the door, mirrors on the ceiling, thrift-store Western art and a tiny painted peep-booth called the Music Box. According to the Parlor’s creator, the booth was repurposed from shows she ran in Alaska during the pandemic; they literally sawed and reassembled it to fit the space. That hand-made, slightly ramshackle vibe is exactly the district’s selling point.</w:t>
      </w:r>
      <w:r/>
    </w:p>
    <w:p>
      <w:r/>
      <w:r>
        <w:t>Backstory matters here: Old Town’s history of parlours, saloons and risky entertainments is the flavour that operators are leaning into, not hiding. Madam Cooper, Cooper Hays, brings credibility, having honed a decade of burlesque in Nashville and a career that ranges from rodeo stages to jukebox revues. Her aesthetic and instincts anchor the district in performance traditions rather than sterile redevelopment, and that’s part of the draw for locals and visitors alike.</w:t>
      </w:r>
      <w:r/>
    </w:p>
    <w:p>
      <w:pPr>
        <w:pStyle w:val="Heading2"/>
      </w:pPr>
      <w:r>
        <w:t>Pink lights and municipal buy-in , it’s a planned improv</w:t>
      </w:r>
      <w:r/>
    </w:p>
    <w:p>
      <w:r/>
      <w:r>
        <w:t>This isn’t just a collection of colourful shop fronts; there’s a city-visible nudge behind the idea. Mayor Keith Wilson flipped a pink bulb at the launch, and the Portland Bureau of Transportation is refreshing crosswalks, painting poles and extending murals so walking between venues feels intentional. Chris Pink of Can Can Productions, whose team restored the Paris Theatre into a burlesque house, envisions pink streetlights, planters and a walkable route that tethers the neighbourhood’s oddities into a cohesive night out.</w:t>
      </w:r>
      <w:r/>
    </w:p>
    <w:p>
      <w:r/>
      <w:r>
        <w:t>That municipal signal matters: it reduces the awkwardness of darting between isolated venues and gives tourists a map of places that used to be invisible after dark. For anyone planning a night out, think of the district as a loose circuit, dinner, main cabaret, after-show music and a late-night parlor stop, rather than a single destination.</w:t>
      </w:r>
      <w:r/>
    </w:p>
    <w:p>
      <w:pPr>
        <w:pStyle w:val="Heading2"/>
      </w:pPr>
      <w:r>
        <w:t>What to expect on your first visit , tips for a safer, richer night</w:t>
      </w:r>
      <w:r/>
    </w:p>
    <w:p>
      <w:r/>
      <w:r>
        <w:t>Start with a plan but leave room for serendipity. Early evenings are friendlier for casual strolls and checking out public art; later, venues fill with dancing and cabaret energy. If you want to catch the Music Box, budget $10 for a six-minute performance and aim to arrive before the late-night rush. Wear comfortable shoes, Ankeny Alley’s cobbles and new crosswalks make for an atmospheric, slightly uneven walk, and bring cash or check apps ahead, since small bars sometimes run card readers intermittently.</w:t>
      </w:r>
      <w:r/>
    </w:p>
    <w:p>
      <w:r/>
      <w:r>
        <w:t>If you’re curious about the neighbourhood’s seedier past, sign up for one of the walking tours being dreamed up by Hays: she’s developing a theatrical route that doubles as a murder-mystery-style history lesson, led by a pink-clad showgirl narrator. It’s the kind of experience that transforms a bar hop into a story-driven evening.</w:t>
      </w:r>
      <w:r/>
    </w:p>
    <w:p>
      <w:pPr>
        <w:pStyle w:val="Heading2"/>
      </w:pPr>
      <w:r>
        <w:t>Festivals, fall vibes and the risk of becoming Disneyland</w:t>
      </w:r>
      <w:r/>
    </w:p>
    <w:p>
      <w:r/>
      <w:r>
        <w:t>Seasonal programming is central to the district’s playbook. Can Can plans a Hitchcock-themed show for autumn and a multivenue cabaret festival in October; the idea is to turn Halloween into a reason to meander from place to place, with eateries and bars leaning into spooky offerings. That coordinated calendar could make the district a reliable draw in the shoulder seasons, when other parts of downtown can feel quiet.</w:t>
      </w:r>
      <w:r/>
    </w:p>
    <w:p>
      <w:r/>
      <w:r>
        <w:t>But there’s pushback against tidy commercialisation. Hays is explicit about not wanting the Pink Light District to be polished into a theme-park facsimile of itself. She watched Nashville repackaged and prefers a neighbourhood that keeps room for outcasts and misfits. The challenge will be balancing municipal improvements and event-driven tourism with the raw edges that give Old Town its character.</w:t>
      </w:r>
      <w:r/>
    </w:p>
    <w:p>
      <w:pPr>
        <w:pStyle w:val="Heading2"/>
      </w:pPr>
      <w:r>
        <w:t>Why this matters , the city’s nightlife gets a living room</w:t>
      </w:r>
      <w:r/>
    </w:p>
    <w:p>
      <w:r/>
      <w:r>
        <w:t>Portland’s downtown hasn’t always been hospitable to small, weird venues that survive on personality rather than corporate polish. The Pink Light District is a test: can a cluster of grassroots venues, buoyed by a bit of civic attention and a shared visual identity, revive a walkable, theatrical evening economy? Early signs are promising, murals, refurbished crosswalks and a block-party with aerialists and DJs show the mix of performance and public life people want.</w:t>
      </w:r>
      <w:r/>
    </w:p>
    <w:p>
      <w:r/>
      <w:r>
        <w:t>If you’re nostalgic for a Portland where you can wander into a red-lit parlor after a show, linger over a late-night cocktail and catch a six-minute peep show, this is the moment to explore. It’s theatrical, slightly sticky, and very human.</w:t>
      </w:r>
      <w:r/>
    </w:p>
    <w:p>
      <w:r/>
      <w:r>
        <w:t>It's a small change that can make a whole evening feel more curious and connected.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9">
        <w:r>
          <w:rPr>
            <w:color w:val="0000EE"/>
            <w:u w:val="single"/>
          </w:rPr>
          <w:t>[7]</w:t>
        </w:r>
      </w:hyperlink>
      <w:r>
        <w:t xml:space="preserve">- Paragraph 3: </w:t>
      </w:r>
      <w:hyperlink r:id="rId9">
        <w:r>
          <w:rPr>
            <w:color w:val="0000EE"/>
            <w:u w:val="single"/>
          </w:rPr>
          <w:t>[7]</w:t>
        </w:r>
      </w:hyperlink>
      <w:r>
        <w:t xml:space="preserve">, </w:t>
      </w:r>
      <w:hyperlink r:id="rId12">
        <w:r>
          <w:rPr>
            <w:color w:val="0000EE"/>
            <w:u w:val="single"/>
          </w:rPr>
          <w:t>[6]</w:t>
        </w:r>
      </w:hyperlink>
      <w:r>
        <w:t xml:space="preserve">- Paragraph 4: </w:t>
      </w:r>
      <w:hyperlink r:id="rId13">
        <w:r>
          <w:rPr>
            <w:color w:val="0000EE"/>
            <w:u w:val="single"/>
          </w:rPr>
          <w:t>[5]</w:t>
        </w:r>
      </w:hyperlink>
      <w:r>
        <w:t xml:space="preserve">, </w:t>
      </w:r>
      <w:hyperlink r:id="rId9">
        <w:r>
          <w:rPr>
            <w:color w:val="0000EE"/>
            <w:u w:val="single"/>
          </w:rPr>
          <w:t>[7]</w:t>
        </w:r>
      </w:hyperlink>
      <w:r>
        <w:t xml:space="preserve">- Paragraph 5: </w:t>
      </w:r>
      <w:hyperlink r:id="rId14">
        <w:r>
          <w:rPr>
            <w:color w:val="0000EE"/>
            <w:u w:val="single"/>
          </w:rPr>
          <w:t>[4]</w:t>
        </w:r>
      </w:hyperlink>
      <w:r>
        <w:t xml:space="preserve">, </w:t>
      </w:r>
      <w:hyperlink r:id="rId13">
        <w:r>
          <w:rPr>
            <w:color w:val="0000EE"/>
            <w:u w:val="single"/>
          </w:rPr>
          <w:t>[5]</w:t>
        </w:r>
      </w:hyperlink>
      <w:r>
        <w:t xml:space="preserve">- Paragraph 6: </w:t>
      </w:r>
      <w:hyperlink r:id="rId9">
        <w:r>
          <w:rPr>
            <w:color w:val="0000EE"/>
            <w:u w:val="single"/>
          </w:rPr>
          <w:t>[7]</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https://www.pdxmonthly.com/news-and-city-life/2026/08/pink-light-district-old-town</w:t>
        </w:r>
      </w:hyperlink>
      <w:r>
        <w:t xml:space="preserve"> - Please view link - unable to able to access data</w:t>
      </w:r>
      <w:r/>
    </w:p>
    <w:p>
      <w:pPr>
        <w:pStyle w:val="ListNumber"/>
        <w:spacing w:line="240" w:lineRule="auto"/>
        <w:ind w:left="720"/>
      </w:pPr>
      <w:r/>
      <w:hyperlink r:id="rId10">
        <w:r>
          <w:rPr>
            <w:color w:val="0000EE"/>
            <w:u w:val="single"/>
          </w:rPr>
          <w:t>https://www.madamcooper.com/</w:t>
        </w:r>
      </w:hyperlink>
      <w:r>
        <w:t xml:space="preserve"> - Madam Cooper's Parlor is a unique establishment in Portland's Old Town, offering a blend of Victorian saloon ambiance and modern entertainment. The venue features a 'Music Box Theater,' where patrons can enjoy six-minute burlesque performances. The interior is adorned with red walls, fringed lampshades, and Western art sourced from thrift stores, creating an intimate and nostalgic atmosphere. The establishment is located at 232 SW Ankeny Street, Portland, Oregon, 97204, and operates from Thursday to Sunday, 5 pm to midnight.</w:t>
      </w:r>
      <w:r/>
    </w:p>
    <w:p>
      <w:pPr>
        <w:pStyle w:val="ListNumber"/>
        <w:spacing w:line="240" w:lineRule="auto"/>
        <w:ind w:left="720"/>
      </w:pPr>
      <w:r/>
      <w:hyperlink r:id="rId11">
        <w:r>
          <w:rPr>
            <w:color w:val="0000EE"/>
            <w:u w:val="single"/>
          </w:rPr>
          <w:t>https://www.wweek.com/culture/2026/02/11/madam-coopers-parlor-is-bringing-back-old-portland/</w:t>
        </w:r>
      </w:hyperlink>
      <w:r>
        <w:t xml:space="preserve"> - This article highlights the opening of Madam Cooper's Parlor in Portland's Old Town. The venue, located in the former Valentine's space on Ankeny Alley, combines elements of a cocktail bar, music venue, and strip club, with all performers being working strippers. The establishment is part of the newly formed 'Pink Light District,' which includes businesses like Mary's, Dante's, Can Can's Paris Theatre, and Voodoo Doughnut. The article also discusses the challenges faced by the owner, Cooper Hays, in securing a permanent location and her vision for the venue.</w:t>
      </w:r>
      <w:r/>
    </w:p>
    <w:p>
      <w:pPr>
        <w:pStyle w:val="ListNumber"/>
        <w:spacing w:line="240" w:lineRule="auto"/>
        <w:ind w:left="720"/>
      </w:pPr>
      <w:r/>
      <w:hyperlink r:id="rId14">
        <w:r>
          <w:rPr>
            <w:color w:val="0000EE"/>
            <w:u w:val="single"/>
          </w:rPr>
          <w:t>https://www.wweek.com/culture/2026/07/07/the-pink-light-district-and-portlands-queer-geography/</w:t>
        </w:r>
      </w:hyperlink>
      <w:r>
        <w:t xml:space="preserve"> - This piece explores the emergence of Portland's 'Pink Light District' in Old Town, encompassing Ankeny Alley and surrounding areas. The district aims to revitalize the neighborhood by fostering a vibrant community space that celebrates local businesses, art, and culture. The article discusses the involvement of various establishments, including Madam Cooper's Parlor, in this initiative and highlights community events like the Pride Block Party, featuring DJs, aerialists, and a 3-on-3 basketball tournament. The piece also touches on the district's efforts to enhance safety and inclusivity.</w:t>
      </w:r>
      <w:r/>
    </w:p>
    <w:p>
      <w:pPr>
        <w:pStyle w:val="ListNumber"/>
        <w:spacing w:line="240" w:lineRule="auto"/>
        <w:ind w:left="720"/>
      </w:pPr>
      <w:r/>
      <w:hyperlink r:id="rId13">
        <w:r>
          <w:rPr>
            <w:color w:val="0000EE"/>
            <w:u w:val="single"/>
          </w:rPr>
          <w:t>https://www.cancanportland.com/pink-light-district</w:t>
        </w:r>
      </w:hyperlink>
      <w:r>
        <w:t xml:space="preserve"> - Can Can's Paris Theatre is a key venue in Portland's Pink Light District, offering live performances and contributing to the area's revitalization. The theatre is located at 6 SW 3rd Ave, Portland, Oregon, 97204. The venue hosts various events, including Pride Weekend celebrations, featuring handcrafted cocktails, music, and performances. The Pink Light District aims to create an inclusive community gathering place, bringing together locals and visitors to celebrate the best of what the area has to offer, from food and nightlife to culture and entertainment.</w:t>
      </w:r>
      <w:r/>
    </w:p>
    <w:p>
      <w:pPr>
        <w:pStyle w:val="ListNumber"/>
        <w:spacing w:line="240" w:lineRule="auto"/>
        <w:ind w:left="720"/>
      </w:pPr>
      <w:r/>
      <w:hyperlink r:id="rId12">
        <w:r>
          <w:rPr>
            <w:color w:val="0000EE"/>
            <w:u w:val="single"/>
          </w:rPr>
          <w:t>https://www.ankenyalleyassociation.org/</w:t>
        </w:r>
      </w:hyperlink>
      <w:r>
        <w:t xml:space="preserve"> - The Ankeny Alley Association is dedicated to promoting and enhancing the Pink Light District in Portland's Old Town. The association focuses on creating a warm, inviting, and vibrant destination by bringing together local businesses, artists, and community members. Their initiatives include organizing events, supporting local vendors, and fostering a sense of community in the district. The association's efforts aim to celebrate the area's rich history and diverse culture, making it a unique and attractive destination for both locals and visitors.</w:t>
      </w:r>
      <w:r/>
    </w:p>
    <w:p>
      <w:pPr>
        <w:pStyle w:val="ListNumber"/>
        <w:spacing w:line="240" w:lineRule="auto"/>
        <w:ind w:left="720"/>
      </w:pPr>
      <w:r/>
      <w:hyperlink r:id="rId9">
        <w:r>
          <w:rPr>
            <w:color w:val="0000EE"/>
            <w:u w:val="single"/>
          </w:rPr>
          <w:t>https://www.pdxmonthly.com/news-and-city-life/2026/08/pink-light-district-old-town</w:t>
        </w:r>
      </w:hyperlink>
      <w:r>
        <w:t xml:space="preserve"> - This article discusses the development of Portland's Pink Light District in Old Town, focusing on Madam Cooper's Parlor as a central establishment. The district stretches from the river to Big Pink and from W Burnside to SW Pine, aiming to revitalize the area by uniting businesses under a pink theme. The article highlights the involvement of various venues, including Can Can's Paris Theatre, and mentions community events like the Pride block party. It also touches on the district's plans for seasonal festivities and its commitment to preserving the neighborhood's unique character.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dxmonthly.com/news-and-city-life/2026/08/pink-light-district-old-town" TargetMode="External"/><Relationship Id="rId10" Type="http://schemas.openxmlformats.org/officeDocument/2006/relationships/hyperlink" Target="https://www.madamcooper.com/" TargetMode="External"/><Relationship Id="rId11" Type="http://schemas.openxmlformats.org/officeDocument/2006/relationships/hyperlink" Target="https://www.wweek.com/culture/2026/02/11/madam-coopers-parlor-is-bringing-back-old-portland/" TargetMode="External"/><Relationship Id="rId12" Type="http://schemas.openxmlformats.org/officeDocument/2006/relationships/hyperlink" Target="https://www.ankenyalleyassociation.org/" TargetMode="External"/><Relationship Id="rId13" Type="http://schemas.openxmlformats.org/officeDocument/2006/relationships/hyperlink" Target="https://www.cancanportland.com/pink-light-district" TargetMode="External"/><Relationship Id="rId14" Type="http://schemas.openxmlformats.org/officeDocument/2006/relationships/hyperlink" Target="https://www.wweek.com/culture/2026/07/07/the-pink-light-district-and-portlands-queer-geograph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