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Latin Dance Stage Celebrates Queer Latino Artists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in force: Oakland Pride’s biggest Latin dance stage promises sun-baked beats, high-energy drag and a clear political heartbeat , bringing celebrated Latinx pop and reggaeton stars, local drag hosts and community DJs together downtown on 16 August. It’s a festive, visible moment for queer Latino artistry and allies.</w:t>
      </w:r>
      <w:r/>
    </w:p>
    <w:p>
      <w:r/>
      <w:r>
        <w:t>Essential Takeaways</w:t>
      </w:r>
      <w:r/>
      <w:r/>
    </w:p>
    <w:p>
      <w:pPr>
        <w:pStyle w:val="ListBullet"/>
        <w:spacing w:line="240" w:lineRule="auto"/>
        <w:ind w:left="720"/>
      </w:pPr>
      <w:r/>
      <w:r>
        <w:rPr>
          <w:b/>
        </w:rPr>
        <w:t>Biggest-ever stage:</w:t>
      </w:r>
      <w:r>
        <w:t xml:space="preserve"> Oakland Pride’s Latin dance stage is produced by Valentino Presents and Club Papi Productions and will be the largest the festival has hosted, with headline acts from FEY, La Cruz and Gala Varo. </w:t>
      </w:r>
      <w:r/>
    </w:p>
    <w:p>
      <w:pPr>
        <w:pStyle w:val="ListBullet"/>
        <w:spacing w:line="240" w:lineRule="auto"/>
        <w:ind w:left="720"/>
      </w:pPr>
      <w:r/>
      <w:r>
        <w:rPr>
          <w:b/>
        </w:rPr>
        <w:t>Historic resonance:</w:t>
      </w:r>
      <w:r>
        <w:t xml:space="preserve"> FEY returns in a symbolic, full-circle booking after being one of the first Latin artists to perform at an American Pride festival. </w:t>
      </w:r>
      <w:r/>
    </w:p>
    <w:p>
      <w:pPr>
        <w:pStyle w:val="ListBullet"/>
        <w:spacing w:line="240" w:lineRule="auto"/>
        <w:ind w:left="720"/>
      </w:pPr>
      <w:r/>
      <w:r>
        <w:rPr>
          <w:b/>
        </w:rPr>
        <w:t>Bold representation:</w:t>
      </w:r>
      <w:r>
        <w:t xml:space="preserve"> La Cruz performs openly gay reggaeton, pairing confessional lyrics with unapologetic visuals that broaden reggaeton’s mainstream landscape. </w:t>
      </w:r>
      <w:r/>
    </w:p>
    <w:p>
      <w:pPr>
        <w:pStyle w:val="ListBullet"/>
        <w:spacing w:line="240" w:lineRule="auto"/>
        <w:ind w:left="720"/>
      </w:pPr>
      <w:r/>
      <w:r>
        <w:rPr>
          <w:b/>
        </w:rPr>
        <w:t>Local drag and DJs:</w:t>
      </w:r>
      <w:r>
        <w:t xml:space="preserve"> Community favourites Boites Befierce, La Vicky and Jacqueline Aguilar host, while house and t-dance programming runs alongside for a layered, all-day sound. </w:t>
      </w:r>
      <w:r/>
    </w:p>
    <w:p>
      <w:pPr>
        <w:pStyle w:val="ListBullet"/>
        <w:spacing w:line="240" w:lineRule="auto"/>
        <w:ind w:left="720"/>
      </w:pPr>
      <w:r/>
      <w:r>
        <w:rPr>
          <w:b/>
        </w:rPr>
        <w:t>Accessible details:</w:t>
      </w:r>
      <w:r>
        <w:t xml:space="preserve"> Parade starts 10:30am at 21st and Broadway; festival runs noon–6pm at Frank Ogawa Plaza on Sunday 16 August. Visit oaklandprideofficial.org for info.</w:t>
      </w:r>
      <w:r/>
      <w:r/>
    </w:p>
    <w:p>
      <w:pPr>
        <w:pStyle w:val="Heading2"/>
      </w:pPr>
      <w:r>
        <w:t>Latin music at Pride: why the stage matters now</w:t>
      </w:r>
      <w:r/>
    </w:p>
    <w:p>
      <w:r/>
      <w:r>
        <w:t>Oakland’s decision to expand its Latin dance stage feels both celebratory and necessary, a loud, colourful response to a fraught political moment. The stage brings a tactile, joyful energy , think bright sequins, warm basslines and crowds who know the choreography. Organisers Valentino Presents and Club Papi Productions are leaning into a form of visibility that has long mattered in Bay Area queer communities.</w:t>
      </w:r>
      <w:r/>
    </w:p>
    <w:p>
      <w:r/>
      <w:r>
        <w:t>Backstory matters here. Club Papi’s Jamie Awad introduced Latin music to Pride festivals in the late 1990s, when it still felt like a gamble. Today the choice is mainstream and intentional, a way of holding space for Latino artists and audiences who’ve been central to queer culture but often sidelined in festival line-ups.</w:t>
      </w:r>
      <w:r/>
    </w:p>
    <w:p>
      <w:r/>
      <w:r>
        <w:t>Practical tip: if you want the best vantage point, arrive at Frank Ogawa Plaza early or follow local hosts on social to learn where the most interactive moments will be.</w:t>
      </w:r>
      <w:r/>
    </w:p>
    <w:p>
      <w:pPr>
        <w:pStyle w:val="Heading2"/>
      </w:pPr>
      <w:r>
        <w:t>FEY’s return is a full-circle pride moment</w:t>
      </w:r>
      <w:r/>
    </w:p>
    <w:p>
      <w:r/>
      <w:r>
        <w:t>Booking FEY as a headliner is more than nostalgia; it’s an acknowledgement of allyship that changed things. According to historical coverage of Pride bookings, FEY was among the first Latin pop names to step up when others balked at performing at queer events. Her 2000s-era advocacy earned her recognition from queer organisations and now her return feels symbolic.</w:t>
      </w:r>
      <w:r/>
    </w:p>
    <w:p>
      <w:r/>
      <w:r>
        <w:t>Festival goers can expect a polished pop set with familiar hits and a warm reception from a community that remembers what those early shows meant. It’s the kind of performance that lands emotionally as much as musically.</w:t>
      </w:r>
      <w:r/>
    </w:p>
    <w:p>
      <w:r/>
      <w:r>
        <w:t>What to watch for: early sets tend to be friendlier for families and folks seeking a more classic pop experience, while late slots lean into club energy.</w:t>
      </w:r>
      <w:r/>
    </w:p>
    <w:p>
      <w:pPr>
        <w:pStyle w:val="Heading2"/>
      </w:pPr>
      <w:r>
        <w:t>La Cruz and the new voice of reygayton</w:t>
      </w:r>
      <w:r/>
    </w:p>
    <w:p>
      <w:r/>
      <w:r>
        <w:t>La Cruz is making headlines as a leading gay reggaeton artist who sings explicitly about male desire, and he’ll bring that candidness to Oakland. His recent EP cycle shows a commitment to naming and normalising queer love within a genre long coded as heteronormative.</w:t>
      </w:r>
      <w:r/>
    </w:p>
    <w:p>
      <w:r/>
      <w:r>
        <w:t>That honesty matters. For many fans, seeing a reggaetonero who doesn’t obfuscate his identity is both rare and liberating. La Cruz calls it his responsibility to show 100% of who he is , and that authenticity is part of the draw.</w:t>
      </w:r>
      <w:r/>
    </w:p>
    <w:p>
      <w:r/>
      <w:r>
        <w:t>Practical insight: if you love reggaeton’s physical energy, position yourself near the front of the Latin dance stage; expect crowd-friendly, dance-heavy arrangements and visuals that lean into club culture.</w:t>
      </w:r>
      <w:r/>
    </w:p>
    <w:p>
      <w:pPr>
        <w:pStyle w:val="Heading2"/>
      </w:pPr>
      <w:r>
        <w:t>Drag, trans visibility and community reaction</w:t>
      </w:r>
      <w:r/>
    </w:p>
    <w:p>
      <w:r/>
      <w:r>
        <w:t>Awad has repeatedly emphasised the emotional impact of drag and trans performers at Pride, and last year’s Wendy Guevara moment showed how powerful that connection can be. Instead of the backlash some feared, audiences responded with tears and full support , a reminder that live performance can be a transformative, communal experience.</w:t>
      </w:r>
      <w:r/>
    </w:p>
    <w:p>
      <w:r/>
      <w:r>
        <w:t>This year’s drag hosts , Gala Varo, Boites Befierce, La Vicky and Jacqueline Aguilar , bring local flavour and theatricality, mixing global star power with grassroots energy. For many attendees, seeing trans and drag artists celebrated on a big stage counters the negative rhetoric circulating in national politics.</w:t>
      </w:r>
      <w:r/>
    </w:p>
    <w:p>
      <w:r/>
      <w:r>
        <w:t>Tip: enjoy the performances but respect performers’ space; drag meet-and-greets often require separate tickets or long lines, so check the event page ahead of time.</w:t>
      </w:r>
      <w:r/>
    </w:p>
    <w:p>
      <w:pPr>
        <w:pStyle w:val="Heading2"/>
      </w:pPr>
      <w:r>
        <w:t>More than one sound: house, t-dance and festival flow</w:t>
      </w:r>
      <w:r/>
    </w:p>
    <w:p>
      <w:r/>
      <w:r>
        <w:t>Oakland Pride isn’t just about Latin beats. The Mighty Real T-Dance Stage keeps a steady house pulse with local DJs like Charles Hawthorne, David Harness and Lady Alma, creating a layered festival soundtrack so you can move between genres without leaving the plaza.</w:t>
      </w:r>
      <w:r/>
    </w:p>
    <w:p>
      <w:r/>
      <w:r>
        <w:t>That programming diversity makes the day accessible for different crowds , from dancers chasing deep house to families enjoying pop and drag numbers. It’s also Oakland’s way of honouring the city’s club history while giving space to Latin music’s percussion-driven energy.</w:t>
      </w:r>
      <w:r/>
    </w:p>
    <w:p>
      <w:r/>
      <w:r>
        <w:t>Practical advice: wear comfortable shoes, bring water, and map out sets you don’t want to miss , stages can feel small when they’re packed.</w:t>
      </w:r>
      <w:r/>
    </w:p>
    <w:p>
      <w:r/>
      <w:r>
        <w:t>It’s a small change that can make every performance feel safer 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https://eastbayexpress.com/oakland-prides-biggest-latin-stage-celebrates-queer-artists-and-allies/</w:t>
        </w:r>
      </w:hyperlink>
      <w:r>
        <w:t xml:space="preserve"> - Please view link - unable to able to access data</w:t>
      </w:r>
      <w:r/>
    </w:p>
    <w:p>
      <w:pPr>
        <w:pStyle w:val="ListNumber"/>
        <w:spacing w:line="240" w:lineRule="auto"/>
        <w:ind w:left="720"/>
      </w:pPr>
      <w:r/>
      <w:hyperlink r:id="rId10">
        <w:r>
          <w:rPr>
            <w:color w:val="0000EE"/>
            <w:u w:val="single"/>
          </w:rPr>
          <w:t>https://www.quericonightclub.com/oakland-pride-latin-stage/</w:t>
        </w:r>
      </w:hyperlink>
      <w:r>
        <w:t xml:space="preserve"> - Club Papi and Valentino Presents are set to host the 2026 Oakland Pride Latin Dance Stage, featuring Grammy-nominated artist FEY, openly gay Venezuelan reggaeton singer La Cruz, and RuPaul’s Drag Race Mexico legend Gala Varo. Local drag performers Boites Befierce, La Vicky, and Jacqueline Aguilar will host the stage, with special guest DJs Jaffeth and Ben spinning Latin, reggaeton, cumbia, Brazilian funk, merengue, and banda hits. The event kicks off at 11 am on Sunday, August 16, 2026, at Frank H. Ogawa Plaza in Downtown Oakland. Tickets are available online. For more information, visit the official Oakland Pride website.</w:t>
      </w:r>
      <w:r/>
    </w:p>
    <w:p>
      <w:pPr>
        <w:pStyle w:val="ListNumber"/>
        <w:spacing w:line="240" w:lineRule="auto"/>
        <w:ind w:left="720"/>
      </w:pPr>
      <w:r/>
      <w:hyperlink r:id="rId12">
        <w:r>
          <w:rPr>
            <w:color w:val="0000EE"/>
            <w:u w:val="single"/>
          </w:rPr>
          <w:t>https://www.kpbs.org/news/2007/07/20/gay-latinos-no-longer-hide-their-pride</w:t>
        </w:r>
      </w:hyperlink>
      <w:r>
        <w:t xml:space="preserve"> - In 2007, Jamie Awad, owner of Club Papi Productions, discussed the challenges faced by gay Latino men in San Diego. He recounted a poignant encounter with a partygoer who expressed fear of being outed to his family and at work. Awad's Club Papi Productions has been instrumental in creating spaces for the LGBTQ+ Latino community, hosting events that celebrate their culture and identity. This initiative highlights the importance of safe spaces for gay Latinos to express their pride and connect with others facing similar challenges.</w:t>
      </w:r>
      <w:r/>
    </w:p>
    <w:p>
      <w:pPr>
        <w:pStyle w:val="ListNumber"/>
        <w:spacing w:line="240" w:lineRule="auto"/>
        <w:ind w:left="720"/>
      </w:pPr>
      <w:r/>
      <w:hyperlink r:id="rId13">
        <w:r>
          <w:rPr>
            <w:color w:val="0000EE"/>
            <w:u w:val="single"/>
          </w:rPr>
          <w:t>https://www.sfgate.com/entertainment/article/OFFICIAL-GUIDE-PROGRAM-San-Francisco-Pride-2907259.php</w:t>
        </w:r>
      </w:hyperlink>
      <w:r>
        <w:t xml:space="preserve"> - The 2001 San Francisco Pride event featured a Latin Stage, celebrating Latin music and culture. The Brown Party, a highly anticipated event, took place at 550 Barneveld, offering three dance floors, after-hours entertainment, and live performances. Additionally, the official Latin Stage after-party was held at 715 Harrison St., in association with the 18-plus club Faith. This collaboration aimed to provide an inclusive environment for attendees aged 18-20, who often find themselves excluded from other venues due to age restrictions. For more information, visit the official San Francisco Pride website.</w:t>
      </w:r>
      <w:r/>
    </w:p>
    <w:p>
      <w:pPr>
        <w:pStyle w:val="ListNumber"/>
        <w:spacing w:line="240" w:lineRule="auto"/>
        <w:ind w:left="720"/>
      </w:pPr>
      <w:r/>
      <w:hyperlink r:id="rId11">
        <w:r>
          <w:rPr>
            <w:color w:val="0000EE"/>
            <w:u w:val="single"/>
          </w:rPr>
          <w:t>https://www.oaklandprideofficial.org/events</w:t>
        </w:r>
      </w:hyperlink>
      <w:r>
        <w:t xml:space="preserve"> - Oakland Pride's official website provides details about the 2024 festival, including the annual parade and festival. The parade is scheduled for Sunday, September 8, 2024, starting at 11:00 am, followed by the festival from noon to 6:00 pm. The festival offers a variety of events for the LGBTQ+ community and allies, with ticket prices ranging from $10 to $20. For more information and to purchase tickets, visit the official Oakland Pride website.</w:t>
      </w:r>
      <w:r/>
    </w:p>
    <w:p>
      <w:pPr>
        <w:pStyle w:val="ListNumber"/>
        <w:spacing w:line="240" w:lineRule="auto"/>
        <w:ind w:left="720"/>
      </w:pPr>
      <w:r/>
      <w:hyperlink r:id="rId15">
        <w:r>
          <w:rPr>
            <w:color w:val="0000EE"/>
            <w:u w:val="single"/>
          </w:rPr>
          <w:t>https://www.quericonightclub.com/event/oakland-pride-fey-meet-and-greet-tickets/</w:t>
        </w:r>
      </w:hyperlink>
      <w:r>
        <w:t xml:space="preserve"> - An exclusive Meet and Greet event with FEY is scheduled for August 16, 2026, as part of the Oakland Pride festivities. The VIP package includes a photo with FEY, five free passes to PAN DULCE Wednesday’s at Beaux SF, and five free passes to Muevelo Friday’s at Que Rico Oakland. Please note that this ticket does not include entry into the Oakland Pride festival itself. For more details and to purchase tickets, visit the official website.</w:t>
      </w:r>
      <w:r/>
    </w:p>
    <w:p>
      <w:pPr>
        <w:pStyle w:val="ListNumber"/>
        <w:spacing w:line="240" w:lineRule="auto"/>
        <w:ind w:left="720"/>
      </w:pPr>
      <w:r/>
      <w:hyperlink r:id="rId14">
        <w:r>
          <w:rPr>
            <w:color w:val="0000EE"/>
            <w:u w:val="single"/>
          </w:rPr>
          <w:t>https://remezcla.com/features/culture/azucar-papi-creating-a-safe-space-to-wine-yuh-waist/</w:t>
        </w:r>
      </w:hyperlink>
      <w:r>
        <w:t xml:space="preserve"> - Azucar Papi, a collaboration between Azucar! – A Queer Latin Dance Party and Papi Juice, aims to create a safe space for queer and trans people of colour to celebrate Latin music and culture. The event features performances by artists like Maluca, who delivered an energetic set at Friends &amp; Lovers in Brooklyn. Azucar Papi highlights the importance of inclusive spaces where LGBTQ+ individuals can express themselves freely and connect with others who share similar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astbayexpress.com/oakland-prides-biggest-latin-stage-celebrates-queer-artists-and-allies/" TargetMode="External"/><Relationship Id="rId10" Type="http://schemas.openxmlformats.org/officeDocument/2006/relationships/hyperlink" Target="https://www.quericonightclub.com/oakland-pride-latin-stage/" TargetMode="External"/><Relationship Id="rId11" Type="http://schemas.openxmlformats.org/officeDocument/2006/relationships/hyperlink" Target="https://www.oaklandprideofficial.org/events" TargetMode="External"/><Relationship Id="rId12" Type="http://schemas.openxmlformats.org/officeDocument/2006/relationships/hyperlink" Target="https://www.kpbs.org/news/2007/07/20/gay-latinos-no-longer-hide-their-pride" TargetMode="External"/><Relationship Id="rId13" Type="http://schemas.openxmlformats.org/officeDocument/2006/relationships/hyperlink" Target="https://www.sfgate.com/entertainment/article/OFFICIAL-GUIDE-PROGRAM-San-Francisco-Pride-2907259.php" TargetMode="External"/><Relationship Id="rId14" Type="http://schemas.openxmlformats.org/officeDocument/2006/relationships/hyperlink" Target="https://remezcla.com/features/culture/azucar-papi-creating-a-safe-space-to-wine-yuh-waist/" TargetMode="External"/><Relationship Id="rId15" Type="http://schemas.openxmlformats.org/officeDocument/2006/relationships/hyperlink" Target="https://www.quericonightclub.com/event/oakland-pride-fey-meet-and-greet-tic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