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Memoir-In-Essays: Eliot Glazer’s The Terrible, Horrible, No Good, Very Bad Gay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lining up for a fresh, funny queer voice, Eliot Glazer’s debut collection of comic essays, out 11 August 2026. The book mixes loud laughs with quieter vulnerability, tracing modern LGBTQ+ life through parties, poppers, family and identity, and it matters because it’s honest, sharp and very, very human.</w:t>
      </w:r>
      <w:r/>
      <w:r/>
    </w:p>
    <w:p>
      <w:pPr>
        <w:pStyle w:val="ListBullet"/>
        <w:spacing w:line="240" w:lineRule="auto"/>
        <w:ind w:left="720"/>
      </w:pPr>
      <w:r/>
      <w:r>
        <w:rPr>
          <w:b/>
        </w:rPr>
        <w:t>Debut memoir-in-essays:</w:t>
      </w:r>
      <w:r>
        <w:t xml:space="preserve"> Eliot Glazer’s first original book collects comic, personal essays about queer modern life and identity.</w:t>
      </w:r>
      <w:r/>
    </w:p>
    <w:p>
      <w:pPr>
        <w:pStyle w:val="ListBullet"/>
        <w:spacing w:line="240" w:lineRule="auto"/>
        <w:ind w:left="720"/>
      </w:pPr>
      <w:r/>
      <w:r>
        <w:rPr>
          <w:b/>
        </w:rPr>
        <w:t>Tone:</w:t>
      </w:r>
      <w:r>
        <w:t xml:space="preserve"> Laugh-out-loud humour balanced with moments of emotional vulnerability; frank, candid, and often self-deprecating.</w:t>
      </w:r>
      <w:r/>
    </w:p>
    <w:p>
      <w:pPr>
        <w:pStyle w:val="ListBullet"/>
        <w:spacing w:line="240" w:lineRule="auto"/>
        <w:ind w:left="720"/>
      </w:pPr>
      <w:r/>
      <w:r>
        <w:rPr>
          <w:b/>
        </w:rPr>
        <w:t>Credentials:</w:t>
      </w:r>
      <w:r>
        <w:t xml:space="preserve"> Glazer is an established TV writer and performer (New Girl, Broad City, Younger), bringing a seasoned comic voice and screenwriting polish.</w:t>
      </w:r>
      <w:r/>
    </w:p>
    <w:p>
      <w:pPr>
        <w:pStyle w:val="ListBullet"/>
        <w:spacing w:line="240" w:lineRule="auto"/>
        <w:ind w:left="720"/>
      </w:pPr>
      <w:r/>
      <w:r>
        <w:rPr>
          <w:b/>
        </w:rPr>
        <w:t>Practical feel:</w:t>
      </w:r>
      <w:r>
        <w:t xml:space="preserve"> Easy-to-read essays that travel well, short bursts of story with a warm, conversational rhythm and a slightly mischievous edge.</w:t>
      </w:r>
      <w:r/>
    </w:p>
    <w:p>
      <w:pPr>
        <w:pStyle w:val="ListBullet"/>
        <w:spacing w:line="240" w:lineRule="auto"/>
        <w:ind w:left="720"/>
      </w:pPr>
      <w:r/>
      <w:r>
        <w:rPr>
          <w:b/>
        </w:rPr>
        <w:t>Production:</w:t>
      </w:r>
      <w:r>
        <w:t xml:space="preserve"> Available in print and audiobook formats, produced by Simon &amp; Schuster with editorial attention that nudged jokes toward real honesty.</w:t>
      </w:r>
      <w:r/>
      <w:r/>
    </w:p>
    <w:p>
      <w:pPr>
        <w:pStyle w:val="Heading2"/>
      </w:pPr>
      <w:r>
        <w:t>Why this debut lands now , sharp, funny and a little dizzying</w:t>
      </w:r>
      <w:r/>
    </w:p>
    <w:p>
      <w:r/>
      <w:r>
        <w:t>Eliot Glazer’s book arrives after two decades of writing in TV and comedy, so the timing feels like the grown-up payoff of a long apprenticeship. You can almost hear the late-night rhythm in the pages: quick setups, crisp payoffs, and then a surprise turn into something unexpectedly tender. According to publicity material from the publisher, the collection mines his life for those awkward, chaotic queer moments, party panic, dating disasters, family dynamics, and serves them with a wink and a wince.</w:t>
      </w:r>
      <w:r/>
    </w:p>
    <w:p>
      <w:r/>
      <w:r>
        <w:t>Behind the jokes is a craft honed in writers’ rooms. Glazer told interviewers that a 2023 writers’ strike gave him the headspace to finish a proposal, and once the book was on the road, the publishing conversations moved fast. That speed didn’t mean the work was easy, he’s spoken about how the real challenge was living inside his own interior monologue long enough to excavate material that felt honest.</w:t>
      </w:r>
      <w:r/>
    </w:p>
    <w:p>
      <w:pPr>
        <w:pStyle w:val="Heading2"/>
      </w:pPr>
      <w:r>
        <w:t>From TV rooms to essays , how his background shapes the book</w:t>
      </w:r>
      <w:r/>
    </w:p>
    <w:p>
      <w:r/>
      <w:r>
        <w:t>If you know Glazer from Broad City or New Girl, you’ll recognise the comic instincts: specificity, pop-culture ear, and an eye for the absurd in ordinary life. But essays do different work than sitcom scripts, and Glazer shifted from punchline-first thinking toward vulnerability when his editor pushed for it. That nudge turned some scenes from one-note gags into essays that land emotionally as well as comedically, something readers of memoir-in-essays now expect.</w:t>
      </w:r>
      <w:r/>
    </w:p>
    <w:p>
      <w:r/>
      <w:r>
        <w:t>The result reads like a comedian learning to hold silence as well as a laugh. He’s still funny, there are the expected riffs about Grindr and Pride parades, but the pieces also reveal how identity and community can feel messy even when the visuals are loud.</w:t>
      </w:r>
      <w:r/>
    </w:p>
    <w:p>
      <w:pPr>
        <w:pStyle w:val="Heading2"/>
      </w:pPr>
      <w:r>
        <w:t>What to expect on the page , voice, themes and pace</w:t>
      </w:r>
      <w:r/>
    </w:p>
    <w:p>
      <w:r/>
      <w:r>
        <w:t>The book’s voice is conversational and self-aware, half confession and half stand-up routine. Essays are short enough to devour on commutes, but they also contain small, sharp revelations that linger. Themes repeat, modern queer rituals, awkward family ties, the search for belonging, yet each essay approaches them from a new angle, mixing anecdote with reflection.</w:t>
      </w:r>
      <w:r/>
    </w:p>
    <w:p>
      <w:r/>
      <w:r>
        <w:t>If you’re choosing a copy for a friend or a book group, look for pieces that pair well with conversation starters: questions about chosen family, how humour masks pain, or what belonging looks like in different generations of queer people. The audiobook is available for listeners who prefer a performed cadence; Glazer’s background as a performer makes that format particularly appealing.</w:t>
      </w:r>
      <w:r/>
    </w:p>
    <w:p>
      <w:pPr>
        <w:pStyle w:val="Heading2"/>
      </w:pPr>
      <w:r>
        <w:t>How he handled real people, and why names changed</w:t>
      </w:r>
      <w:r/>
    </w:p>
    <w:p>
      <w:r/>
      <w:r>
        <w:t>Glazer’s approach to writing about real people is sensible and humane: names have been changed, with family members given special consideration. He shared that he ran passages by his immediate family so they could raise concerns, which feels like a pragmatic balance between honesty and privacy. That protective approach preserves narrative tension while avoiding gratuitous hurt, useful to remember for any memoirist.</w:t>
      </w:r>
      <w:r/>
    </w:p>
    <w:p>
      <w:r/>
      <w:r>
        <w:t>This choice also keeps the book focused on Glazer’s experience rather than turning into a catalogue of other people’s lives. The anonymity allows him to be bolder about self-scrutiny, which is where the essays do their best work.</w:t>
      </w:r>
      <w:r/>
    </w:p>
    <w:p>
      <w:pPr>
        <w:pStyle w:val="Heading2"/>
      </w:pPr>
      <w:r>
        <w:t>Who’ll love this book, and what it might inspire in readers</w:t>
      </w:r>
      <w:r/>
    </w:p>
    <w:p>
      <w:r/>
      <w:r>
        <w:t>Fans of witty, confessional writers, think Samantha Irby, Ryan O’Connell or David Sedaris, will recognise a kindred spirit here, but Glazer brings a unique pop-culture slant and a neurotic, earnest sensibility. Readers looking for quick laughs that occasionally land a deeper emotional chord will feel satisfied.</w:t>
      </w:r>
      <w:r/>
    </w:p>
    <w:p>
      <w:r/>
      <w:r>
        <w:t>For writers, Glazer’s process offers a few practical takeaways: give yourself deadlines, be willing to replace easy jokes with vulnerability, change names to protect others, and let editorial input push you into richer territory. For readers, it’s a timely reminder that belonging is messy and that humour can be the doorway to empathy.</w:t>
      </w:r>
      <w:r/>
    </w:p>
    <w:p>
      <w:r/>
      <w:r>
        <w:t>It’s a small change that can make every laugh mean a little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https://memoirland.substack.com/p/the-memoir-land-author-questionnaire-003</w:t>
        </w:r>
      </w:hyperlink>
      <w:r>
        <w:t xml:space="preserve"> - Please view link - unable to able to access data</w:t>
      </w:r>
      <w:r/>
    </w:p>
    <w:p>
      <w:pPr>
        <w:pStyle w:val="ListNumber"/>
        <w:spacing w:line="240" w:lineRule="auto"/>
        <w:ind w:left="720"/>
      </w:pPr>
      <w:r/>
      <w:hyperlink r:id="rId10">
        <w:r>
          <w:rPr>
            <w:color w:val="0000EE"/>
            <w:u w:val="single"/>
          </w:rPr>
          <w:t>https://en.wikipedia.org/wiki/Eliot_Glazer</w:t>
        </w:r>
      </w:hyperlink>
      <w:r>
        <w:t xml:space="preserve"> - Eliot Glazer is an American comedian, writer, actor, television producer, and blogger. He wrote, creative consulted, and had a recurring role as Eliot Wexler on the Comedy Central series Broad City (2015–2019), which was created by and starred his sibling, Ilana Glazer. He also worked as a story editor on the comedy series Younger and New Girl and created and starred in the web series It Gets Betterish (2011–2012) and Eliot's Sketchpad (2013).</w:t>
      </w:r>
      <w:r/>
    </w:p>
    <w:p>
      <w:pPr>
        <w:pStyle w:val="ListNumber"/>
        <w:spacing w:line="240" w:lineRule="auto"/>
        <w:ind w:left="720"/>
      </w:pPr>
      <w:r/>
      <w:hyperlink r:id="rId11">
        <w:r>
          <w:rPr>
            <w:color w:val="0000EE"/>
            <w:u w:val="single"/>
          </w:rPr>
          <w:t>https://www.simonandschuster.com/authors/Eliot-Glazer/228717731</w:t>
        </w:r>
      </w:hyperlink>
      <w:r>
        <w:t xml:space="preserve"> - Eliot Glazer is a comedian, actor, podcaster, musician, and writer for beloved TV shows including New Girl, Younger, and Broad City, on which he played 'Eliot' in his most challenging role to date. He lives in Los Angeles. His first memoir in comic essays, The Terrible, Horrible, No Good, Very Bad Gay, is now available wherever books are sold.</w:t>
      </w:r>
      <w:r/>
    </w:p>
    <w:p>
      <w:pPr>
        <w:pStyle w:val="ListNumber"/>
        <w:spacing w:line="240" w:lineRule="auto"/>
        <w:ind w:left="720"/>
      </w:pPr>
      <w:r/>
      <w:hyperlink r:id="rId14">
        <w:r>
          <w:rPr>
            <w:color w:val="0000EE"/>
            <w:u w:val="single"/>
          </w:rPr>
          <w:t>https://www.omnipop.com/glazer-artist-page</w:t>
        </w:r>
      </w:hyperlink>
      <w:r>
        <w:t xml:space="preserve"> - Eliot Glazer is an LGBTQ comedian, actor, musician, and writer who recently served as a co-executive producer on Paramount+’s reboot of iCarly. He has written on, among others, The New Girl, The Boys: Diabolical, and Younger. He is the author of the anthology My Parents Were Awesome and co-host of the podcast You’re Making It Worse. He can be seen in a supporting role opposite Seth Rogen in An American Pickle and is a frequent guest on The Howard Stern Wrap Up Show.</w:t>
      </w:r>
      <w:r/>
    </w:p>
    <w:p>
      <w:pPr>
        <w:pStyle w:val="ListNumber"/>
        <w:spacing w:line="240" w:lineRule="auto"/>
        <w:ind w:left="720"/>
      </w:pPr>
      <w:r/>
      <w:hyperlink r:id="rId12">
        <w:r>
          <w:rPr>
            <w:color w:val="0000EE"/>
            <w:u w:val="single"/>
          </w:rPr>
          <w:t>https://www.timeout.com/newyork/comedy/eliot-glazer-talks-about-his-show-haunting-renditions-live</w:t>
        </w:r>
      </w:hyperlink>
      <w:r>
        <w:t xml:space="preserve"> - Eliot Glazer talks about his show Haunting Renditions Live. We chat with the Broad City actor and writer about his musical comedy show Haunting Renditions Live. Turning trash into treasure is Eliot Glazer’s specialty. In his live show Haunting Renditions—based on his same-name web series—the Younger, Broad City and New Girl writer takes bad pop songs—from the likes of Ashlee Simpson and Hootie &amp; the Blowfish—and rearranges them into band-driven operatic ballads.</w:t>
      </w:r>
      <w:r/>
    </w:p>
    <w:p>
      <w:pPr>
        <w:pStyle w:val="ListNumber"/>
        <w:spacing w:line="240" w:lineRule="auto"/>
        <w:ind w:left="720"/>
      </w:pPr>
      <w:r/>
      <w:hyperlink r:id="rId13">
        <w:r>
          <w:rPr>
            <w:color w:val="0000EE"/>
            <w:u w:val="single"/>
          </w:rPr>
          <w:t>https://www.audible.com/pd/The-Terrible-Horrible-No-Good-Very-Bad-Gay-Audiobook/B0FXHMDFP1</w:t>
        </w:r>
      </w:hyperlink>
      <w:r>
        <w:t xml:space="preserve"> - The Terrible, Horrible, No Good, Very Bad Gay: Essays by Eliot Glazer. From stand-up comedian and Broad City writer/star Eliot Glazer comes a hilarious and heartfelt essay collection for Las Culturistas listeners, 30 Rock fanatics, and any reader who wishes David Sedaris were just a tad filthier. Comedian and writer Eliot Glazer may occasionally get some stuff right, but being gay is not one of them.</w:t>
      </w:r>
      <w:r/>
    </w:p>
    <w:p>
      <w:pPr>
        <w:pStyle w:val="ListNumber"/>
        <w:spacing w:line="240" w:lineRule="auto"/>
        <w:ind w:left="720"/>
      </w:pPr>
      <w:r/>
      <w:hyperlink r:id="rId15">
        <w:r>
          <w:rPr>
            <w:color w:val="0000EE"/>
            <w:u w:val="single"/>
          </w:rPr>
          <w:t>https://www.mikeypod.com/2016/12/26/mikeypod-222-comedian-eliot-glazer/</w:t>
        </w:r>
      </w:hyperlink>
      <w:r>
        <w:t xml:space="preserve"> - MikeyPod 222 | Comedian Eliot Glazer. Eliot Glazer first hit my radar with his Shit New Yorkers Say video which went viral back in 2012. He’s an LA-based writer and performer who currently serves as an Executive Story Editor on New Girl starring Zooey Deschanel. He has served as creative consultant and recurring character on Comedy Central’s Broad City, and has contributed to Billy on The Street, Difficult People and Odd Mom Out. Eliot starred in and produced several digital shorts in support of the HBO series Looking and hosted the show’s official podcast.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moirland.substack.com/p/the-memoir-land-author-questionnaire-003" TargetMode="External"/><Relationship Id="rId10" Type="http://schemas.openxmlformats.org/officeDocument/2006/relationships/hyperlink" Target="https://en.wikipedia.org/wiki/Eliot_Glazer" TargetMode="External"/><Relationship Id="rId11" Type="http://schemas.openxmlformats.org/officeDocument/2006/relationships/hyperlink" Target="https://www.simonandschuster.com/authors/Eliot-Glazer/228717731" TargetMode="External"/><Relationship Id="rId12" Type="http://schemas.openxmlformats.org/officeDocument/2006/relationships/hyperlink" Target="https://www.timeout.com/newyork/comedy/eliot-glazer-talks-about-his-show-haunting-renditions-live" TargetMode="External"/><Relationship Id="rId13" Type="http://schemas.openxmlformats.org/officeDocument/2006/relationships/hyperlink" Target="https://www.audible.com/pd/The-Terrible-Horrible-No-Good-Very-Bad-Gay-Audiobook/B0FXHMDFP1" TargetMode="External"/><Relationship Id="rId14" Type="http://schemas.openxmlformats.org/officeDocument/2006/relationships/hyperlink" Target="https://www.omnipop.com/glazer-artist-page" TargetMode="External"/><Relationship Id="rId15" Type="http://schemas.openxmlformats.org/officeDocument/2006/relationships/hyperlink" Target="https://www.mikeypod.com/2016/12/26/mikeypod-222-comedian-eliot-glaz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