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Darcelle XV Promenade: Pride Plaza’s Revamp Brings Colour and Community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strollers are already noticing changes as Portland starts a bold refresh of Pride Plaza on Southwest Harvey Milk Street; the makeover honours local favourite Darcelle XV, makes the space friendlier for pedestrians and aims to keep nearby businesses buzzing.</w:t>
      </w:r>
      <w:r/>
    </w:p>
    <w:p>
      <w:r/>
      <w:r>
        <w:t>Essential Takeaways</w:t>
      </w:r>
      <w:r/>
      <w:r/>
    </w:p>
    <w:p>
      <w:pPr>
        <w:pStyle w:val="ListBullet"/>
        <w:spacing w:line="240" w:lineRule="auto"/>
        <w:ind w:left="720"/>
      </w:pPr>
      <w:r/>
      <w:r>
        <w:rPr>
          <w:b/>
        </w:rPr>
        <w:t>Location and scope:</w:t>
      </w:r>
      <w:r>
        <w:t xml:space="preserve"> Pride Plaza on SW Harvey Milk Street, between 12th and 13th avenues, is being redesigned into the new Darcelle XV promenade with art, lighting and seating.</w:t>
      </w:r>
      <w:r/>
    </w:p>
    <w:p>
      <w:pPr>
        <w:pStyle w:val="ListBullet"/>
        <w:spacing w:line="240" w:lineRule="auto"/>
        <w:ind w:left="720"/>
      </w:pPr>
      <w:r/>
      <w:r>
        <w:rPr>
          <w:b/>
        </w:rPr>
        <w:t>Why now:</w:t>
      </w:r>
      <w:r>
        <w:t xml:space="preserve"> The plaza began life during the pandemic as an outdoor dining and gathering spot and will be upgraded to a permanent, pedestrian-first space.</w:t>
      </w:r>
      <w:r/>
    </w:p>
    <w:p>
      <w:pPr>
        <w:pStyle w:val="ListBullet"/>
        <w:spacing w:line="240" w:lineRule="auto"/>
        <w:ind w:left="720"/>
      </w:pPr>
      <w:r/>
      <w:r>
        <w:rPr>
          <w:b/>
        </w:rPr>
        <w:t>Temporary impact:</w:t>
      </w:r>
      <w:r>
        <w:t xml:space="preserve"> Southwest Ninth Avenue will close from Harvey Milk to Washington during construction, so expect detours and foot-traffic shifts.</w:t>
      </w:r>
      <w:r/>
    </w:p>
    <w:p>
      <w:pPr>
        <w:pStyle w:val="ListBullet"/>
        <w:spacing w:line="240" w:lineRule="auto"/>
        <w:ind w:left="720"/>
      </w:pPr>
      <w:r/>
      <w:r>
        <w:rPr>
          <w:b/>
        </w:rPr>
        <w:t>Funding:</w:t>
      </w:r>
      <w:r>
        <w:t xml:space="preserve"> The work is paid for with a federal Economic Development Administration grant, signalling investment in downtown activation.</w:t>
      </w:r>
      <w:r/>
    </w:p>
    <w:p>
      <w:pPr>
        <w:pStyle w:val="ListBullet"/>
        <w:spacing w:line="240" w:lineRule="auto"/>
        <w:ind w:left="720"/>
      </w:pPr>
      <w:r/>
      <w:r>
        <w:rPr>
          <w:b/>
        </w:rPr>
        <w:t>Community feel:</w:t>
      </w:r>
      <w:r>
        <w:t xml:space="preserve"> Designers aim for colour and furnishings that invite lingering , think comfortable seating, safer lighting and public art that nods to local culture.</w:t>
      </w:r>
      <w:r/>
      <w:r/>
    </w:p>
    <w:p>
      <w:pPr>
        <w:pStyle w:val="Heading2"/>
      </w:pPr>
      <w:r>
        <w:t>A promenade named for a Portland icon , what’s on the drawing board</w:t>
      </w:r>
      <w:r/>
    </w:p>
    <w:p>
      <w:r/>
      <w:r>
        <w:t>Portland’s Pride Plaza is getting a makeover that’s both practical and playful, starting with a new name: the Darcelle XV promenade. Expect brighter paint, new benches and art that give the block a softer, more hospitable feel. According to Portland Bureau of Transportation staff, the team plans to add colour and street furnishings to encourage people to stop and stay rather than simply pass through. It’s an emotional nod for many , the name recognises a beloved local performer and the role queer culture plays in the heart of the city.</w:t>
      </w:r>
      <w:r/>
    </w:p>
    <w:p>
      <w:pPr>
        <w:pStyle w:val="Heading2"/>
      </w:pPr>
      <w:r>
        <w:t>From pandemic pop-up to permanent place , the backstory</w:t>
      </w:r>
      <w:r/>
    </w:p>
    <w:p>
      <w:r/>
      <w:r>
        <w:t>The plaza first appeared as a pandemic-era solution for outdoor dining and community gatherings, and locals took to it quickly. The city says those early, improvised uses revealed a public appetite for human-scaled streetscapes. Portland Parks and the Bureau of Transportation have now moved to formalise and expand what worked, turning temporary furniture and planters into a designed public room. It’s a familiar trend: what was once flexible pandemic infrastructure has become a permanent part of many downtowns across the US.</w:t>
      </w:r>
      <w:r/>
    </w:p>
    <w:p>
      <w:pPr>
        <w:pStyle w:val="Heading2"/>
      </w:pPr>
      <w:r>
        <w:t>What to expect during construction , plan ahead, support local</w:t>
      </w:r>
      <w:r/>
    </w:p>
    <w:p>
      <w:r/>
      <w:r>
        <w:t>Construction will require some short-term patience. Southwest Ninth Avenue will close between Harvey Milk and Washington streets, which will change traffic patterns and delivery routes for a while. City staff asked the public to support nearby businesses on Harvey Milk Street and Pride Plaza during the works, and that’s practical advice , restaurants and shops will rely on local customers while they adapt. If you visit, expect work zones, new crosswalk arrangements, and perhaps a slightly louder street for the duration.</w:t>
      </w:r>
      <w:r/>
    </w:p>
    <w:p>
      <w:pPr>
        <w:pStyle w:val="Heading2"/>
      </w:pPr>
      <w:r>
        <w:t>Design details: art, lighting and the human scale</w:t>
      </w:r>
      <w:r/>
    </w:p>
    <w:p>
      <w:r/>
      <w:r>
        <w:t>The project promises curated public art, better lighting for evening safety, and furnishings that make the plaza feel like an outdoor living room. Those elements do more than look nice , good seating and lighting extend how long people linger, which helps small businesses and activates public life. The Parks Bureau’s materials note the intention to blend accessibility, durability and a touch of theatricality that feels appropriate for a space celebrating Darcelle XV. If you’re choosing where to sit, look for spots with shade, a view of the street, and nearby access to cafés.</w:t>
      </w:r>
      <w:r/>
    </w:p>
    <w:p>
      <w:pPr>
        <w:pStyle w:val="Heading2"/>
      </w:pPr>
      <w:r>
        <w:t>Why this matters for downtown Portland , a small change with wider effects</w:t>
      </w:r>
      <w:r/>
    </w:p>
    <w:p>
      <w:r/>
      <w:r>
        <w:t>Investing grant money into pedestrian-friendly spaces is part of a wider push to reactivate downtowns after years of disruption. Better public spaces can encourage foot traffic, support local commerce and create safer, more welcoming streets for everyone. Officials say the project is one of several downtown upgrades aimed at making the city centre more attractive and resilient. For residents, it’s a visible reminder that thoughtful design can turn civic pride into everyday comfort.</w:t>
      </w:r>
      <w:r/>
    </w:p>
    <w:p>
      <w:r/>
      <w:r>
        <w:t>It's a small change that can make every stroll down Harvey Milk Street feel a bit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3">
        <w:r>
          <w:rPr>
            <w:color w:val="0000EE"/>
            <w:u w:val="single"/>
          </w:rPr>
          <w:t>[5]</w:t>
        </w:r>
      </w:hyperlink>
      <w:r>
        <w:t xml:space="preserve">- Paragraph 5: </w:t>
      </w:r>
      <w:hyperlink r:id="rId14">
        <w:r>
          <w:rPr>
            <w:color w:val="0000EE"/>
            <w:u w:val="single"/>
          </w:rPr>
          <w:t>[4]</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https://www.kxl.com/new-tribute-to-one-of-portlands-most-beloved-performers-starts-taking-shape/</w:t>
        </w:r>
      </w:hyperlink>
      <w:r>
        <w:t xml:space="preserve"> - Please view link - unable to able to access data</w:t>
      </w:r>
      <w:r/>
    </w:p>
    <w:p>
      <w:pPr>
        <w:pStyle w:val="ListNumber"/>
        <w:spacing w:line="240" w:lineRule="auto"/>
        <w:ind w:left="720"/>
      </w:pPr>
      <w:r/>
      <w:hyperlink r:id="rId10">
        <w:r>
          <w:rPr>
            <w:color w:val="0000EE"/>
            <w:u w:val="single"/>
          </w:rPr>
          <w:t>https://www.portland.gov/transportation/pbot-projects/construction/pride-and-darcelle-xv-public-street-plazas</w:t>
        </w:r>
      </w:hyperlink>
      <w:r>
        <w:t xml:space="preserve"> - The Portland Bureau of Transportation (PBOT) is enhancing public street plazas in downtown Portland, including the Pride Plaza on Southwest Harvey Milk Street and the Darcelle XV Promenade on Southwest 9th Avenue. The project aims to add artwork, lighting, and street furnishings to make these spaces more inviting for pedestrians. Construction on Southwest 9th Avenue will involve closing the street from Harvey Milk to Washington during the upgrade. The initiative is funded by a federal Economic Development Administration grant.</w:t>
      </w:r>
      <w:r/>
    </w:p>
    <w:p>
      <w:pPr>
        <w:pStyle w:val="ListNumber"/>
        <w:spacing w:line="240" w:lineRule="auto"/>
        <w:ind w:left="720"/>
      </w:pPr>
      <w:r/>
      <w:hyperlink r:id="rId11">
        <w:r>
          <w:rPr>
            <w:color w:val="0000EE"/>
            <w:u w:val="single"/>
          </w:rPr>
          <w:t>https://www.portland.gov/parks/darcelle-xv-plaza</w:t>
        </w:r>
      </w:hyperlink>
      <w:r>
        <w:t xml:space="preserve"> - Darcelle XV Plaza, formerly known as O'Bryant Square, was renamed on July 13, 2023, to honour the legacy of Walter Cole, known as Darcelle XV, a renowned drag performer and LGBTQ+ icon. Located at 800 SW Harvey Milk Street, the plaza underwent revitalisation to create a dynamic public space that reflects the LGBTQ+ community's contributions and fosters inclusivity in downtown Portland. The revitalisation was completed in June 2026, with a ribbon-cutting ceremony held on June 18.</w:t>
      </w:r>
      <w:r/>
    </w:p>
    <w:p>
      <w:pPr>
        <w:pStyle w:val="ListNumber"/>
        <w:spacing w:line="240" w:lineRule="auto"/>
        <w:ind w:left="720"/>
      </w:pPr>
      <w:r/>
      <w:hyperlink r:id="rId14">
        <w:r>
          <w:rPr>
            <w:color w:val="0000EE"/>
            <w:u w:val="single"/>
          </w:rPr>
          <w:t>https://www.portland.gov/parks/news/2026/6/10/celebrate-ceremonial-ribbon-cutting-darcelle-xv-plaza-new-chapter-downtown</w:t>
        </w:r>
      </w:hyperlink>
      <w:r>
        <w:t xml:space="preserve"> - Portland Parks &amp; Recreation celebrated the ribbon-cutting of Darcelle XV Plaza in downtown Portland, marking the successful collaboration of partners dedicated to restoring and revitalising this key public space. The revitalisation honours the legacy of Walter Cole, known as Darcelle XV, and aims to enhance community connection and support the continued activation of the downtown core. The project was completed in June 2026, with the ribbon-cutting ceremony held on June 18.</w:t>
      </w:r>
      <w:r/>
    </w:p>
    <w:p>
      <w:pPr>
        <w:pStyle w:val="ListNumber"/>
        <w:spacing w:line="240" w:lineRule="auto"/>
        <w:ind w:left="720"/>
      </w:pPr>
      <w:r/>
      <w:hyperlink r:id="rId13">
        <w:r>
          <w:rPr>
            <w:color w:val="0000EE"/>
            <w:u w:val="single"/>
          </w:rPr>
          <w:t>https://www.portland.gov/parks/construction/darcelle-xv-plaza-project</w:t>
        </w:r>
      </w:hyperlink>
      <w:r>
        <w:t xml:space="preserve"> - The Darcelle XV Plaza project, a collaborative effort between Portland Parks &amp; Recreation (PP&amp;R) and Downtown Portland Clean &amp; Safe, aims to revitalise the plaza in downtown Portland. The project includes the installation of park furnishings, landscaping, and specialty installations, with a completion date trending towards June 2026. The revitalisation honours the legacy of Darcelle XV and the LGBTQ+ community, with Downtown Portland Clean &amp; Safe committed to activating and maintaining the plaza through a multi-year agreement with PP&amp;R.</w:t>
      </w:r>
      <w:r/>
    </w:p>
    <w:p>
      <w:pPr>
        <w:pStyle w:val="ListNumber"/>
        <w:spacing w:line="240" w:lineRule="auto"/>
        <w:ind w:left="720"/>
      </w:pPr>
      <w:r/>
      <w:hyperlink r:id="rId12">
        <w:r>
          <w:rPr>
            <w:color w:val="0000EE"/>
            <w:u w:val="single"/>
          </w:rPr>
          <w:t>https://www.axios.com/local/portland/2023/07/17/portland-darcelle-xv-plaza</w:t>
        </w:r>
      </w:hyperlink>
      <w:r>
        <w:t xml:space="preserve"> - Portland's O'Bryant Square has been renamed Darcelle XV Plaza in honour of Walter Cole, known as Darcelle XV, a renowned drag performer and LGBTQ+ advocate. The renaming marks the first phase of a broader revitalisation project intended to preserve the square's role as Portland's communal 'dining room.' The city allocated $4.5 million for the demolition of the existing structure, with plans to reimagine the space's future use.</w:t>
      </w:r>
      <w:r/>
    </w:p>
    <w:p>
      <w:pPr>
        <w:pStyle w:val="ListNumber"/>
        <w:spacing w:line="240" w:lineRule="auto"/>
        <w:ind w:left="720"/>
      </w:pPr>
      <w:r/>
      <w:hyperlink r:id="rId15">
        <w:r>
          <w:rPr>
            <w:color w:val="0000EE"/>
            <w:u w:val="single"/>
          </w:rPr>
          <w:t>https://www.axios.com/local/portland/2024/02/06/darcelle-plaza-drag-shows-dog-walks</w:t>
        </w:r>
      </w:hyperlink>
      <w:r>
        <w:t xml:space="preserve"> - Portland is planning to revitalise a long-closed block with the creation of Darcelle XV Plaza, scheduled to open in late spring 2025. The proposed park, located at SW Washington and Ninth Avenue, is set to feature an LGBTQ+ walk of fame, a dog park, and a permanent stage for performances, potentially including drag shows. The design prioritises flat gathering areas inspired by Pioneer Courthouse Square, with a permanent design expected within 5 to 10 years.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kxl.com/new-tribute-to-one-of-portlands-most-beloved-performers-starts-taking-shape/" TargetMode="External"/><Relationship Id="rId10" Type="http://schemas.openxmlformats.org/officeDocument/2006/relationships/hyperlink" Target="https://www.portland.gov/transportation/pbot-projects/construction/pride-and-darcelle-xv-public-street-plazas" TargetMode="External"/><Relationship Id="rId11" Type="http://schemas.openxmlformats.org/officeDocument/2006/relationships/hyperlink" Target="https://www.portland.gov/parks/darcelle-xv-plaza" TargetMode="External"/><Relationship Id="rId12" Type="http://schemas.openxmlformats.org/officeDocument/2006/relationships/hyperlink" Target="https://www.axios.com/local/portland/2023/07/17/portland-darcelle-xv-plaza" TargetMode="External"/><Relationship Id="rId13" Type="http://schemas.openxmlformats.org/officeDocument/2006/relationships/hyperlink" Target="https://www.portland.gov/parks/construction/darcelle-xv-plaza-project" TargetMode="External"/><Relationship Id="rId14" Type="http://schemas.openxmlformats.org/officeDocument/2006/relationships/hyperlink" Target="https://www.portland.gov/parks/news/2026/6/10/celebrate-ceremonial-ribbon-cutting-darcelle-xv-plaza-new-chapter-downtown" TargetMode="External"/><Relationship Id="rId15" Type="http://schemas.openxmlformats.org/officeDocument/2006/relationships/hyperlink" Target="https://www.axios.com/local/portland/2024/02/06/darcelle-plaza-drag-shows-dog-wal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