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Local Summer Musicals: Why Clear Space’s The Cher Show Is a Must-See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theatre nights are heading to Clear Space Theatre this summer, where The Cher Show has arrived with bold costumes, big vocals and a crowd-pleasing energy , it matters because this production proves regional theatre can feel as polished as a touring Broadway hit.</w:t>
      </w:r>
      <w:r/>
    </w:p>
    <w:p>
      <w:r/>
      <w:r>
        <w:t>Essential Takeaways</w:t>
      </w:r>
      <w:r/>
      <w:r/>
    </w:p>
    <w:p>
      <w:pPr>
        <w:pStyle w:val="ListBullet"/>
        <w:spacing w:line="240" w:lineRule="auto"/>
        <w:ind w:left="720"/>
      </w:pPr>
      <w:r/>
      <w:r>
        <w:rPr>
          <w:b/>
        </w:rPr>
        <w:t>Standout cast:</w:t>
      </w:r>
      <w:r>
        <w:t xml:space="preserve"> Shannen Hofheimer, Breanna Lemerise, Abby Lynne and Anya Kay each take a distinct turn as Cher and deliver powerful numbers with confident stage presence.</w:t>
      </w:r>
      <w:r/>
    </w:p>
    <w:p>
      <w:pPr>
        <w:pStyle w:val="ListBullet"/>
        <w:spacing w:line="240" w:lineRule="auto"/>
        <w:ind w:left="720"/>
      </w:pPr>
      <w:r/>
      <w:r>
        <w:rPr>
          <w:b/>
        </w:rPr>
        <w:t>Polished direction:</w:t>
      </w:r>
      <w:r>
        <w:t xml:space="preserve"> James FitzSimmons shapes a lively, fast-moving show that honours the book by Rick Elice while keeping the pacing snappy and fun.</w:t>
      </w:r>
      <w:r/>
    </w:p>
    <w:p>
      <w:pPr>
        <w:pStyle w:val="ListBullet"/>
        <w:spacing w:line="240" w:lineRule="auto"/>
        <w:ind w:left="720"/>
      </w:pPr>
      <w:r/>
      <w:r>
        <w:rPr>
          <w:b/>
        </w:rPr>
        <w:t>Visual sparkle:</w:t>
      </w:r>
      <w:r>
        <w:t xml:space="preserve"> Costume designer Valerie Beardsley and choreographer Shondelle Graulich give the show a sleek, flashy look and movement that channels Cher’s trademark glamour.</w:t>
      </w:r>
      <w:r/>
    </w:p>
    <w:p>
      <w:pPr>
        <w:pStyle w:val="ListBullet"/>
        <w:spacing w:line="240" w:lineRule="auto"/>
        <w:ind w:left="720"/>
      </w:pPr>
      <w:r/>
      <w:r>
        <w:rPr>
          <w:b/>
        </w:rPr>
        <w:t>Musical backbone:</w:t>
      </w:r>
      <w:r>
        <w:t xml:space="preserve"> Conductor Jerry Birl leads a tight orchestra that supports the singers without overpowering them; the sound feels full and warm.</w:t>
      </w:r>
      <w:r/>
    </w:p>
    <w:p>
      <w:pPr>
        <w:pStyle w:val="ListBullet"/>
        <w:spacing w:line="240" w:lineRule="auto"/>
        <w:ind w:left="720"/>
      </w:pPr>
      <w:r/>
      <w:r>
        <w:rPr>
          <w:b/>
        </w:rPr>
        <w:t>Community feel:</w:t>
      </w:r>
      <w:r>
        <w:t xml:space="preserve"> The production showcases Clear Space’s knack for drawing strong local talent and creative teams, making it a summer highlight.</w:t>
      </w:r>
      <w:r/>
      <w:r/>
    </w:p>
    <w:p>
      <w:pPr>
        <w:pStyle w:val="Heading2"/>
      </w:pPr>
      <w:r>
        <w:t>Why this production feels surprisingly big</w:t>
      </w:r>
      <w:r/>
    </w:p>
    <w:p>
      <w:r/>
      <w:r>
        <w:t>The opening hit lands with a bright, almost tactile sheen , sequins catch the lights and the voices cut cleanly through the hall. Clear Space Theatre has a habit of attracting impressive talent for its summer series, and this staging of The Cher Show keeps that reputation intact. According to the theatre’s listings, the company has programmed the piece as a centrepiece of the season, and it shows in how confidently the ensemble moves through costume changes and rapid scene work. If you love slick, retro-pop theatre, this one delivers the sensory payoff.</w:t>
      </w:r>
      <w:r/>
    </w:p>
    <w:p>
      <w:pPr>
        <w:pStyle w:val="Heading2"/>
      </w:pPr>
      <w:r>
        <w:t>Direction and staging that respect the material</w:t>
      </w:r>
      <w:r/>
    </w:p>
    <w:p>
      <w:r/>
      <w:r>
        <w:t>James FitzSimmons’ direction treats Rick Elice’s book with affection, letting the story play out briskly while making space for big musical moments. The production balances nostalgia with theatrical craft: scenes that could have been mere pastiche instead feel earned. Fans of the original will recognise familiar beats, but they’ll also appreciate the clarity FitzSimmons brings , the storytelling never gets lost amid the spectacle. For first-timers, the show reads like a lively career-spanning portrait rather than a museum piece.</w:t>
      </w:r>
      <w:r/>
    </w:p>
    <w:p>
      <w:pPr>
        <w:pStyle w:val="Heading2"/>
      </w:pPr>
      <w:r>
        <w:t>Performances that anchor the spectacle</w:t>
      </w:r>
      <w:r/>
    </w:p>
    <w:p>
      <w:r/>
      <w:r>
        <w:t>The cast is the real engine here. Shannen Hofheimer, Breanna Lemerise and Abby Lynne rotate through Cher’s life with distinct flavours, and Anya Kay as young Cher offers a sweet, earnest contrast. Each performer commands the stage at different moments, which keeps the show fresh; you never feel the energy sag. The ensemble work is tight, too , chemistry matters in a jukebox musical, and this group sells both humour and drama. Expect songs delivered with power and clear intent, and moments of surprisingly tender vulnerability.</w:t>
      </w:r>
      <w:r/>
    </w:p>
    <w:p>
      <w:pPr>
        <w:pStyle w:val="Heading2"/>
      </w:pPr>
      <w:r>
        <w:t>Design, choreography and musical support</w:t>
      </w:r>
      <w:r/>
    </w:p>
    <w:p>
      <w:r/>
      <w:r>
        <w:t>Visually the show is a treat: Valerie Beardsley’s costumes sparkle without ever feeling lazy, and David Chappell’s sets give just enough period detail to evoke the eras without cluttering the stage. Shondelle Graulich’s choreography is lively and well matched to the cast’s strengths, while Brendan Smith’s lighting design helps the numbers pop. Musically, Jerry Birl’s orchestra supplies a sturdy backbone, providing warmth and dynamics that make the vocals shine. If you’re someone who notices sound balance or costume detail, this production rewards that attention.</w:t>
      </w:r>
      <w:r/>
    </w:p>
    <w:p>
      <w:pPr>
        <w:pStyle w:val="Heading2"/>
      </w:pPr>
      <w:r>
        <w:t>Who should go and how to make the most of it</w:t>
      </w:r>
      <w:r/>
    </w:p>
    <w:p>
      <w:r/>
      <w:r>
        <w:t>This is a crowd-pleaser for anyone who loves pop divas, jukebox musicals or a glamorous night out. Bring friends who enjoy singalongs and costume drama, and consider booking earlier performances if you prefer a slightly quieter house. Seats near the centre give the best sightlines for costume changes and choreography; if you want to feel the vocal power, aim for a middle-row spot. For families, note there’s enough adult humour to keep things lively but nothing gratuitously shocking.</w:t>
      </w:r>
      <w:r/>
    </w:p>
    <w:p>
      <w:r/>
      <w:r>
        <w:t>It's the kind of local theatre night that leaves you humming on the walk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0">
        <w:r>
          <w:rPr>
            <w:color w:val="0000EE"/>
            <w:u w:val="single"/>
          </w:rPr>
          <w:t>[2]</w:t>
        </w:r>
      </w:hyperlink>
      <w:r>
        <w:t xml:space="preserve">- Paragraph 3: </w:t>
      </w:r>
      <w:hyperlink r:id="rId10">
        <w:r>
          <w:rPr>
            <w:color w:val="0000EE"/>
            <w:u w:val="single"/>
          </w:rPr>
          <w:t>[2]</w:t>
        </w:r>
      </w:hyperlink>
      <w:r>
        <w:t xml:space="preserve">, </w:t>
      </w:r>
      <w:hyperlink r:id="rId12">
        <w:r>
          <w:rPr>
            <w:color w:val="0000EE"/>
            <w:u w:val="single"/>
          </w:rPr>
          <w:t>[4]</w:t>
        </w:r>
      </w:hyperlink>
      <w:r>
        <w:t xml:space="preserve">- Paragraph 4: </w:t>
      </w:r>
      <w:hyperlink r:id="rId10">
        <w:r>
          <w:rPr>
            <w:color w:val="0000EE"/>
            <w:u w:val="single"/>
          </w:rPr>
          <w:t>[2]</w:t>
        </w:r>
      </w:hyperlink>
      <w:r>
        <w:t xml:space="preserve">, </w:t>
      </w:r>
      <w:hyperlink r:id="rId12">
        <w:r>
          <w:rPr>
            <w:color w:val="0000EE"/>
            <w:u w:val="single"/>
          </w:rPr>
          <w:t>[4]</w:t>
        </w:r>
      </w:hyperlink>
      <w:r>
        <w:t xml:space="preserve">- Paragraph 5: </w:t>
      </w:r>
      <w:hyperlink r:id="rId10">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https://meaws.com/news/bolivia-recognises-first-same-sex-marriage/104803</w:t>
        </w:r>
      </w:hyperlink>
      <w:r>
        <w:t xml:space="preserve"> - Please view link - unable to able to access data</w:t>
      </w:r>
      <w:r/>
    </w:p>
    <w:p>
      <w:pPr>
        <w:pStyle w:val="ListNumber"/>
        <w:spacing w:line="240" w:lineRule="auto"/>
        <w:ind w:left="720"/>
      </w:pPr>
      <w:r/>
      <w:hyperlink r:id="rId10">
        <w:r>
          <w:rPr>
            <w:color w:val="0000EE"/>
            <w:u w:val="single"/>
          </w:rPr>
          <w:t>https://www.clearspacetheatre.org/upcomingshows/the-cher-show</w:t>
        </w:r>
      </w:hyperlink>
      <w:r>
        <w:t xml:space="preserve"> - Clear Space Theatre Company in Rehoboth Beach, Delaware, is set to stage 'The Cher Show' from June 23 to August 27, 2026. Directed by James FitzSimmons, the musical features a book by Rick Elice and showcases Cher's greatest hits. The production will be presented in repertory with 'Mean Girls' and 'Pretty Woman' as part of the company's Summer Rep season. The cast includes Shannen Hofheimer as Star Cher, Anya Kay as Young Cher, Abby Lynn as Babe, and Breanna Lemerise as Lady. Tickets are available for purchase on the theatre's website.</w:t>
      </w:r>
      <w:r/>
    </w:p>
    <w:p>
      <w:pPr>
        <w:pStyle w:val="ListNumber"/>
        <w:spacing w:line="240" w:lineRule="auto"/>
        <w:ind w:left="720"/>
      </w:pPr>
      <w:r/>
      <w:hyperlink r:id="rId11">
        <w:r>
          <w:rPr>
            <w:color w:val="0000EE"/>
            <w:u w:val="single"/>
          </w:rPr>
          <w:t>https://www.broadwayworld.com/delaware/article/THE-CHER-SHOW-Will-Come-to-Clear-Space-Theatre-Company-20260611</w:t>
        </w:r>
      </w:hyperlink>
      <w:r>
        <w:t xml:space="preserve"> - BroadwayWorld reports that Clear Space Theatre Company will present 'The Cher Show' from June 23 through August 27, 2026. Directed by James FitzSimmons, the musical chronicles Cher's journey from her early days to international superstardom. The production features a book by Rick Elice and includes 35 of Cher's hit songs. The cast comprises Shannen Hofheimer as Star Cher, Anya Kay as Young Cher, Abby Lynn as Babe, and Breanna Lemerise as Lady. The show will be performed in repertory with 'Mean Girls' and 'Pretty Woman'.</w:t>
      </w:r>
      <w:r/>
    </w:p>
    <w:p>
      <w:pPr>
        <w:pStyle w:val="ListNumber"/>
        <w:spacing w:line="240" w:lineRule="auto"/>
        <w:ind w:left="720"/>
      </w:pPr>
      <w:r/>
      <w:hyperlink r:id="rId12">
        <w:r>
          <w:rPr>
            <w:color w:val="0000EE"/>
            <w:u w:val="single"/>
          </w:rPr>
          <w:t>https://www.broadwayworld.com/delaware/regional/The-Cher-Show-4377443</w:t>
        </w:r>
      </w:hyperlink>
      <w:r>
        <w:t xml:space="preserve"> - BroadwayWorld provides details about 'The Cher Show' at Clear Space Theatre Company, running from June 23 to July 27, 2026. The musical, directed by James FitzSimmons, features a book by Rick Elice and showcases Cher's greatest hits. The cast includes Shannen Hofheimer as Star Cher, Anya Kay as Young Cher, Abby Lynn as Babe, and Breanna Lemerise as Lady. The production will be presented in repertory with 'Mean Girls' and 'Pretty Woman'. Tickets are available for purchase on the website.</w:t>
      </w:r>
      <w:r/>
    </w:p>
    <w:p>
      <w:pPr>
        <w:pStyle w:val="ListNumber"/>
        <w:spacing w:line="240" w:lineRule="auto"/>
        <w:ind w:left="720"/>
      </w:pPr>
      <w:r/>
      <w:hyperlink r:id="rId13">
        <w:r>
          <w:rPr>
            <w:color w:val="0000EE"/>
            <w:u w:val="single"/>
          </w:rPr>
          <w:t>https://www.bolivia.com/actualidad/nacionales/oep-reconoce-por-primera-vez-union-libre-de-pareja-del-mismo-sexo-288584</w:t>
        </w:r>
      </w:hyperlink>
      <w:r>
        <w:t xml:space="preserve"> - Bolivia.com reports that the Plurinational Electoral Organ (OEP) recognised for the first time a same-sex free union. David Aruquipa and Guido Montaño, a same-sex couple, had been in a legal battle to have their union recognised. The OEP issued a resolution on December 9, 2020, allowing the registration of their free union, marking a historic moment for Bolivia's LGBTQ+ community.</w:t>
      </w:r>
      <w:r/>
    </w:p>
    <w:p>
      <w:pPr>
        <w:pStyle w:val="ListNumber"/>
        <w:spacing w:line="240" w:lineRule="auto"/>
        <w:ind w:left="720"/>
      </w:pPr>
      <w:r/>
      <w:hyperlink r:id="rId14">
        <w:r>
          <w:rPr>
            <w:color w:val="0000EE"/>
            <w:u w:val="single"/>
          </w:rPr>
          <w:t>https://www.bolivia.com/actualidad/nacionales/por-primera-vez-bolivia-reconoce-union-libre-de-pareja-homosexual-289053</w:t>
        </w:r>
      </w:hyperlink>
      <w:r>
        <w:t xml:space="preserve"> - Bolivia.com reports that David Aruquipa and Guido Montaño became the first same-sex couple in Bolivia to have their free union recognised. After a two-year legal struggle, the couple succeeded in having their union registered. The Supreme Electoral Tribunal (TSE) announced the recognition on December 18, 2020, following a court ruling that ordered the Civil Registry Service to register their union.</w:t>
      </w:r>
      <w:r/>
    </w:p>
    <w:p>
      <w:pPr>
        <w:pStyle w:val="ListNumber"/>
        <w:spacing w:line="240" w:lineRule="auto"/>
        <w:ind w:left="720"/>
      </w:pPr>
      <w:r/>
      <w:hyperlink r:id="rId15">
        <w:r>
          <w:rPr>
            <w:color w:val="0000EE"/>
            <w:u w:val="single"/>
          </w:rPr>
          <w:t>https://www.youtube.com/watch?v=XAwwLaCcIrE</w:t>
        </w:r>
      </w:hyperlink>
      <w:r>
        <w:t xml:space="preserve"> - Reuters reports that Bolivia's civil registry authorised, for the first time, a same-sex civil union following a two-year legal battle. This decision is seen as a significant step towards the recognition of LGBTQ+ rights in the country. The video provides insights into the legal proceedings and the implications of this historic decision.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eaws.com/news/bolivia-recognises-first-same-sex-marriage/104803" TargetMode="External"/><Relationship Id="rId10" Type="http://schemas.openxmlformats.org/officeDocument/2006/relationships/hyperlink" Target="https://www.clearspacetheatre.org/upcomingshows/the-cher-show" TargetMode="External"/><Relationship Id="rId11" Type="http://schemas.openxmlformats.org/officeDocument/2006/relationships/hyperlink" Target="https://www.broadwayworld.com/delaware/article/THE-CHER-SHOW-Will-Come-to-Clear-Space-Theatre-Company-20260611" TargetMode="External"/><Relationship Id="rId12" Type="http://schemas.openxmlformats.org/officeDocument/2006/relationships/hyperlink" Target="https://www.broadwayworld.com/delaware/regional/The-Cher-Show-4377443" TargetMode="External"/><Relationship Id="rId13" Type="http://schemas.openxmlformats.org/officeDocument/2006/relationships/hyperlink" Target="https://www.bolivia.com/actualidad/nacionales/oep-reconoce-por-primera-vez-union-libre-de-pareja-del-mismo-sexo-288584" TargetMode="External"/><Relationship Id="rId14" Type="http://schemas.openxmlformats.org/officeDocument/2006/relationships/hyperlink" Target="https://www.bolivia.com/actualidad/nacionales/por-primera-vez-bolivia-reconoce-union-libre-de-pareja-homosexual-289053" TargetMode="External"/><Relationship Id="rId15" Type="http://schemas.openxmlformats.org/officeDocument/2006/relationships/hyperlink" Target="https://www.youtube.com/watch?v=XAwwLaCcI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