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Local Happy Hour for Arts Lovers: First Wednesday at Pearl Bar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socialisers alike are flocking to Pearl Bar each month for The Diana Foundation and OutSmart Magazine’s First Wednesday Happy Hour, where theatre, drinks, and community collide , a lively, friendly space for Houston’s LGBTQ+ and arts supporters to mingle, catch previews, and back local causes.</w:t>
      </w:r>
      <w:r/>
    </w:p>
    <w:p>
      <w:r/>
      <w:r>
        <w:t>Essential Takeaways</w:t>
      </w:r>
      <w:r/>
      <w:r/>
    </w:p>
    <w:p>
      <w:pPr>
        <w:pStyle w:val="ListBullet"/>
        <w:spacing w:line="240" w:lineRule="auto"/>
        <w:ind w:left="720"/>
      </w:pPr>
      <w:r/>
      <w:r>
        <w:rPr>
          <w:b/>
        </w:rPr>
        <w:t>Monthly meetup:</w:t>
      </w:r>
      <w:r>
        <w:t xml:space="preserve"> First Wednesday Happy Hour happens at Pearl Bar and brings together arts fans and LGBTQ+ supporters.</w:t>
      </w:r>
      <w:r/>
    </w:p>
    <w:p>
      <w:pPr>
        <w:pStyle w:val="ListBullet"/>
        <w:spacing w:line="240" w:lineRule="auto"/>
        <w:ind w:left="720"/>
      </w:pPr>
      <w:r/>
      <w:r>
        <w:rPr>
          <w:b/>
        </w:rPr>
        <w:t>Live previews:</w:t>
      </w:r>
      <w:r>
        <w:t xml:space="preserve"> Guests heard a high-energy sneak peek of Xanadu from The Garden Theatre, offering a theatrical buzz before opening night.</w:t>
      </w:r>
      <w:r/>
    </w:p>
    <w:p>
      <w:pPr>
        <w:pStyle w:val="ListBullet"/>
        <w:spacing w:line="240" w:lineRule="auto"/>
        <w:ind w:left="720"/>
      </w:pPr>
      <w:r/>
      <w:r>
        <w:rPr>
          <w:b/>
        </w:rPr>
        <w:t>Freebies and specials:</w:t>
      </w:r>
      <w:r>
        <w:t xml:space="preserve"> Attendees enjoy drink specials, complimentary appetizers, and door prizes , easy on the wallet, big on atmosphere.</w:t>
      </w:r>
      <w:r/>
    </w:p>
    <w:p>
      <w:pPr>
        <w:pStyle w:val="ListBullet"/>
        <w:spacing w:line="240" w:lineRule="auto"/>
        <w:ind w:left="720"/>
      </w:pPr>
      <w:r/>
      <w:r>
        <w:rPr>
          <w:b/>
        </w:rPr>
        <w:t>Community-building:</w:t>
      </w:r>
      <w:r>
        <w:t xml:space="preserve"> The event doubles as networking for nonprofit and arts communities, with a warm, inclusive vibe.</w:t>
      </w:r>
      <w:r/>
    </w:p>
    <w:p>
      <w:pPr>
        <w:pStyle w:val="ListBullet"/>
        <w:spacing w:line="240" w:lineRule="auto"/>
        <w:ind w:left="720"/>
      </w:pPr>
      <w:r/>
      <w:r>
        <w:rPr>
          <w:b/>
        </w:rPr>
        <w:t>Venue vibe:</w:t>
      </w:r>
      <w:r>
        <w:t xml:space="preserve"> Pearl Bar provides a cosy, nightlife-friendly backdrop that’s easy to find and popular with local groups.</w:t>
      </w:r>
      <w:r/>
      <w:r/>
    </w:p>
    <w:p>
      <w:pPr>
        <w:pStyle w:val="Heading2"/>
      </w:pPr>
      <w:r>
        <w:t>A convivial scene where theatre meets happy hour</w:t>
      </w:r>
      <w:r/>
    </w:p>
    <w:p>
      <w:r/>
      <w:r>
        <w:t>The evening opened with a cheerful hum , glasses clinking, cast members tuning, and the kind of chatter that makes neighbourly networking feel effortless. According to OutSmart Magazine, The Diana Foundation hosted the monthly First Wednesday at Pearl Bar, and the room smelled faintly of citrus from the cocktail specials and the tang of anticipation for live theatre. It’s a simple formula: good drinks, light bites, and a performance taster, and it works.</w:t>
      </w:r>
      <w:r/>
    </w:p>
    <w:p>
      <w:r/>
      <w:r>
        <w:t>Backstory-wise, the Diana Foundation has long linked fundraising and social events to advocacy, while OutSmart’s calendar has become a reliable guide for queer cultural life in Houston. Together they’ve turned a midweek night into a small but significant ritual, one that supports causes and spotlights local performing arts.</w:t>
      </w:r>
      <w:r/>
    </w:p>
    <w:p>
      <w:pPr>
        <w:pStyle w:val="Heading2"/>
      </w:pPr>
      <w:r>
        <w:t>Why the Garden Theatre preview mattered</w:t>
      </w:r>
      <w:r/>
    </w:p>
    <w:p>
      <w:r/>
      <w:r>
        <w:t>A short, spirited preview of Xanadu gave the room real momentum, with cast members performing selections that showcased the show’s energy and charm. Guests got a sense of the choreography, harmonies, and playful tone they’ll see at MATCH, which makes the preview more than a teaser , it’s a reason to book a ticket.</w:t>
      </w:r>
      <w:r/>
    </w:p>
    <w:p>
      <w:r/>
      <w:r>
        <w:t>For fans and casuals alike, hearing the music live changes the equation. It’s one thing to read a listing, another to feel the beat; theatre producers and performers benefit from that immediacy, and audiences leave with a little theatrical buzz.</w:t>
      </w:r>
      <w:r/>
    </w:p>
    <w:p>
      <w:pPr>
        <w:pStyle w:val="Heading2"/>
      </w:pPr>
      <w:r>
        <w:t>Pearl Bar: the neighbourhood venue that fits the brief</w:t>
      </w:r>
      <w:r/>
    </w:p>
    <w:p>
      <w:r/>
      <w:r>
        <w:t>Pearl Bar’s compact, lively layout lends itself to this kind of community night. The bar’s lighting and music balance conversation with performance, and its drink menu , often paired with special pricing for the event , keeps momentum going without breaking the bank.</w:t>
      </w:r>
      <w:r/>
    </w:p>
    <w:p>
      <w:r/>
      <w:r>
        <w:t>Venue guides and local listings show Pearl as a frequent host for LGBTQ+ and arts-oriented gatherings, so the space already feels familiar to regulars. If you’re new, aim to arrive early for a good spot by the mini-stage and to make the most of the complimentary appetizers.</w:t>
      </w:r>
      <w:r/>
    </w:p>
    <w:p>
      <w:pPr>
        <w:pStyle w:val="Heading2"/>
      </w:pPr>
      <w:r>
        <w:t>Networking that doesn’t feel like networking</w:t>
      </w:r>
      <w:r/>
    </w:p>
    <w:p>
      <w:r/>
      <w:r>
        <w:t>One of the charms of First Wednesday is how naturally conversation flows between artists, activists, donors, and curious locals. The event’s informal structure , a few performances, a few announcements, time to chat , makes introductions feel organic rather than transactional.</w:t>
      </w:r>
      <w:r/>
    </w:p>
    <w:p>
      <w:r/>
      <w:r>
        <w:t>If you’re looking to connect, bring a friend, a business card if you like, and an open mind. Mentioning a shared interest in a recent show or a local nonprofit is an easy icebreaker.</w:t>
      </w:r>
      <w:r/>
    </w:p>
    <w:p>
      <w:pPr>
        <w:pStyle w:val="Heading2"/>
      </w:pPr>
      <w:r>
        <w:t>How to make the most of the next First Wednesday</w:t>
      </w:r>
      <w:r/>
    </w:p>
    <w:p>
      <w:r/>
      <w:r>
        <w:t>Plan to arrive in the first hour to grab seats and the appetizer spread, follow OutSmart Magazine and The Diana Foundation for event details and guest-lineup announcements, and consider staying late , many conversations and connections happen as the night winds down. For theatre fans, treat the preview as a try-before-you-buy moment: if a number sticks with you, book a seat for the full run.</w:t>
      </w:r>
      <w:r/>
    </w:p>
    <w:p>
      <w:r/>
      <w:r>
        <w:t>It’s an accessible night out that supports local arts and builds community, with the bonus of a lively soundtrack and friendly faces.</w:t>
      </w:r>
      <w:r/>
    </w:p>
    <w:p>
      <w:r/>
      <w:r>
        <w:t>It's a small change that can make midweek feel celebratory.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11">
        <w:r>
          <w:rPr>
            <w:color w:val="0000EE"/>
            <w:u w:val="single"/>
          </w:rPr>
          <w:t>[3]</w:t>
        </w:r>
      </w:hyperlink>
      <w:r>
        <w:t xml:space="preserve">, </w:t>
      </w:r>
      <w:hyperlink r:id="rId12">
        <w:r>
          <w:rPr>
            <w:color w:val="0000EE"/>
            <w:u w:val="single"/>
          </w:rPr>
          <w:t>[5]</w:t>
        </w:r>
      </w:hyperlink>
      <w:r>
        <w:t xml:space="preserve">- Paragraph 3: </w:t>
      </w:r>
      <w:hyperlink r:id="rId9">
        <w:r>
          <w:rPr>
            <w:color w:val="0000EE"/>
            <w:u w:val="single"/>
          </w:rPr>
          <w:t>[2]</w:t>
        </w:r>
      </w:hyperlink>
      <w:r>
        <w:t xml:space="preserve">, </w:t>
      </w:r>
      <w:hyperlink r:id="rId13">
        <w:r>
          <w:rPr>
            <w:color w:val="0000EE"/>
            <w:u w:val="single"/>
          </w:rPr>
          <w:t>[7]</w:t>
        </w:r>
      </w:hyperlink>
      <w:r>
        <w:t xml:space="preserve">- Paragraph 4: </w:t>
      </w:r>
      <w:hyperlink r:id="rId9">
        <w:r>
          <w:rPr>
            <w:color w:val="0000EE"/>
            <w:u w:val="single"/>
          </w:rPr>
          <w:t>[2]</w:t>
        </w:r>
      </w:hyperlink>
      <w:r>
        <w:t xml:space="preserve">, </w:t>
      </w:r>
      <w:hyperlink r:id="rId11">
        <w:r>
          <w:rPr>
            <w:color w:val="0000EE"/>
            <w:u w:val="single"/>
          </w:rPr>
          <w:t>[3]</w:t>
        </w:r>
      </w:hyperlink>
      <w:r>
        <w:t xml:space="preserve">- Paragraph 5: </w:t>
      </w:r>
      <w:hyperlink r:id="rId9">
        <w:r>
          <w:rPr>
            <w:color w:val="0000EE"/>
            <w:u w:val="single"/>
          </w:rPr>
          <w:t>[2]</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https://www.outsmartmagazine.com/2026/08/the-diana-foundation-first-wednesday-happy-hour-at-pearl-bar/</w:t>
        </w:r>
      </w:hyperlink>
      <w:r>
        <w:t xml:space="preserve"> - Please view link - unable to able to access data</w:t>
      </w:r>
      <w:r/>
    </w:p>
    <w:p>
      <w:pPr>
        <w:pStyle w:val="ListNumber"/>
        <w:spacing w:line="240" w:lineRule="auto"/>
        <w:ind w:left="720"/>
      </w:pPr>
      <w:r/>
      <w:hyperlink r:id="rId9">
        <w:r>
          <w:rPr>
            <w:color w:val="0000EE"/>
            <w:u w:val="single"/>
          </w:rPr>
          <w:t>https://www.outsmartmagazine.com/2026/08/the-diana-foundation-first-wednesday-happy-hour-at-pearl-bar/</w:t>
        </w:r>
      </w:hyperlink>
      <w:r>
        <w:t xml:space="preserve"> - The Diana Foundation and OutSmart Magazine hosted their monthly First Wednesday Happy Hour at Pearl Bar, featuring The Garden Theatre as the special guest. Attendees enjoyed drink specials, complimentary appetizers, door prizes, and a live preview of 'Xanadu,' the theatre's upcoming production at MATCH. Cast members performed selections from the musical, offering guests a glimpse of the high-energy show while highlighting Houston's thriving performing arts community. The event brought together supporters of local theatre and LGBTQ+ organisations for an evening of networking, entertainment, and community engagement, reinforcing the longstanding partnership between The Diana Foundation, OutSmart, and Houston's arts and nonprofit communities.</w:t>
      </w:r>
      <w:r/>
    </w:p>
    <w:p>
      <w:pPr>
        <w:pStyle w:val="ListNumber"/>
        <w:spacing w:line="240" w:lineRule="auto"/>
        <w:ind w:left="720"/>
      </w:pPr>
      <w:r/>
      <w:hyperlink r:id="rId11">
        <w:r>
          <w:rPr>
            <w:color w:val="0000EE"/>
            <w:u w:val="single"/>
          </w:rPr>
          <w:t>https://thedianafoundation.gay/</w:t>
        </w:r>
      </w:hyperlink>
      <w:r>
        <w:t xml:space="preserve"> - The Diana Foundation, established in 1953 in Houston, Texas, is America's oldest active LGBTQ+ organisation. As a 501(c)(3) nonprofit, it is dedicated to nurturing healthcare, educational, and artistic initiatives that empower individuals and communities. The foundation hosts various events, including the First Wednesday Happy Hour, which welcomes Houston's LGBTQ+ community to enjoy drink specials and door prizes. Community nonprofit organisations can request to become featured guests at these events, promoting their missions and upcoming events.</w:t>
      </w:r>
      <w:r/>
    </w:p>
    <w:p>
      <w:pPr>
        <w:pStyle w:val="ListNumber"/>
        <w:spacing w:line="240" w:lineRule="auto"/>
        <w:ind w:left="720"/>
      </w:pPr>
      <w:r/>
      <w:hyperlink r:id="rId10">
        <w:r>
          <w:rPr>
            <w:color w:val="0000EE"/>
            <w:u w:val="single"/>
          </w:rPr>
          <w:t>https://pearlhouston.com/</w:t>
        </w:r>
      </w:hyperlink>
      <w:r>
        <w:t xml:space="preserve"> - Pearl Bar is a lesbian-specific LGBTQ+ bar located on Washington Avenue in Houston, Texas. It is known for hosting a variety of events, including female-specific DJs, crawfish boils, dildo races, and drag performances. The bar offers a spacious outdoor patio and an indoor area that can serve as an event space. It is a welcoming environment for the LGBTQ+ community, providing a safe space for diverse crowds to socialise and enjoy various activities.</w:t>
      </w:r>
      <w:r/>
    </w:p>
    <w:p>
      <w:pPr>
        <w:pStyle w:val="ListNumber"/>
        <w:spacing w:line="240" w:lineRule="auto"/>
        <w:ind w:left="720"/>
      </w:pPr>
      <w:r/>
      <w:hyperlink r:id="rId12">
        <w:r>
          <w:rPr>
            <w:color w:val="0000EE"/>
            <w:u w:val="single"/>
          </w:rPr>
          <w:t>https://www.outsmartmagazine.com/2024/10/greater-houston-lgbtq-chamber-hosts-the-lgbtq-workplace-alliance-happy-hour-at-pearl-bar-10-3-24-2/</w:t>
        </w:r>
      </w:hyperlink>
      <w:r>
        <w:t xml:space="preserve"> - The Greater Houston LGBTQ+ Chamber hosted the LGBTQ+ Workplace Alliance Happy Hour at Pearl Bar. The event welcomed employees from companies that are current Impact Partners with the Greater Houston LGBTQ+ Chamber of Commerce. The Chamber focuses on inclusion and economic empowerment for the LGBTQ+ community, providing a platform for networking and support among LGBTQ+ professionals and allies in the Houston area.</w:t>
      </w:r>
      <w:r/>
    </w:p>
    <w:p>
      <w:pPr>
        <w:pStyle w:val="ListNumber"/>
        <w:spacing w:line="240" w:lineRule="auto"/>
        <w:ind w:left="720"/>
      </w:pPr>
      <w:r/>
      <w:hyperlink r:id="rId14">
        <w:r>
          <w:rPr>
            <w:color w:val="0000EE"/>
            <w:u w:val="single"/>
          </w:rPr>
          <w:t>https://www.outsmartmagazine.com/2025/07/trans-speaker-panel-pearl/</w:t>
        </w:r>
      </w:hyperlink>
      <w:r>
        <w:t xml:space="preserve"> - The Montrose Center and Pearl Bar presented 'Transformation: An All Trans Speaker Panel,' spotlighting leaders who are reshaping the future through advocacy, storytelling, and community work. The panel included speakers from across the community, including Avery Belyeu, CEO of the Montrose Center; Atlantis Narcisse, founder of Save Our Sisters United (S.O.S.U) and Q.U.E.E.N.s of Houston; Joelle Espeut, program director at The Normal Anomaly Initiative; trans nonbinary activist and community organiser Ethan Michelle Ganz; and Gianna Ramirez, engagement manager at Tony’s Place.</w:t>
      </w:r>
      <w:r/>
    </w:p>
    <w:p>
      <w:pPr>
        <w:pStyle w:val="ListNumber"/>
        <w:spacing w:line="240" w:lineRule="auto"/>
        <w:ind w:left="720"/>
      </w:pPr>
      <w:r/>
      <w:hyperlink r:id="rId13">
        <w:r>
          <w:rPr>
            <w:color w:val="0000EE"/>
            <w:u w:val="single"/>
          </w:rPr>
          <w:t>https://rainbowindex.com/venue/pearl-bar</w:t>
        </w:r>
      </w:hyperlink>
      <w:r>
        <w:t xml:space="preserve"> - Pearl Bar is a lesbian-specific LGBTQ+ bar located on Washington Avenue in Houston, Texas. It is known for hosting a variety of events, including female-specific DJs, crawfish boils, dildo races, and drag performances. The bar offers a spacious outdoor patio and an indoor area that can serve as an event space. It is a welcoming environment for the LGBTQ+ community, providing a safe space for diverse crowds to socialise and enjoy various activities.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smartmagazine.com/2026/08/the-diana-foundation-first-wednesday-happy-hour-at-pearl-bar/" TargetMode="External"/><Relationship Id="rId10" Type="http://schemas.openxmlformats.org/officeDocument/2006/relationships/hyperlink" Target="https://pearlhouston.com/" TargetMode="External"/><Relationship Id="rId11" Type="http://schemas.openxmlformats.org/officeDocument/2006/relationships/hyperlink" Target="https://thedianafoundation.gay/" TargetMode="External"/><Relationship Id="rId12" Type="http://schemas.openxmlformats.org/officeDocument/2006/relationships/hyperlink" Target="https://www.outsmartmagazine.com/2024/10/greater-houston-lgbtq-chamber-hosts-the-lgbtq-workplace-alliance-happy-hour-at-pearl-bar-10-3-24-2/" TargetMode="External"/><Relationship Id="rId13" Type="http://schemas.openxmlformats.org/officeDocument/2006/relationships/hyperlink" Target="https://rainbowindex.com/venue/pearl-bar" TargetMode="External"/><Relationship Id="rId14" Type="http://schemas.openxmlformats.org/officeDocument/2006/relationships/hyperlink" Target="https://www.outsmartmagazine.com/2025/07/trans-speaker-panel-pear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