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Jewish Bay Area Events This August — Where to Go and Why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upcoming gatherings across the Bay Area that mix music, films, food and conversation; whether you’re after a lively outdoor concert, a thoughtful talk on Mizrahi LGBTQ+ perspectives or a family-friendly Shabbat picnic, here are the highlights and practical tips for making the most of each event.</w:t>
      </w:r>
      <w:r/>
    </w:p>
    <w:p>
      <w:r/>
      <w:r>
        <w:t>Essential Takeaways</w:t>
      </w:r>
      <w:r/>
      <w:r/>
    </w:p>
    <w:p>
      <w:pPr>
        <w:pStyle w:val="ListBullet"/>
        <w:spacing w:line="240" w:lineRule="auto"/>
        <w:ind w:left="720"/>
      </w:pPr>
      <w:r/>
      <w:r>
        <w:rPr>
          <w:b/>
        </w:rPr>
        <w:t>Wide variety:</w:t>
      </w:r>
      <w:r>
        <w:t xml:space="preserve"> Events cover music, film, religion, family and social justice across San Francisco, North Bay, East Bay and Peninsula.</w:t>
      </w:r>
      <w:r/>
    </w:p>
    <w:p>
      <w:pPr>
        <w:pStyle w:val="ListBullet"/>
        <w:spacing w:line="240" w:lineRule="auto"/>
        <w:ind w:left="720"/>
      </w:pPr>
      <w:r/>
      <w:r>
        <w:rPr>
          <w:b/>
        </w:rPr>
        <w:t>Outdoor-friendly:</w:t>
      </w:r>
      <w:r>
        <w:t xml:space="preserve"> Several gatherings are outside , bring a blanket, chair and layers for evening chill.</w:t>
      </w:r>
      <w:r/>
    </w:p>
    <w:p>
      <w:pPr>
        <w:pStyle w:val="ListBullet"/>
        <w:spacing w:line="240" w:lineRule="auto"/>
        <w:ind w:left="720"/>
      </w:pPr>
      <w:r/>
      <w:r>
        <w:rPr>
          <w:b/>
        </w:rPr>
        <w:t>Kid-ready:</w:t>
      </w:r>
      <w:r>
        <w:t xml:space="preserve"> Free family options include story hours and Tot Shabbat with snacks and crafts.</w:t>
      </w:r>
      <w:r/>
    </w:p>
    <w:p>
      <w:pPr>
        <w:pStyle w:val="ListBullet"/>
        <w:spacing w:line="240" w:lineRule="auto"/>
        <w:ind w:left="720"/>
      </w:pPr>
      <w:r/>
      <w:r>
        <w:rPr>
          <w:b/>
        </w:rPr>
        <w:t>Ticket range:</w:t>
      </w:r>
      <w:r>
        <w:t xml:space="preserve"> Many events are low-cost or free; concerts and benefit shows top out around $108.</w:t>
      </w:r>
      <w:r/>
    </w:p>
    <w:p>
      <w:pPr>
        <w:pStyle w:val="ListBullet"/>
        <w:spacing w:line="240" w:lineRule="auto"/>
        <w:ind w:left="720"/>
      </w:pPr>
      <w:r/>
      <w:r>
        <w:rPr>
          <w:b/>
        </w:rPr>
        <w:t>Community focus:</w:t>
      </w:r>
      <w:r>
        <w:t xml:space="preserve"> Several listings support causes or offer conversation spaces on Israel, antisemitism and local services.</w:t>
      </w:r>
      <w:r/>
      <w:r/>
    </w:p>
    <w:p>
      <w:pPr>
        <w:pStyle w:val="Heading2"/>
      </w:pPr>
      <w:r>
        <w:t>Big-name family music and Havdalah , Rick Recht in Danville</w:t>
      </w:r>
      <w:r/>
    </w:p>
    <w:p>
      <w:r/>
      <w:r>
        <w:t>If you like singalongs with a polished, contemporary Jewish pop feel, Rick Recht’s outdoor concert and Havdalah at Beth Chaim in Danville is the easy pick. Expect upbeat songs, a community sing and a relaxed picnic vibe; organisers advise bringing a blanket and folding chair and there’s advance-order barbecue available.</w:t>
      </w:r>
      <w:r/>
    </w:p>
    <w:p>
      <w:r/>
      <w:r>
        <w:t>Beth Chaim is an established congregation with event facilities suited to outdoor performance, so seating and sightlines tend to be straightforward. Tickets vary from modest to premium, which often includes preferred seating or family packages; check the tour page for dates and seating tiers. If you’re going with kids, bring layers , Bay Area evenings can turn brisk once the sun dips.</w:t>
      </w:r>
      <w:r/>
    </w:p>
    <w:p>
      <w:pPr>
        <w:pStyle w:val="Heading2"/>
      </w:pPr>
      <w:r>
        <w:t>A Mizrahi LGBTQ+ conversation , why it matters</w:t>
      </w:r>
      <w:r/>
    </w:p>
    <w:p>
      <w:r/>
      <w:r>
        <w:t>A presentation exploring Mizrahi LGBTQ+ perspectives on Israel and antisemitism brings a rare, layered discussion to San Francisco. Organised by JIMENA, StandWithUs and Jewish Federation Bay Area partners, this talk promises personal testimony and political context in roughly a two-hour session.</w:t>
      </w:r>
      <w:r/>
    </w:p>
    <w:p>
      <w:r/>
      <w:r>
        <w:t>These conversations matter because they centre voices many community forums overlook; expect candid reflections, Q&amp;A and resources for further engagement. Seats are limited and the location is given with RSVP, so sign up early if the topic speaks to you. If you’re curious about how cultural identity intersects with activism, this is a timely stop.</w:t>
      </w:r>
      <w:r/>
    </w:p>
    <w:p>
      <w:pPr>
        <w:pStyle w:val="Heading2"/>
      </w:pPr>
      <w:r>
        <w:t>Thoughtful film night , “The Other” screening and Q&amp;A</w:t>
      </w:r>
      <w:r/>
    </w:p>
    <w:p>
      <w:r/>
      <w:r>
        <w:t>For a quieter, more contemplative evening, Congregation Sha’ar Zahav’s screening of The Other pairs an award-winning documentary with a filmmaker Q&amp;A over Zoom. Film nights like this are a great way to see nuanced portrayals of Israeli–Palestinian relationships and then hear directly from the director about choices behind the camera.</w:t>
      </w:r>
      <w:r/>
    </w:p>
    <w:p>
      <w:r/>
      <w:r>
        <w:t>The event takes place at a central San Francisco venue with an online streaming option, so it works for people who prefer staying home or who want to catch the Q&amp;A without the commute. A suggested donation keeps the event accessible; bring a friend for discussion afterwards.</w:t>
      </w:r>
      <w:r/>
    </w:p>
    <w:p>
      <w:pPr>
        <w:pStyle w:val="Heading2"/>
      </w:pPr>
      <w:r>
        <w:t>Family-friendly neighbourhood events , story hours, jams and picnics</w:t>
      </w:r>
      <w:r/>
    </w:p>
    <w:p>
      <w:r/>
      <w:r>
        <w:t>Across the region there are several no-fuss options for families. Castro Valley Library hosts a Children’s Book Reading Hour with crafts and snacks; it’s free and ideal for toddlers and preschoolers. On the Peninsula, a Tot Shabbat picnic invites families to bring vegetarian picnic dinners while hosts provide challah and grape juice, so it’s low-effort and sociable.</w:t>
      </w:r>
      <w:r/>
    </w:p>
    <w:p>
      <w:r/>
      <w:r>
        <w:t>In Larkspur, a summer festival with a homemade jam and baked goods contest mixes live music with kids’ activities , a feel-good local afternoon. These events are perfect if you want an easy introduction to community life without the pressure of formal programming.</w:t>
      </w:r>
      <w:r/>
    </w:p>
    <w:p>
      <w:pPr>
        <w:pStyle w:val="Heading2"/>
      </w:pPr>
      <w:r>
        <w:t>North Bay swing and Peninsula benefit nights , music with a cause</w:t>
      </w:r>
      <w:r/>
    </w:p>
    <w:p>
      <w:r/>
      <w:r>
        <w:t>If you fancy something a little different, Congregation Beth Ami’s Big Easy Jazz Band in Santa Rosa channels classic swing and big-band energy; tickets are affordable and the atmosphere is lively. Meanwhile, in Palo Alto, Uri Banai’s Hebrew music and storytelling night supports a shelter for women and children affected by domestic violence, combining cultural performance with social impact.</w:t>
      </w:r>
      <w:r/>
    </w:p>
    <w:p>
      <w:r/>
      <w:r>
        <w:t>Both nights show how local synagogues and Jewish centres programme culture and charity in tandem. If supporting causes matters to you, consider buying a ticket to the benefit show; expect storytelling in Hebrew and a chance to learn about the Banai family legacy in Israeli music.</w:t>
      </w:r>
      <w:r/>
    </w:p>
    <w:p>
      <w:r/>
      <w:r>
        <w:t>Closing line Take your pick , from singalongs to serious conversation, there’s a local event that fits your mood this August.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https://jweekly.com/2026/08/11/upcoming-events-mizrahi-lgbtq-perspectives-rick-recht-concert/</w:t>
        </w:r>
      </w:hyperlink>
      <w:r>
        <w:t xml:space="preserve"> - Please view link - unable to able to access data</w:t>
      </w:r>
      <w:r/>
    </w:p>
    <w:p>
      <w:pPr>
        <w:pStyle w:val="ListNumber"/>
        <w:spacing w:line="240" w:lineRule="auto"/>
        <w:ind w:left="720"/>
      </w:pPr>
      <w:r/>
      <w:hyperlink r:id="rId10">
        <w:r>
          <w:rPr>
            <w:color w:val="0000EE"/>
            <w:u w:val="single"/>
          </w:rPr>
          <w:t>https://www.rickrecht.com/tour/</w:t>
        </w:r>
      </w:hyperlink>
      <w:r>
        <w:t xml:space="preserve"> - Rick Recht, a renowned Jewish musician, has scheduled a Community Shabbat concert at Beth Chaim Congregation in Danville, California, on August 15, 2026. This event is part of his nationwide tour, which includes various performances across the United States. The concert at Beth Chaim Congregation is set to begin at 5:30 p.m. and offers attendees an opportunity to experience Rick's interactive and inspirational musical service, featuring community choirs, soloists, and musicians. Tickets are available for purchase, with prices ranging from $36 to $108.</w:t>
      </w:r>
      <w:r/>
    </w:p>
    <w:p>
      <w:pPr>
        <w:pStyle w:val="ListNumber"/>
        <w:spacing w:line="240" w:lineRule="auto"/>
        <w:ind w:left="720"/>
      </w:pPr>
      <w:r/>
      <w:hyperlink r:id="rId13">
        <w:r>
          <w:rPr>
            <w:color w:val="0000EE"/>
            <w:u w:val="single"/>
          </w:rPr>
          <w:t>https://www.bethchaim.org/ourbethchaimteam</w:t>
        </w:r>
      </w:hyperlink>
      <w:r>
        <w:t xml:space="preserve"> - Beth Chaim Congregation, located in Danville, California, is led by Rabbi Dave Spinrad, who joined the congregation in 2025. Rabbi Spinrad, a San Francisco native, has a background in Jewish wisdom and community engagement. The congregation offers a welcoming environment for individuals of all ages and backgrounds, providing various services and events, including the upcoming Community Shabbat concert with Rick Recht. The facility features a state-of-the-art kitchen, a 300-seat sanctuary, and a 10,000 sq ft outdoor courtyard overlooking the hills.</w:t>
      </w:r>
      <w:r/>
    </w:p>
    <w:p>
      <w:pPr>
        <w:pStyle w:val="ListNumber"/>
        <w:spacing w:line="240" w:lineRule="auto"/>
        <w:ind w:left="720"/>
      </w:pPr>
      <w:r/>
      <w:hyperlink r:id="rId15">
        <w:r>
          <w:rPr>
            <w:color w:val="0000EE"/>
            <w:u w:val="single"/>
          </w:rPr>
          <w:t>https://www.bethchaim.org/hhd</w:t>
        </w:r>
      </w:hyperlink>
      <w:r>
        <w:t xml:space="preserve"> - Beth Chaim Congregation provides detailed information about their High Holy Day services, including ticketing and accessibility policies. The congregation has transitioned to a paperless system, requiring attendees to check in with a valid photo ID for each service. This approach aims to enhance security and streamline the check-in process. Additionally, the congregation offers large-print prayer books, reading glasses, and hearing aid-compatible systems to ensure accessibility for all attendees during the High Holy Day services.</w:t>
      </w:r>
      <w:r/>
    </w:p>
    <w:p>
      <w:pPr>
        <w:pStyle w:val="ListNumber"/>
        <w:spacing w:line="240" w:lineRule="auto"/>
        <w:ind w:left="720"/>
      </w:pPr>
      <w:r/>
      <w:hyperlink r:id="rId14">
        <w:r>
          <w:rPr>
            <w:color w:val="0000EE"/>
            <w:u w:val="single"/>
          </w:rPr>
          <w:t>https://www.bethchaim.com/facilities/</w:t>
        </w:r>
      </w:hyperlink>
      <w:r>
        <w:t xml:space="preserve"> - Beth Chaim Congregation offers its state-of-the-art facilities for various events, including Bar and Bat Mitzvahs, weddings, special receptions, and business functions. The venue boasts a 300-seat sanctuary, a 10,000 sq ft outdoor courtyard with scenic views, and a grand piano. The congregation provides rental furniture and equipment on-site, along with a full-service kitchen. For more information on facility rentals, interested parties can contact the congregation directly via phone or email.</w:t>
      </w:r>
      <w:r/>
    </w:p>
    <w:p>
      <w:pPr>
        <w:pStyle w:val="ListNumber"/>
        <w:spacing w:line="240" w:lineRule="auto"/>
        <w:ind w:left="720"/>
      </w:pPr>
      <w:r/>
      <w:hyperlink r:id="rId11">
        <w:r>
          <w:rPr>
            <w:color w:val="0000EE"/>
            <w:u w:val="single"/>
          </w:rPr>
          <w:t>https://www.corner.inc/place/pSbgbUsnPCed</w:t>
        </w:r>
      </w:hyperlink>
      <w:r>
        <w:t xml:space="preserve"> - Sha'ar Zahav, located at 290 Dolores Street in San Francisco, is a progressive synagogue built by and for LGBTQ+ Jews. The congregation is known for its warmth and radical acceptance, offering weekly Shabbat services with live music and a cantor. Founded 40 years ago as an LGBTQ+ sanctuary, Sha'ar Zahav welcomes questioning Jews and non-Jews alike, providing a space for spiritual exploration and community building. The synagogue's services are also available online for those unable to attend in person.</w:t>
      </w:r>
      <w:r/>
    </w:p>
    <w:p>
      <w:pPr>
        <w:pStyle w:val="ListNumber"/>
        <w:spacing w:line="240" w:lineRule="auto"/>
        <w:ind w:left="720"/>
      </w:pPr>
      <w:r/>
      <w:hyperlink r:id="rId12">
        <w:r>
          <w:rPr>
            <w:color w:val="0000EE"/>
            <w:u w:val="single"/>
          </w:rPr>
          <w:t>https://www.jewishamericansummit.com/</w:t>
        </w:r>
      </w:hyperlink>
      <w:r>
        <w:t xml:space="preserve"> - The Jewish American Summit 2026 is scheduled for Sunday, August 30, 2026, in Los Angeles, California. This annual gathering brings together leaders across culture, business, advocacy, and community for thoughtful dialogue and meaningful connection. The summit aims to foster important conversations, shared responsibility, and forward-looking leadership at a pivotal moment for Jewish life in America. Attendees can look forward to engaging discussions and networking opportunities with prominent figures in the Jewish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weekly.com/2026/08/11/upcoming-events-mizrahi-lgbtq-perspectives-rick-recht-concert/" TargetMode="External"/><Relationship Id="rId10" Type="http://schemas.openxmlformats.org/officeDocument/2006/relationships/hyperlink" Target="https://www.rickrecht.com/tour/" TargetMode="External"/><Relationship Id="rId11" Type="http://schemas.openxmlformats.org/officeDocument/2006/relationships/hyperlink" Target="https://www.corner.inc/place/pSbgbUsnPCed" TargetMode="External"/><Relationship Id="rId12" Type="http://schemas.openxmlformats.org/officeDocument/2006/relationships/hyperlink" Target="https://www.jewishamericansummit.com/" TargetMode="External"/><Relationship Id="rId13" Type="http://schemas.openxmlformats.org/officeDocument/2006/relationships/hyperlink" Target="https://www.bethchaim.org/ourbethchaimteam" TargetMode="External"/><Relationship Id="rId14" Type="http://schemas.openxmlformats.org/officeDocument/2006/relationships/hyperlink" Target="https://www.bethchaim.com/facilities/" TargetMode="External"/><Relationship Id="rId15" Type="http://schemas.openxmlformats.org/officeDocument/2006/relationships/hyperlink" Target="https://www.bethchaim.org/hh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