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Queer Milk row: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have noticed a small Edinburgh support group has become a national flashpoint , Queer Milk, run by LGBT Health and Wellbeing, has been criticised over chestfeeding claims, funding and safety, and the debate matters because it touches on public money, infant welfare and how we talk about gender.</w:t>
      </w:r>
      <w:r/>
    </w:p>
    <w:p>
      <w:r/>
      <w:r>
        <w:t>Essential Takeaways</w:t>
      </w:r>
      <w:r/>
      <w:r/>
    </w:p>
    <w:p>
      <w:pPr>
        <w:pStyle w:val="ListBullet"/>
        <w:spacing w:line="240" w:lineRule="auto"/>
        <w:ind w:left="720"/>
      </w:pPr>
      <w:r/>
      <w:r>
        <w:rPr>
          <w:b/>
        </w:rPr>
        <w:t>Group purpose:</w:t>
      </w:r>
      <w:r>
        <w:t xml:space="preserve"> Queer Milk is described as a peer support group for LGBTQ+ parents involved in breastfeeding, chestfeeding or giving human milk, run by LGBT Health and Wellbeing and meeting in Edinburgh. </w:t>
      </w:r>
      <w:r/>
    </w:p>
    <w:p>
      <w:pPr>
        <w:pStyle w:val="ListBullet"/>
        <w:spacing w:line="240" w:lineRule="auto"/>
        <w:ind w:left="720"/>
      </w:pPr>
      <w:r/>
      <w:r>
        <w:rPr>
          <w:b/>
        </w:rPr>
        <w:t>Funding scrutiny:</w:t>
      </w:r>
      <w:r>
        <w:t xml:space="preserve"> The charity receives public funds; politicians and members of the public questioned whether any portion supports chestfeeding activity. </w:t>
      </w:r>
      <w:r/>
    </w:p>
    <w:p>
      <w:pPr>
        <w:pStyle w:val="ListBullet"/>
        <w:spacing w:line="240" w:lineRule="auto"/>
        <w:ind w:left="720"/>
      </w:pPr>
      <w:r/>
      <w:r>
        <w:rPr>
          <w:b/>
        </w:rPr>
        <w:t>Provider stance:</w:t>
      </w:r>
      <w:r>
        <w:t xml:space="preserve"> The organisation says the group is peer support, not a clinical lactation service, and does not provide medical advice or promote biological men breastfeeding. </w:t>
      </w:r>
      <w:r/>
    </w:p>
    <w:p>
      <w:pPr>
        <w:pStyle w:val="ListBullet"/>
        <w:spacing w:line="240" w:lineRule="auto"/>
        <w:ind w:left="720"/>
      </w:pPr>
      <w:r/>
      <w:r>
        <w:rPr>
          <w:b/>
        </w:rPr>
        <w:t>Visual impact:</w:t>
      </w:r>
      <w:r>
        <w:t xml:space="preserve"> The group’s imagery, including an illustration of a bearded person with a baby, has inflamed the debate and sharpened public reaction. </w:t>
      </w:r>
      <w:r/>
    </w:p>
    <w:p>
      <w:pPr>
        <w:pStyle w:val="ListBullet"/>
        <w:spacing w:line="240" w:lineRule="auto"/>
        <w:ind w:left="720"/>
      </w:pPr>
      <w:r/>
      <w:r>
        <w:rPr>
          <w:b/>
        </w:rPr>
        <w:t>Safety concerns:</w:t>
      </w:r>
      <w:r>
        <w:t xml:space="preserve"> Critics point to a lack of evidence around chestfeeding’s safety and potential hormone transfer, while supporters stress peer support and inclusion for diverse parents.</w:t>
      </w:r>
      <w:r/>
      <w:r/>
    </w:p>
    <w:p>
      <w:pPr>
        <w:pStyle w:val="Heading2"/>
      </w:pPr>
      <w:r>
        <w:t>What exactly is Queer Milk and who runs it?</w:t>
      </w:r>
      <w:r/>
    </w:p>
    <w:p>
      <w:r/>
      <w:r>
        <w:t>The simplest answer is it’s a community peer group for LGBTQ+ parents who are feeding their babies with human milk in a variety of ways, from direct breastfeeding to expressed or donor milk. According to the charity’s materials, sessions are described as a welcoming space for people 16+ to share experiences and reduce isolation. The meetings are run by LGBT Health and Wellbeing, an Edinburgh-based organisation that receives public grants and council support.</w:t>
      </w:r>
      <w:r/>
    </w:p>
    <w:p>
      <w:r/>
      <w:r>
        <w:t>That fundraising backdrop is important because when public money is involved, scrutiny follows , especially on sensitive topics. Organisers say Queer Milk is not a clinical lactation service; it’s peer support. So, while the group can be a lifeline for parents who feel isolated, it isn’t a substitute for professional medical advice.</w:t>
      </w:r>
      <w:r/>
    </w:p>
    <w:p>
      <w:pPr>
        <w:pStyle w:val="Heading2"/>
      </w:pPr>
      <w:r>
        <w:t>Why the controversy blew up , image, words and worry</w:t>
      </w:r>
      <w:r/>
    </w:p>
    <w:p>
      <w:r/>
      <w:r>
        <w:t>A lot of the anger has centred on the group’s promotional image , an illustration some people read as a bearded person chestfeeding a baby while draped in a trans flag. Visuals carry weight, and here they prompted a swift and emotional public reaction about child safety and responsible use of taxpayer funding.</w:t>
      </w:r>
      <w:r/>
    </w:p>
    <w:p>
      <w:r/>
      <w:r>
        <w:t>Critics argue that the depiction suggests the charity encourages biological men to chestfeed, raising questions about hormones, infant safety and whether the sessions are appropriate. Supporters and the charity counter that the group welcomes many feeding journeys and is about peer support, not medical endorsement. Either way, the image acted as the spark for a wider political and media debate.</w:t>
      </w:r>
      <w:r/>
    </w:p>
    <w:p>
      <w:pPr>
        <w:pStyle w:val="Heading2"/>
      </w:pPr>
      <w:r>
        <w:t>What authorities are saying and what investigations are under way</w:t>
      </w:r>
      <w:r/>
    </w:p>
    <w:p>
      <w:r/>
      <w:r>
        <w:t>Local and national politicians moved quickly once the story hit headlines. Edinburgh City Council has launched inquiries into what took place and how funding has been allocated, while some MSPs have publicly distanced government funding from clinical lactation services. The charity has insisted it does not provide or promote clinical chestfeeding services for trans women (biological males), and that sessions do not deliver medical advice.</w:t>
      </w:r>
      <w:r/>
    </w:p>
    <w:p>
      <w:r/>
      <w:r>
        <w:t>This kind of review is routine when public grants are questioned, and it’s likely to focus on whether the group’s stated activities match how funds were spent, and whether safeguarding and clinical boundaries were respected. For parents and taxpayers, clarity will be the priority.</w:t>
      </w:r>
      <w:r/>
    </w:p>
    <w:p>
      <w:pPr>
        <w:pStyle w:val="Heading2"/>
      </w:pPr>
      <w:r>
        <w:t>The medical and evidence angle , what we do and don’t know</w:t>
      </w:r>
      <w:r/>
    </w:p>
    <w:p>
      <w:r/>
      <w:r>
        <w:t>Medical professionals separate peer support from clinical lactation services for a reason: guidance about safe infant feeding and the physiology of lactation is a clinical matter. There’s limited evidence around chestfeeding by trans women or biological males who have induced lactation, and questions remain about hormone transfer and infant safety. That uncertainty is what fuels critics’ concerns.</w:t>
      </w:r>
      <w:r/>
    </w:p>
    <w:p>
      <w:r/>
      <w:r>
        <w:t>At the same time, those involved in queer parenting circles say peer groups reduce isolation and help people navigate real-world feeding challenges. The practical suggestion for anyone curious is straightforward: treat peer support as emotional and practical help, and seek credentialed medical advice for any clinical questions about infant nutrition or hormones.</w:t>
      </w:r>
      <w:r/>
    </w:p>
    <w:p>
      <w:pPr>
        <w:pStyle w:val="Heading2"/>
      </w:pPr>
      <w:r>
        <w:t>How to think about funding, inclusion and infant safety going forward</w:t>
      </w:r>
      <w:r/>
    </w:p>
    <w:p>
      <w:r/>
      <w:r>
        <w:t>This row is partly about competing values: public accountability and child welfare on one hand, and inclusion and recognition of diverse families on the other. Both are legitimate. A sensible next step is clear, transparent guidance from funders about the activities they support, robust safeguarding and a firm distinction between peer support and clinical services.</w:t>
      </w:r>
      <w:r/>
    </w:p>
    <w:p>
      <w:r/>
      <w:r>
        <w:t>If you’re a parent or carer assessing groups like this, look for who runs the session, what training volunteers have, whether medical advice is explicitly excluded, and how safeguarding is handled. And if you’re a policymaker, the takeaways are roughly the same: fund inclusion, but require transparency and clinical clarity.</w:t>
      </w:r>
      <w:r/>
    </w:p>
    <w:p>
      <w:r/>
      <w:r>
        <w:t>It's a small change in wording and oversight that could bring a lot of calm to a heated debate.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0">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2">
        <w:r>
          <w:rPr>
            <w:color w:val="0000EE"/>
            <w:u w:val="single"/>
          </w:rPr>
          <w:t>[4]</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https://www.scottishdailyexpress.co.uk/news/politics/queer-milk-charity-claims-doesnt-37537162</w:t>
        </w:r>
      </w:hyperlink>
      <w:r>
        <w:t xml:space="preserve"> - Please view link - unable to able to access data</w:t>
      </w:r>
      <w:r/>
    </w:p>
    <w:p>
      <w:pPr>
        <w:pStyle w:val="ListNumber"/>
        <w:spacing w:line="240" w:lineRule="auto"/>
        <w:ind w:left="720"/>
      </w:pPr>
      <w:r/>
      <w:hyperlink r:id="rId11">
        <w:r>
          <w:rPr>
            <w:color w:val="0000EE"/>
            <w:u w:val="single"/>
          </w:rPr>
          <w:t>https://www.lgbthealth.org.uk/event/queer-milk/2026-04-28/</w:t>
        </w:r>
      </w:hyperlink>
      <w:r>
        <w:t xml:space="preserve"> - The 'Queer Milk' support group, organised by LGBT Health and Wellbeing, is a weekly event in Edinburgh for LGBTQ+ parents aged 16 and over who are breastfeeding, chestfeeding, or giving human milk to their babies. The group provides a supportive space for parents to share experiences and access peer support around infant feeding and early parenthood. The sessions are free and held every Tuesday from 10:30 am to 12:00 pm at LGBT Health and Wellbeing's Duncan Place location. Partners and siblings are also welcome to attend. For more information, contact queermilkcollective@gmail.com or call 0131 564 3970. (</w:t>
      </w:r>
      <w:hyperlink r:id="rId15">
        <w:r>
          <w:rPr>
            <w:color w:val="0000EE"/>
            <w:u w:val="single"/>
          </w:rPr>
          <w:t>lgbthealth.org.uk</w:t>
        </w:r>
      </w:hyperlink>
      <w:r>
        <w:t>)</w:t>
      </w:r>
      <w:r/>
    </w:p>
    <w:p>
      <w:pPr>
        <w:pStyle w:val="ListNumber"/>
        <w:spacing w:line="240" w:lineRule="auto"/>
        <w:ind w:left="720"/>
      </w:pPr>
      <w:r/>
      <w:hyperlink r:id="rId10">
        <w:r>
          <w:rPr>
            <w:color w:val="0000EE"/>
            <w:u w:val="single"/>
          </w:rPr>
          <w:t>https://www.lgbthealth.org.uk/community-groups/queer-milk/</w:t>
        </w:r>
      </w:hyperlink>
      <w:r>
        <w:t xml:space="preserve"> - Queer Milk is a community group run by LGBT Health and Wellbeing, offering support to LGBTQ+ parents aged 16 and over who are breastfeeding, chestfeeding, or giving human milk to their babies. The group meets every Tuesday from 10:30 am to 12:00 pm at LGBT Health and Wellbeing's Duncan Place location in Edinburgh. The sessions are free and provide a supportive space for parents to share experiences and access peer support around infant feeding and early parenthood. Partners and siblings are also welcome to attend. For more information, contact queermilkcollective@gmail.com or call 0131 564 3970. (</w:t>
      </w:r>
      <w:hyperlink r:id="rId16">
        <w:r>
          <w:rPr>
            <w:color w:val="0000EE"/>
            <w:u w:val="single"/>
          </w:rPr>
          <w:t>lgbthealth.org.uk</w:t>
        </w:r>
      </w:hyperlink>
      <w:r>
        <w:t>)</w:t>
      </w:r>
      <w:r/>
    </w:p>
    <w:p>
      <w:pPr>
        <w:pStyle w:val="ListNumber"/>
        <w:spacing w:line="240" w:lineRule="auto"/>
        <w:ind w:left="720"/>
      </w:pPr>
      <w:r/>
      <w:hyperlink r:id="rId12">
        <w:r>
          <w:rPr>
            <w:color w:val="0000EE"/>
            <w:u w:val="single"/>
          </w:rPr>
          <w:t>https://www.attitude.co.uk/news/queer-milk-group-faces-criticism-trans-heres-research-530015/</w:t>
        </w:r>
      </w:hyperlink>
      <w:r>
        <w:t xml:space="preserve"> - LGBT Health and Wellbeing, a Scottish charity that receives public funding, has faced criticism over its 'Queer Milk' support group. The weekly Edinburgh-based group is aimed at LGBTQ+ parents aged 16 and over who are 'breastfeeding, chestfeeding, or giving human milk to their baby'. The charity states: 'We welcome the entire diversity of the lesbian, gay, bisexual and transgender (LGBT) community, including non-binary, queer, intersex, asexual people and all identities under the LGBTQIA+ umbrella.' (</w:t>
      </w:r>
      <w:hyperlink r:id="rId17">
        <w:r>
          <w:rPr>
            <w:color w:val="0000EE"/>
            <w:u w:val="single"/>
          </w:rPr>
          <w:t>attitude.co.uk</w:t>
        </w:r>
      </w:hyperlink>
      <w:r>
        <w:t>)</w:t>
      </w:r>
      <w:r/>
    </w:p>
    <w:p>
      <w:pPr>
        <w:pStyle w:val="ListNumber"/>
        <w:spacing w:line="240" w:lineRule="auto"/>
        <w:ind w:left="720"/>
      </w:pPr>
      <w:r/>
      <w:hyperlink r:id="rId13">
        <w:r>
          <w:rPr>
            <w:color w:val="0000EE"/>
            <w:u w:val="single"/>
          </w:rPr>
          <w:t>https://anglicanmainstream.org/article/queer-milk-charity-gets-public-money-to-promote-chestfeeding/</w:t>
        </w:r>
      </w:hyperlink>
      <w:r>
        <w:t xml:space="preserve"> - LGBT Health and Wellbeing, a taxpayer-funded charity, has been criticised over a support group it runs that trains biological men to breastfeed babies. The charity runs a weekly session in Edinburgh in which trans women are 'giving human milk to their babies'. The charity says that its 'Queer Milk' group welcomes those 'breastfeeding, chestfeeding or giving human milk to their baby in any amount ... no matter what your feeding journey looks like'. The terminology used to promote the sessions makes clear that it welcomes transgender women—biological men who identify as female—who are feeding infants. (</w:t>
      </w:r>
      <w:hyperlink r:id="rId18">
        <w:r>
          <w:rPr>
            <w:color w:val="0000EE"/>
            <w:u w:val="single"/>
          </w:rPr>
          <w:t>anglicanmainstream.org</w:t>
        </w:r>
      </w:hyperlink>
      <w:r>
        <w:t>)</w:t>
      </w:r>
      <w:r/>
    </w:p>
    <w:p>
      <w:pPr>
        <w:pStyle w:val="ListNumber"/>
        <w:spacing w:line="240" w:lineRule="auto"/>
        <w:ind w:left="720"/>
      </w:pPr>
      <w:r/>
      <w:hyperlink r:id="rId14">
        <w:r>
          <w:rPr>
            <w:color w:val="0000EE"/>
            <w:u w:val="single"/>
          </w:rPr>
          <w:t>https://www.lifesitenews.com/news/lgbt-group-that-promotes-chestfeeding-receives-taxpayer-money-from-scottish-govt/</w:t>
        </w:r>
      </w:hyperlink>
      <w:r>
        <w:t xml:space="preserve"> - The Scottish government is providing taxpayer funds to an activist group that offers weekly sessions to assist 'chestfeeding', in which gender-confused men attempt to replicate the biological process of breastfeeding. LGBT Health and Wellbeing is holding weekly 'Queer Milk' sessions in the Scottish capital, billed as offering space for people 'breastfeeding, chestfeeding or giving human milk to their baby in any amount ... no matter what your feeding journey looks like'. (</w:t>
      </w:r>
      <w:hyperlink r:id="rId19">
        <w:r>
          <w:rPr>
            <w:color w:val="0000EE"/>
            <w:u w:val="single"/>
          </w:rPr>
          <w:t>lifesitenews.com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ottishdailyexpress.co.uk/news/politics/queer-milk-charity-claims-doesnt-37537162" TargetMode="External"/><Relationship Id="rId10" Type="http://schemas.openxmlformats.org/officeDocument/2006/relationships/hyperlink" Target="https://www.lgbthealth.org.uk/community-groups/queer-milk/" TargetMode="External"/><Relationship Id="rId11" Type="http://schemas.openxmlformats.org/officeDocument/2006/relationships/hyperlink" Target="https://www.lgbthealth.org.uk/event/queer-milk/2026-04-28/" TargetMode="External"/><Relationship Id="rId12" Type="http://schemas.openxmlformats.org/officeDocument/2006/relationships/hyperlink" Target="https://www.attitude.co.uk/news/queer-milk-group-faces-criticism-trans-heres-research-530015/" TargetMode="External"/><Relationship Id="rId13" Type="http://schemas.openxmlformats.org/officeDocument/2006/relationships/hyperlink" Target="https://anglicanmainstream.org/article/queer-milk-charity-gets-public-money-to-promote-chestfeeding/" TargetMode="External"/><Relationship Id="rId14" Type="http://schemas.openxmlformats.org/officeDocument/2006/relationships/hyperlink" Target="https://www.lifesitenews.com/news/lgbt-group-that-promotes-chestfeeding-receives-taxpayer-money-from-scottish-govt/" TargetMode="External"/><Relationship Id="rId15" Type="http://schemas.openxmlformats.org/officeDocument/2006/relationships/hyperlink" Target="https://lgbthealth.org.uk/event/queer-milk/?utm_source=openai" TargetMode="External"/><Relationship Id="rId16" Type="http://schemas.openxmlformats.org/officeDocument/2006/relationships/hyperlink" Target="https://www.lgbthealth.org.uk/community-groups/queer-milk/?utm_source=openai" TargetMode="External"/><Relationship Id="rId17" Type="http://schemas.openxmlformats.org/officeDocument/2006/relationships/hyperlink" Target="https://www.attitude.co.uk/news/queer-milk-group-faces-criticism-trans-heres-research-530015/?utm_source=openai" TargetMode="External"/><Relationship Id="rId18" Type="http://schemas.openxmlformats.org/officeDocument/2006/relationships/hyperlink" Target="https://anglicanmainstream.org/article/queer-milk-charity-gets-public-money-to-promote-chestfeeding/?utm_source=openai" TargetMode="External"/><Relationship Id="rId19" Type="http://schemas.openxmlformats.org/officeDocument/2006/relationships/hyperlink" Target="https://www.lifesitenews.com/news/lgbt-group-that-promotes-chestfeeding-receives-taxpayer-money-from-scottish-gov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