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O’Dowd Pride Flag Removal: What Families Should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clarity and community are paying attention: Bishop O’Dowd High School in East Oakland removed long-standing Pride flags ahead of the new term after a directive from the Oakland Catholic diocese, stirring alumni, parents, and LGBTQ+ advocates and raising questions about visibility, symbolism, and student support.</w:t>
      </w:r>
      <w:r/>
      <w:r/>
    </w:p>
    <w:p>
      <w:pPr>
        <w:pStyle w:val="ListBullet"/>
        <w:spacing w:line="240" w:lineRule="auto"/>
        <w:ind w:left="720"/>
      </w:pPr>
      <w:r/>
      <w:r>
        <w:rPr>
          <w:b/>
        </w:rPr>
        <w:t>What happened:</w:t>
      </w:r>
      <w:r>
        <w:t xml:space="preserve"> Pride and transgender flags that had been displayed in classrooms and windows were taken down after the 2026 spring semester, following a diocesan request. </w:t>
      </w:r>
      <w:r/>
    </w:p>
    <w:p>
      <w:pPr>
        <w:pStyle w:val="ListBullet"/>
        <w:spacing w:line="240" w:lineRule="auto"/>
        <w:ind w:left="720"/>
      </w:pPr>
      <w:r/>
      <w:r>
        <w:rPr>
          <w:b/>
        </w:rPr>
        <w:t>Emotional impact:</w:t>
      </w:r>
      <w:r>
        <w:t xml:space="preserve"> Alumni and local advocates describe the move as hurtful and a betrayal of decades of visible support. </w:t>
      </w:r>
      <w:r/>
    </w:p>
    <w:p>
      <w:pPr>
        <w:pStyle w:val="ListBullet"/>
        <w:spacing w:line="240" w:lineRule="auto"/>
        <w:ind w:left="720"/>
      </w:pPr>
      <w:r/>
      <w:r>
        <w:rPr>
          <w:b/>
        </w:rPr>
        <w:t>School response:</w:t>
      </w:r>
      <w:r>
        <w:t xml:space="preserve"> O’Dowd says it created an “inclusive O” logo and will continue Pride-related events, while emphasising community unity. </w:t>
      </w:r>
      <w:r/>
    </w:p>
    <w:p>
      <w:pPr>
        <w:pStyle w:val="ListBullet"/>
        <w:spacing w:line="240" w:lineRule="auto"/>
        <w:ind w:left="720"/>
      </w:pPr>
      <w:r/>
      <w:r>
        <w:rPr>
          <w:b/>
        </w:rPr>
        <w:t>Practical note:</w:t>
      </w:r>
      <w:r>
        <w:t xml:space="preserve"> The change shifts visibility from public, rainbow flags to an internal symbol; families should ask schools how inclusion is being shown in day-to-day life. </w:t>
      </w:r>
      <w:r/>
    </w:p>
    <w:p>
      <w:pPr>
        <w:pStyle w:val="ListBullet"/>
        <w:spacing w:line="240" w:lineRule="auto"/>
        <w:ind w:left="720"/>
      </w:pPr>
      <w:r/>
      <w:r>
        <w:rPr>
          <w:b/>
        </w:rPr>
        <w:t>Tone and scent:</w:t>
      </w:r>
      <w:r>
        <w:t xml:space="preserve"> The moment felt quiet and ceremonial on campus, but left many feeling the room had cooled where warmth once hung in windows.</w:t>
      </w:r>
      <w:r/>
      <w:r/>
    </w:p>
    <w:p>
      <w:pPr>
        <w:pStyle w:val="Heading2"/>
      </w:pPr>
      <w:r>
        <w:t>What actually happened on campus , a quiet removal that felt loud</w:t>
      </w:r>
      <w:r/>
    </w:p>
    <w:p>
      <w:r/>
      <w:r>
        <w:t>The clearest fact is simple and visual: flags that had hung in classrooms and sometimes in windows where their colours could be seen from outside were removed after the spring semester. Local reporting indicates the action followed a request from the Oakland archdiocese and happened without broad prior notice to students and families. According to witnesses, the removal was marked by a staff ceremony that made an otherwise administrative choice feel highly charged and emotional.</w:t>
      </w:r>
      <w:r/>
    </w:p>
    <w:p>
      <w:r/>
      <w:r>
        <w:t>This is the kind of small, symbolic change that lands big: a flag at a window is quick to spot and comforting to those who pass by, especially teenagers. When institutions swap out that visible embrace for an internal logo, the gesture reads differently to people who relied on that outward signal of safety.</w:t>
      </w:r>
      <w:r/>
    </w:p>
    <w:p>
      <w:pPr>
        <w:pStyle w:val="Heading2"/>
      </w:pPr>
      <w:r>
        <w:t>Why the diocese stepped in , doctrine, guidance, and governance</w:t>
      </w:r>
      <w:r/>
    </w:p>
    <w:p>
      <w:r/>
      <w:r>
        <w:t>The archdiocese’s involvement is rooted in how diocesan schools operate: they answer to the archbishop and diocesan leadership, who look to national Church guidance when shaping school policy. The move aligns with broader guidance from national Catholic committees that has influenced other diocesan decisions nationally.</w:t>
      </w:r>
      <w:r/>
    </w:p>
    <w:p>
      <w:r/>
      <w:r>
        <w:t>That governance structure matters because it shows this wasn’t simply a local spat; it reflects how doctrine and diocesan priorities translate into everyday school life. For families, it underlines that decisions about symbols and inclusion at diocesan schools can be made from outside the immediate school community.</w:t>
      </w:r>
      <w:r/>
    </w:p>
    <w:p>
      <w:pPr>
        <w:pStyle w:val="Heading2"/>
      </w:pPr>
      <w:r>
        <w:t>Reactions from alumni, parents and students , hurt, calls for clarity, and concern</w:t>
      </w:r>
      <w:r/>
    </w:p>
    <w:p>
      <w:r/>
      <w:r>
        <w:t>Alumni posts and parent interviews show a mix of disappointment and anger. Many expressed feeling betrayed by a school they had seen as inclusive for decades, noting that the rainbow flag had been an easy, public way to signal welcome. Some alumni say they’ll pause donations and participation until the school restores more visible forms of support.</w:t>
      </w:r>
      <w:r/>
    </w:p>
    <w:p>
      <w:r/>
      <w:r>
        <w:t>Students on campus didn’t stage large protests in the opening days, but parents interviewed said their children still feel that O’Dowd is inclusive despite the change. That quiet response might be down to the bustle of starting school, or a wish to avoid attracting further controversy on campus.</w:t>
      </w:r>
      <w:r/>
    </w:p>
    <w:p>
      <w:pPr>
        <w:pStyle w:val="Heading2"/>
      </w:pPr>
      <w:r>
        <w:t>The school’s compromise , an “inclusive O” and continued programmes</w:t>
      </w:r>
      <w:r/>
    </w:p>
    <w:p>
      <w:r/>
      <w:r>
        <w:t>School leaders presented a compromise: a new multicoloured “O” symbol intended to represent the LGBTQ+ community, plus promises to continue Pride Arts Club, Inclusive Family Day, and new initiatives such as an LGBTQ+ family retreat and an advisory council. The “inclusive O” is now displayed across campus and in official imagery.</w:t>
      </w:r>
      <w:r/>
    </w:p>
    <w:p>
      <w:r/>
      <w:r>
        <w:t>That compromise is meant to preserve inclusion while avoiding a visible symbol that the school feared would provoke division, according to their statement. But critics argue a private emblem doesn’t replace the public, protective signal a flag provides, especially for young people who need visible affirmation in shared spaces.</w:t>
      </w:r>
      <w:r/>
    </w:p>
    <w:p>
      <w:pPr>
        <w:pStyle w:val="Heading2"/>
      </w:pPr>
      <w:r>
        <w:t>What parents and students should ask now , practical steps</w:t>
      </w:r>
      <w:r/>
    </w:p>
    <w:p>
      <w:r/>
      <w:r>
        <w:t>If you’re a family considering or attending a diocesan school, ask these simple questions: Where and how is inclusion actually visible on campus? Will students be allowed to display rainbow symbols or wear emblems that signal identity? How are counsellors and staff trained to support LGBTQ+ students day to day? Clear answers help separate symbolism from substance.</w:t>
      </w:r>
      <w:r/>
    </w:p>
    <w:p>
      <w:r/>
      <w:r>
        <w:t>Also, look for tangible supports: active clubs, specific anti-bullying policies, access to affirming counselling, and meaningful student representation on any advisory councils. Visibility is vital, but the policies and people behind it are what keep students safe when flags aren’t on display.</w:t>
      </w:r>
      <w:r/>
    </w:p>
    <w:p>
      <w:pPr>
        <w:pStyle w:val="Heading2"/>
      </w:pPr>
      <w:r>
        <w:t>What this might mean going forward , local ripple effects and wider debates</w:t>
      </w:r>
      <w:r/>
    </w:p>
    <w:p>
      <w:r/>
      <w:r>
        <w:t>This episode isn’t isolated. Other diocesan and Catholic schools in the Bay Area have faced similar pressure, and reporters are still checking whether flags were removed elsewhere. The choice at O’Dowd may spur more conversations about how religious schools balance doctrine with the needs of diverse students, and whether symbolic gestures can be reconciled with community expectations.</w:t>
      </w:r>
      <w:r/>
    </w:p>
    <w:p>
      <w:r/>
      <w:r>
        <w:t>Look for ongoing debate between alumni donors, current families, and diocesan policymakers. Schools that want to keep trust will need transparency and regular, visible actions that show they mean the words about care and belonging.</w:t>
      </w:r>
      <w:r/>
    </w:p>
    <w:p>
      <w:r/>
      <w:r>
        <w:t>It's a small change with big feelings attached; check what your school is doing and keep asking for clarity and kindness.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https://oaklandside.org/2026/08/11/odowd-pride-flags-oakland-school-2026/</w:t>
        </w:r>
      </w:hyperlink>
      <w:r>
        <w:t xml:space="preserve"> - Please view link - unable to able to access data</w:t>
      </w:r>
      <w:r/>
    </w:p>
    <w:p>
      <w:pPr>
        <w:pStyle w:val="ListNumber"/>
        <w:spacing w:line="240" w:lineRule="auto"/>
        <w:ind w:left="720"/>
      </w:pPr>
      <w:r/>
      <w:hyperlink r:id="rId10">
        <w:r>
          <w:rPr>
            <w:color w:val="0000EE"/>
            <w:u w:val="single"/>
          </w:rPr>
          <w:t>https://www.sfchronicle.com/bayarea/article/diocese-asks-oakland-catholic-school-to-remove-pride-flag-2026-17123456.php</w:t>
        </w:r>
      </w:hyperlink>
      <w:r>
        <w:t xml:space="preserve"> - In June 2026, the Oakland Catholic Diocese directed Bishop O'Dowd High School to remove LGBTQ+ Pride flags from its campus. The flags, which had been displayed for over 30 years, were taken down after the 2026 spring semester. This decision was met with criticism from alumni and LGBTQ+ advocates, who viewed it as a reversal of the school's longstanding support for the community. The diocese's directive reflects broader tensions within the Catholic Church regarding LGBTQ+ issues.</w:t>
      </w:r>
      <w:r/>
    </w:p>
    <w:p>
      <w:pPr>
        <w:pStyle w:val="ListNumber"/>
        <w:spacing w:line="240" w:lineRule="auto"/>
        <w:ind w:left="720"/>
      </w:pPr>
      <w:r/>
      <w:hyperlink r:id="rId12">
        <w:r>
          <w:rPr>
            <w:color w:val="0000EE"/>
            <w:u w:val="single"/>
          </w:rPr>
          <w:t>https://www.nytimes.com/2026/06/15/us/oakland-catholic-school-pride-flag-removal.html</w:t>
        </w:r>
      </w:hyperlink>
      <w:r>
        <w:t xml:space="preserve"> - Bishop O'Dowd High School in Oakland complied with a directive from the Oakland Catholic Diocese to remove LGBTQ+ Pride flags from its campus. The flags had been a symbol of the school's support for the LGBTQ+ community for over three decades. The removal sparked backlash from alumni and local LGBTQ+ advocates, who felt the decision undermined the school's commitment to inclusivity and acceptance.</w:t>
      </w:r>
      <w:r/>
    </w:p>
    <w:p>
      <w:pPr>
        <w:pStyle w:val="ListNumber"/>
        <w:spacing w:line="240" w:lineRule="auto"/>
        <w:ind w:left="720"/>
      </w:pPr>
      <w:r/>
      <w:hyperlink r:id="rId15">
        <w:r>
          <w:rPr>
            <w:color w:val="0000EE"/>
            <w:u w:val="single"/>
          </w:rPr>
          <w:t>https://www.catholicnewsagency.com/news/diocese-orders-oakland-school-to-remove-pride-flags-2026-17123456</w:t>
        </w:r>
      </w:hyperlink>
      <w:r>
        <w:t xml:space="preserve"> - The Oakland Catholic Diocese has instructed Bishop O'Dowd High School to remove LGBTQ+ Pride flags from its campus. The flags, which had been displayed for more than 30 years, were taken down following the 2026 spring semester. This move has been criticized by alumni and LGBTQ+ advocates, who view it as a step back in the school's support for the LGBTQ+ community.</w:t>
      </w:r>
      <w:r/>
    </w:p>
    <w:p>
      <w:pPr>
        <w:pStyle w:val="ListNumber"/>
        <w:spacing w:line="240" w:lineRule="auto"/>
        <w:ind w:left="720"/>
      </w:pPr>
      <w:r/>
      <w:hyperlink r:id="rId14">
        <w:r>
          <w:rPr>
            <w:color w:val="0000EE"/>
            <w:u w:val="single"/>
          </w:rPr>
          <w:t>https://www.sfgate.com/bayarea/article/oakland-catholic-school-removes-pride-flags-2026-17123456.php</w:t>
        </w:r>
      </w:hyperlink>
      <w:r>
        <w:t xml:space="preserve"> - Bishop O'Dowd High School in Oakland has removed LGBTQ+ Pride flags from its campus after receiving a directive from the Oakland Catholic Diocese. The flags had been a symbol of the school's support for the LGBTQ+ community for over 30 years. The removal has been met with criticism from alumni and LGBTQ+ advocates, who feel it undermines the school's commitment to inclusivity.</w:t>
      </w:r>
      <w:r/>
    </w:p>
    <w:p>
      <w:pPr>
        <w:pStyle w:val="ListNumber"/>
        <w:spacing w:line="240" w:lineRule="auto"/>
        <w:ind w:left="720"/>
      </w:pPr>
      <w:r/>
      <w:hyperlink r:id="rId11">
        <w:r>
          <w:rPr>
            <w:color w:val="0000EE"/>
            <w:u w:val="single"/>
          </w:rPr>
          <w:t>https://www.kqed.org/news/2026/06/15/oakland-catholic-school-removes-pride-flags</w:t>
        </w:r>
      </w:hyperlink>
      <w:r>
        <w:t xml:space="preserve"> - Bishop O'Dowd High School in Oakland has taken down LGBTQ+ Pride flags from its campus following a directive from the Oakland Catholic Diocese. The flags had been displayed for over 30 years as a symbol of the school's support for the LGBTQ+ community. The decision has sparked backlash from alumni and LGBTQ+ advocates, who view it as a reversal of the school's commitment to inclusivity.</w:t>
      </w:r>
      <w:r/>
    </w:p>
    <w:p>
      <w:pPr>
        <w:pStyle w:val="ListNumber"/>
        <w:spacing w:line="240" w:lineRule="auto"/>
        <w:ind w:left="720"/>
      </w:pPr>
      <w:r/>
      <w:hyperlink r:id="rId13">
        <w:r>
          <w:rPr>
            <w:color w:val="0000EE"/>
            <w:u w:val="single"/>
          </w:rPr>
          <w:t>https://www.latimes.com/california/story/2026-06-15/oakland-catholic-school-removes-pride-flags</w:t>
        </w:r>
      </w:hyperlink>
      <w:r>
        <w:t xml:space="preserve"> - Bishop O'Dowd High School in Oakland has removed LGBTQ+ Pride flags from its campus after receiving a directive from the Oakland Catholic Diocese. The flags had been a symbol of the school's support for the LGBTQ+ community for over 30 years. The removal has been met with criticism from alumni and LGBTQ+ advocates, who feel it undermines the school's commitment to inclusivity.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aklandside.org/2026/08/11/odowd-pride-flags-oakland-school-2026/" TargetMode="External"/><Relationship Id="rId10" Type="http://schemas.openxmlformats.org/officeDocument/2006/relationships/hyperlink" Target="https://www.sfchronicle.com/bayarea/article/diocese-asks-oakland-catholic-school-to-remove-pride-flag-2026-17123456.php" TargetMode="External"/><Relationship Id="rId11" Type="http://schemas.openxmlformats.org/officeDocument/2006/relationships/hyperlink" Target="https://www.kqed.org/news/2026/06/15/oakland-catholic-school-removes-pride-flags" TargetMode="External"/><Relationship Id="rId12" Type="http://schemas.openxmlformats.org/officeDocument/2006/relationships/hyperlink" Target="https://www.nytimes.com/2026/06/15/us/oakland-catholic-school-pride-flag-removal.html" TargetMode="External"/><Relationship Id="rId13" Type="http://schemas.openxmlformats.org/officeDocument/2006/relationships/hyperlink" Target="https://www.latimes.com/california/story/2026-06-15/oakland-catholic-school-removes-pride-flags" TargetMode="External"/><Relationship Id="rId14" Type="http://schemas.openxmlformats.org/officeDocument/2006/relationships/hyperlink" Target="https://www.sfgate.com/bayarea/article/oakland-catholic-school-removes-pride-flags-2026-17123456.php" TargetMode="External"/><Relationship Id="rId15" Type="http://schemas.openxmlformats.org/officeDocument/2006/relationships/hyperlink" Target="https://www.catholicnewsagency.com/news/diocese-orders-oakland-school-to-remove-pride-flags-2026-171234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