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Gay River Float Moments: Why Pittsburgh’s Free River Tradition Keeps Growing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well, floaters, are turning the Youghiogheny into a summer parade of tubes and joy. An estimated 200 LGBTQ+ people and allies joined Pittsburgh’s 4th Annual Big Gay River Float, a free, low-barrier community event that’s added shuttles and a “Solo Floater” programme to make it easier to join the fun.</w:t>
      </w:r>
      <w:r/>
    </w:p>
    <w:p>
      <w:r/>
      <w:r>
        <w:t>Essential Takeaways</w:t>
      </w:r>
      <w:r/>
      <w:r/>
    </w:p>
    <w:p>
      <w:pPr>
        <w:pStyle w:val="ListBullet"/>
        <w:spacing w:line="240" w:lineRule="auto"/>
        <w:ind w:left="720"/>
      </w:pPr>
      <w:r/>
      <w:r>
        <w:rPr>
          <w:b/>
        </w:rPr>
        <w:t>Attendance growth:</w:t>
      </w:r>
      <w:r>
        <w:t xml:space="preserve"> Around 200 participants this year, up from roughly 150 last year, creating a lively, colourful flotilla.</w:t>
      </w:r>
      <w:r/>
    </w:p>
    <w:p>
      <w:pPr>
        <w:pStyle w:val="ListBullet"/>
        <w:spacing w:line="240" w:lineRule="auto"/>
        <w:ind w:left="720"/>
      </w:pPr>
      <w:r/>
      <w:r>
        <w:rPr>
          <w:b/>
        </w:rPr>
        <w:t>Route and vibe:</w:t>
      </w:r>
      <w:r>
        <w:t xml:space="preserve"> Launch at Smithton Beach Boat Launch, three- to four-hour downstream trip to Cedar Creek Park, with swimming, sun, and social time.</w:t>
      </w:r>
      <w:r/>
    </w:p>
    <w:p>
      <w:pPr>
        <w:pStyle w:val="ListBullet"/>
        <w:spacing w:line="240" w:lineRule="auto"/>
        <w:ind w:left="720"/>
      </w:pPr>
      <w:r/>
      <w:r>
        <w:rPr>
          <w:b/>
        </w:rPr>
        <w:t>Accessibility upgrades:</w:t>
      </w:r>
      <w:r>
        <w:t xml:space="preserve"> Organisers introduced a shuttle that ran two trips and carried about 100 people, plus a “Solo Floater” sign-up to link up individuals.</w:t>
      </w:r>
      <w:r/>
    </w:p>
    <w:p>
      <w:pPr>
        <w:pStyle w:val="ListBullet"/>
        <w:spacing w:line="240" w:lineRule="auto"/>
        <w:ind w:left="720"/>
      </w:pPr>
      <w:r/>
      <w:r>
        <w:rPr>
          <w:b/>
        </w:rPr>
        <w:t>DIY spirit:</w:t>
      </w:r>
      <w:r>
        <w:t xml:space="preserve"> The event is volunteer-run, free to attend, and relies on guests bringing their own tubes and flotation devices.</w:t>
      </w:r>
      <w:r/>
    </w:p>
    <w:p>
      <w:pPr>
        <w:pStyle w:val="ListBullet"/>
        <w:spacing w:line="240" w:lineRule="auto"/>
        <w:ind w:left="720"/>
      </w:pPr>
      <w:r/>
      <w:r>
        <w:rPr>
          <w:b/>
        </w:rPr>
        <w:t>Family-friendly feel:</w:t>
      </w:r>
      <w:r>
        <w:t xml:space="preserve"> The float aims to be inclusive of the whole LGBTQ+ community and allies, with a relaxed, festival-like atmosphere.</w:t>
      </w:r>
      <w:r/>
      <w:r/>
    </w:p>
    <w:p>
      <w:pPr>
        <w:pStyle w:val="Heading2"/>
      </w:pPr>
      <w:r>
        <w:t>A colourful flotilla that feels like a block party on water</w:t>
      </w:r>
      <w:r/>
    </w:p>
    <w:p>
      <w:r/>
      <w:r>
        <w:t>The strongest image from the float is simple: tubes, coolers and people bobbing down the Yough under bright summer sunlight, and a general hum of laughter. Organisers set out to create a low-barrier, family-friendly outing and, by most measures, they’ve hit the mark. According to local reporting, the event attracted about 200 people this year, noticeably larger than last year’s crowd.</w:t>
      </w:r>
      <w:r/>
    </w:p>
    <w:p>
      <w:r/>
      <w:r>
        <w:t>Behind the scenes, it’s a volunteer-powered operation. That DIY energy keeps the float informal and welcoming, but it also means participants need to bring their own gear. If you’re planning to go next year, pack a sturdy tube, a dry bag for keys and phone, and a hat, the sun is softer on the river but still persistent.</w:t>
      </w:r>
      <w:r/>
    </w:p>
    <w:p>
      <w:pPr>
        <w:pStyle w:val="Heading2"/>
      </w:pPr>
      <w:r>
        <w:t>New logistics made it easier to join</w:t>
      </w:r>
      <w:r/>
    </w:p>
    <w:p>
      <w:r/>
      <w:r>
        <w:t>One practical change that’s become a real welcome: a shuttle between the launch and the take-out. Organisers ran two trips and helped move roughly 100 people, removing the usual car shuffle that can deter newcomers. It’s a small tweak that makes a big difference for people who don’t have a second vehicle or a friend to drive.</w:t>
      </w:r>
      <w:r/>
    </w:p>
    <w:p>
      <w:r/>
      <w:r>
        <w:t>The shuttle reflects a pattern you see across city events: organisers listening to feedback and lowering barriers. If you value ease of arrival and departure, keep an eye on event pages for shuttle signup windows and capacity limits, these usually fill fast.</w:t>
      </w:r>
      <w:r/>
    </w:p>
    <w:p>
      <w:pPr>
        <w:pStyle w:val="Heading2"/>
      </w:pPr>
      <w:r>
        <w:t>“Solo Floater” helps people find a friendly raft</w:t>
      </w:r>
      <w:r/>
    </w:p>
    <w:p>
      <w:r/>
      <w:r>
        <w:t>Not everyone arrives with a crew, and that used to be a hurdle. This year’s “Solo Floater” sign-up matched individuals with groups before launch, which meant fewer awkward moments on the riverbank and more instant friends in the water. It’s a thoughtful touch that makes the float genuinely inclusive, especially for people new to the community or visiting from out of town.</w:t>
      </w:r>
      <w:r/>
    </w:p>
    <w:p>
      <w:r/>
      <w:r>
        <w:t>From a social angle, that matchmaking makes the day feel less like a private picnic and more like a shared parade. If you’re shy, register as a solo floater next time, organisers aim to place you where you’ll feel comfortable.</w:t>
      </w:r>
      <w:r/>
    </w:p>
    <w:p>
      <w:pPr>
        <w:pStyle w:val="Heading2"/>
      </w:pPr>
      <w:r>
        <w:t>Growth, but still a community-led tradition</w:t>
      </w:r>
      <w:r/>
    </w:p>
    <w:p>
      <w:r/>
      <w:r>
        <w:t>The float has grown steadily since its inception, and now in its fourth year it’s edging towards a summertime tradition rather than a one-off meetup. The Yough becomes a corridor for queer community and allies, full of chat, splash and the occasional impromptu singalong.</w:t>
      </w:r>
      <w:r/>
    </w:p>
    <w:p>
      <w:r/>
      <w:r>
        <w:t>That growth brings both energy and responsibility. Organisers balance the informal, inclusive spirit with basic safety and river etiquette. If you go, follow organisers’ guidance, respect wildlife and take care with alcohol near water. It keeps the event safe and ensures the float can keep happening.</w:t>
      </w:r>
      <w:r/>
    </w:p>
    <w:p>
      <w:pPr>
        <w:pStyle w:val="Heading2"/>
      </w:pPr>
      <w:r>
        <w:t>Why it matters beyond the water</w:t>
      </w:r>
      <w:r/>
    </w:p>
    <w:p>
      <w:r/>
      <w:r>
        <w:t>Events like the Big Gay River Float are simple but meaningful: they put queer people into public, joyful spaces where identity and leisure meet. For many attendees, it’s not just a day out, it’s a visible reminder that community can be outdoors, accessible and celebratory.</w:t>
      </w:r>
      <w:r/>
    </w:p>
    <w:p>
      <w:r/>
      <w:r>
        <w:t>And there’s something pleasing about reclaiming a river for connectedness and fun. If you missed this year, sign up next time, bring sunscreen and a good tube, and try the shuttle or Solo Floater options to make the day easy and social.</w:t>
      </w:r>
      <w:r/>
    </w:p>
    <w:p>
      <w:r/>
      <w:r>
        <w:t>It's a small change that can make every float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https://qburgh.com/4th-annual-big-gay-river-float/</w:t>
        </w:r>
      </w:hyperlink>
      <w:r>
        <w:t xml:space="preserve"> - Please view link - unable to able to access data</w:t>
      </w:r>
      <w:r/>
    </w:p>
    <w:p>
      <w:pPr>
        <w:pStyle w:val="ListNumber"/>
        <w:spacing w:line="240" w:lineRule="auto"/>
        <w:ind w:left="720"/>
      </w:pPr>
      <w:r/>
      <w:hyperlink r:id="rId10">
        <w:r>
          <w:rPr>
            <w:color w:val="0000EE"/>
            <w:u w:val="single"/>
          </w:rPr>
          <w:t>https://www.biggaypgh.com/</w:t>
        </w:r>
      </w:hyperlink>
      <w:r>
        <w:t xml:space="preserve"> - Pittsburgh's 4th Annual Big Gay River Float is a free public LGBTQ+ event that has grown from around 150 participants last year to an estimated 200 this year. The event aims to create a low-barrier, family-friendly gathering that welcomes the entire LGBTQ+ community. Participants provide their own tubes and flotation devices, and the event remains free to attend. Organizers have introduced a shuttle service to assist with transportation between the launch and end points, and a 'Solo Floater' program to connect individuals attending without a group.</w:t>
      </w:r>
      <w:r/>
    </w:p>
    <w:p>
      <w:pPr>
        <w:pStyle w:val="ListNumber"/>
        <w:spacing w:line="240" w:lineRule="auto"/>
        <w:ind w:left="720"/>
      </w:pPr>
      <w:r/>
      <w:hyperlink r:id="rId12">
        <w:r>
          <w:rPr>
            <w:color w:val="0000EE"/>
            <w:u w:val="single"/>
          </w:rPr>
          <w:t>https://qburgh.com/event/pittsburghs-4th-annual-big-gay-river-float/</w:t>
        </w:r>
      </w:hyperlink>
      <w:r>
        <w:t xml:space="preserve"> - The 4th Annual Big Gay River Float in Pittsburgh is scheduled for August 2, 2026, at 11:00 am, starting at Smithton Beach Boat Launch in Smithton, PA. Participants are encouraged to arrive early to prepare their tubes and arrange transportation. The float typically lasts three to four hours, ending at Cedar Creek Park Boat Launch in Belle Vernon, PA. Attendees are responsible for providing their own transportation and flotation devices. The event is free and aims to create an inclusive, welcoming, and safe environment for all.</w:t>
      </w:r>
      <w:r/>
    </w:p>
    <w:p>
      <w:pPr>
        <w:pStyle w:val="ListNumber"/>
        <w:spacing w:line="240" w:lineRule="auto"/>
        <w:ind w:left="720"/>
      </w:pPr>
      <w:r/>
      <w:hyperlink r:id="rId11">
        <w:r>
          <w:rPr>
            <w:color w:val="0000EE"/>
            <w:u w:val="single"/>
          </w:rPr>
          <w:t>https://qlist.app/events/Pittsburgh/Pittsburghs-4th-Annual-Big-Gay-River-Float/29466</w:t>
        </w:r>
      </w:hyperlink>
      <w:r>
        <w:t xml:space="preserve"> - Pittsburgh's 4th Annual Big Gay River Float is a free public LGBTQ+ river float starting at Smithton Beach Boat Launch. Participants should meet at 11:00 AM, with the launch at 12:30 PM, and float for about three to four hours to Cedar Creek Park Boat Launch. Attendees are responsible for providing their own flotation devices and handling transportation to and from the launch points. August 9 is listed as the rain date. The event is free and aims to create an inclusive, welcoming, and safe environment for all.</w:t>
      </w:r>
      <w:r/>
    </w:p>
    <w:p>
      <w:pPr>
        <w:pStyle w:val="ListNumber"/>
        <w:spacing w:line="240" w:lineRule="auto"/>
        <w:ind w:left="720"/>
      </w:pPr>
      <w:r/>
      <w:hyperlink r:id="rId13">
        <w:r>
          <w:rPr>
            <w:color w:val="0000EE"/>
            <w:u w:val="single"/>
          </w:rPr>
          <w:t>https://mtwatershed.com/event/yough-river-float-trip-2/</w:t>
        </w:r>
      </w:hyperlink>
      <w:r>
        <w:t xml:space="preserve"> - The Mountain Watershed Association is hosting a Yough River Float Trip on July 28, 2024, from 9:00 am to 3:00 pm. The trip is a four-hour float to raise funds for the Indian Creek Valley Trail. The registration fee includes a life jacket, choice of boat (canoe or kayak), paddle, shuttle, tip for Hazelbakers’ staff, and a bagged lunch. All proceeds will go toward ICV trail maintenance and projects. Children aged 7 and under can participate for a reduced fee.</w:t>
      </w:r>
      <w:r/>
    </w:p>
    <w:p>
      <w:pPr>
        <w:pStyle w:val="ListNumber"/>
        <w:spacing w:line="240" w:lineRule="auto"/>
        <w:ind w:left="720"/>
      </w:pPr>
      <w:r/>
      <w:hyperlink r:id="rId15">
        <w:r>
          <w:rPr>
            <w:color w:val="0000EE"/>
            <w:u w:val="single"/>
          </w:rPr>
          <w:t>https://www.lrd.usace.army.mil/News/Multimedia/igphoto/2003456854/</w:t>
        </w:r>
      </w:hyperlink>
      <w:r>
        <w:t xml:space="preserve"> - The U.S. Army Corps of Engineers Pittsburgh District hosted the 50th anniversary of the Youghiogheny River Special Recreation Day in Confluence, Pennsylvania, on May 2, 2024. The event provided a range of outdoor activities and games for children and adults with special needs, including fishing, hayrides, face painting, and boat rides on the lake. More than 500 people attended, with community partners providing snacks and lunch for everyone. The event was organized with the help of various local organizations and volunteers.</w:t>
      </w:r>
      <w:r/>
    </w:p>
    <w:p>
      <w:pPr>
        <w:pStyle w:val="ListNumber"/>
        <w:spacing w:line="240" w:lineRule="auto"/>
        <w:ind w:left="720"/>
      </w:pPr>
      <w:r/>
      <w:hyperlink r:id="rId14">
        <w:r>
          <w:rPr>
            <w:color w:val="0000EE"/>
            <w:u w:val="single"/>
          </w:rPr>
          <w:t>https://www.lrd.usace.army.mil/News/Display/Article/3638881/annual-community-recreation-day-makes-youghiogheny-river-lake-special/</w:t>
        </w:r>
      </w:hyperlink>
      <w:r>
        <w:t xml:space="preserve"> - The 49th annual Youghiogheny Special Recreation Day was held in Confluence, Pennsylvania, on May 4, 2023. The event, organized by the U.S. Army Corps of Engineers Pittsburgh District, offered activities such as boat rides, fishing, hayrides, and other outdoor games for local special-needs children and adults. The event aimed to provide a range of outdoor activities and games for children and adults with special needs, fostering community engagement and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4th-annual-big-gay-river-float/" TargetMode="External"/><Relationship Id="rId10" Type="http://schemas.openxmlformats.org/officeDocument/2006/relationships/hyperlink" Target="https://www.biggaypgh.com/" TargetMode="External"/><Relationship Id="rId11" Type="http://schemas.openxmlformats.org/officeDocument/2006/relationships/hyperlink" Target="https://qlist.app/events/Pittsburgh/Pittsburghs-4th-Annual-Big-Gay-River-Float/29466" TargetMode="External"/><Relationship Id="rId12" Type="http://schemas.openxmlformats.org/officeDocument/2006/relationships/hyperlink" Target="https://qburgh.com/event/pittsburghs-4th-annual-big-gay-river-float/" TargetMode="External"/><Relationship Id="rId13" Type="http://schemas.openxmlformats.org/officeDocument/2006/relationships/hyperlink" Target="https://mtwatershed.com/event/yough-river-float-trip-2/" TargetMode="External"/><Relationship Id="rId14" Type="http://schemas.openxmlformats.org/officeDocument/2006/relationships/hyperlink" Target="https://www.lrd.usace.army.mil/News/Display/Article/3638881/annual-community-recreation-day-makes-youghiogheny-river-lake-special/" TargetMode="External"/><Relationship Id="rId15" Type="http://schemas.openxmlformats.org/officeDocument/2006/relationships/hyperlink" Target="https://www.lrd.usace.army.mil/News/Multimedia/igphoto/20034568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