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Rhode Island Bishop to Hold Masses for LGBTQ+ Individuals, Families, and Friends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community moments are noticing a new, inclusive pastoral offer in Rhode Island as Bishop Bruce Lewandowski prepares to celebrate Masses aimed at LGBTQ+ individuals, families and friends , events that include listening sessions and a shared meal, and matter to parish life and pastoral care across the diocese.</w:t>
      </w:r>
      <w:r/>
    </w:p>
    <w:p>
      <w:r/>
      <w:r>
        <w:t>Essential Takeaways</w:t>
      </w:r>
      <w:r/>
      <w:r/>
    </w:p>
    <w:p>
      <w:pPr>
        <w:pStyle w:val="ListBullet"/>
        <w:spacing w:line="240" w:lineRule="auto"/>
        <w:ind w:left="720"/>
      </w:pPr>
      <w:r/>
      <w:r>
        <w:rPr>
          <w:b/>
        </w:rPr>
        <w:t>Who:</w:t>
      </w:r>
      <w:r>
        <w:t xml:space="preserve"> Bishop Bruce Lewandowski will preside at diocesan Masses specifically welcoming LGBTQ+ people, their families and friends.</w:t>
      </w:r>
      <w:r/>
    </w:p>
    <w:p>
      <w:pPr>
        <w:pStyle w:val="ListBullet"/>
        <w:spacing w:line="240" w:lineRule="auto"/>
        <w:ind w:left="720"/>
      </w:pPr>
      <w:r/>
      <w:r>
        <w:rPr>
          <w:b/>
        </w:rPr>
        <w:t>What:</w:t>
      </w:r>
      <w:r>
        <w:t xml:space="preserve"> Each gathering pairs a Mass with a dedicated listening session and a community dinner, creating space for faith and conversation.</w:t>
      </w:r>
      <w:r/>
    </w:p>
    <w:p>
      <w:pPr>
        <w:pStyle w:val="ListBullet"/>
        <w:spacing w:line="240" w:lineRule="auto"/>
        <w:ind w:left="720"/>
      </w:pPr>
      <w:r/>
      <w:r>
        <w:rPr>
          <w:b/>
        </w:rPr>
        <w:t>Where:</w:t>
      </w:r>
      <w:r>
        <w:t xml:space="preserve"> Events are organised by the Diocese of Providence and held at local parishes across Rhode Island.</w:t>
      </w:r>
      <w:r/>
    </w:p>
    <w:p>
      <w:pPr>
        <w:pStyle w:val="ListBullet"/>
        <w:spacing w:line="240" w:lineRule="auto"/>
        <w:ind w:left="720"/>
      </w:pPr>
      <w:r/>
      <w:r>
        <w:rPr>
          <w:b/>
        </w:rPr>
        <w:t>Tone:</w:t>
      </w:r>
      <w:r>
        <w:t xml:space="preserve"> The initiative emphasises hospitality, pastoral listening and communal sharing , expect a quiet, reflective Mass followed by open conversation.</w:t>
      </w:r>
      <w:r/>
    </w:p>
    <w:p>
      <w:pPr>
        <w:pStyle w:val="ListBullet"/>
        <w:spacing w:line="240" w:lineRule="auto"/>
        <w:ind w:left="720"/>
      </w:pPr>
      <w:r/>
      <w:r>
        <w:rPr>
          <w:b/>
        </w:rPr>
        <w:t>Practical note:</w:t>
      </w:r>
      <w:r>
        <w:t xml:space="preserve"> Visitors should check the Diocese of Providence events page for dates, locations and any registration details.</w:t>
      </w:r>
      <w:r/>
      <w:r/>
    </w:p>
    <w:p>
      <w:pPr>
        <w:pStyle w:val="Heading2"/>
      </w:pPr>
      <w:r>
        <w:t>A pastoral approach that feels deliberate and gentle</w:t>
      </w:r>
      <w:r/>
    </w:p>
    <w:p>
      <w:r/>
      <w:r>
        <w:t>This isn’t a headline-grabbing spectacle so much as a quiet, intentional outreach , a Mass followed by conversation and dinner that’s designed to be simple, calm and welcoming. According to the Diocese of Providence listings, Bishop Lewandowski will celebrate at parish gatherings that explicitly name LGBTQ+ individuals, their families and friends among the invited. There’s a domestic, human touch here: the promise of a shared meal means people will leave having spoken and listened, not simply observed.</w:t>
      </w:r>
      <w:r/>
    </w:p>
    <w:p>
      <w:pPr>
        <w:pStyle w:val="Heading2"/>
      </w:pPr>
      <w:r>
        <w:t>Why the diocese is framing Mass with listening</w:t>
      </w:r>
      <w:r/>
    </w:p>
    <w:p>
      <w:r/>
      <w:r>
        <w:t>Church leaders have increasingly been pairing worship with pastoral conversation, and this follows that trend. The Diocese’s event announcements spell out a “dedicated time for listening humbly to the lived experiences” of attendees, which signals a pastoral priority over a political posture. For many parishioners this dual format , liturgy plus listening , offers both spiritual nourishment and the chance to be heard, and it may soften tensions for those who feel anxious about coming to a church space.</w:t>
      </w:r>
      <w:r/>
    </w:p>
    <w:p>
      <w:pPr>
        <w:pStyle w:val="Heading2"/>
      </w:pPr>
      <w:r>
        <w:t>How this fits into wider parish life and practice</w:t>
      </w:r>
      <w:r/>
    </w:p>
    <w:p>
      <w:r/>
      <w:r>
        <w:t>Across the US, dioceses are experimenting with different pastoral initiatives to engage people who have felt distanced from parish life. In practical terms, hosting a Mass followed by a meal is smart: it draws people into the church, provides a predictable structure, and creates social bonds that last beyond a single service. If you’re thinking of attending, dressing respectfully and arriving early helps; parish staff often welcome newcomers and can steer you to the listening session details.</w:t>
      </w:r>
      <w:r/>
    </w:p>
    <w:p>
      <w:pPr>
        <w:pStyle w:val="Heading2"/>
      </w:pPr>
      <w:r>
        <w:t>What parishioners and visitors can expect on the night</w:t>
      </w:r>
      <w:r/>
    </w:p>
    <w:p>
      <w:r/>
      <w:r>
        <w:t>Expect a standard Mass when the liturgy begins , familiar prayers, hymns and readings , followed by a time set aside for participants to share experiences. The listening sessions are framed as humble and respectful, not as formal interviews or public debates. Then there’s the communal dinner, which tends to relax the room and turn strangers into neighbours. People who’ve attended similar gatherings say the best moments are the small, honest conversations over a plate of food.</w:t>
      </w:r>
      <w:r/>
    </w:p>
    <w:p>
      <w:pPr>
        <w:pStyle w:val="Heading2"/>
      </w:pPr>
      <w:r>
        <w:t>What this development could mean going forward</w:t>
      </w:r>
      <w:r/>
    </w:p>
    <w:p>
      <w:r/>
      <w:r>
        <w:t>Initiatives like these can change the texture of local parish life slowly but noticeably. They don’t rewrite doctrine, but they do shift how people experience the church day to day: more conversational, more relational, and more focused on accompaniment. Observers and participants alike will be watching to see whether these events become recurring fixtures or one-off gestures, and whether they inspire similar gatherings elsewhere in the diocese.</w:t>
      </w:r>
      <w:r/>
    </w:p>
    <w:p>
      <w:r/>
      <w:r>
        <w:t>It's a small change that can make shared worship and conversation more accessible.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[3]</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https://www.catholicculture.org/news/headlines/index.cfm?storyid=70350</w:t>
        </w:r>
      </w:hyperlink>
      <w:r>
        <w:t xml:space="preserve"> - Please view link - unable to able to access data</w:t>
      </w:r>
      <w:r/>
    </w:p>
    <w:p>
      <w:pPr>
        <w:pStyle w:val="ListNumber"/>
        <w:spacing w:line="240" w:lineRule="auto"/>
        <w:ind w:left="720"/>
      </w:pPr>
      <w:r/>
      <w:hyperlink r:id="rId10">
        <w:r>
          <w:rPr>
            <w:color w:val="0000EE"/>
            <w:u w:val="single"/>
          </w:rPr>
          <w:t>https://dioceseofprovidence.org/gatherings</w:t>
        </w:r>
      </w:hyperlink>
      <w:r>
        <w:t xml:space="preserve"> - The Diocese of Providence has announced two upcoming parish events for LGBTQ+ individuals, families, and friends. Each event will feature Mass celebrated by Bishop Bruce Lewandowski, a dedicated time for listening to the lived experiences of LGBTQ+ individuals, families, and friends, and a community dinner. The events are scheduled for Sunday, August 30, 2026, from 3:00 to 6:00 p.m. at Holy Trinity Parish in Woonsocket, and Sunday, September 27, 2026, from 3:00 to 6:00 p.m. at St. Mary of the Bay in Warren. Attendees are encouraged to RSVP for planning purposes.</w:t>
      </w:r>
      <w:r/>
    </w:p>
    <w:p>
      <w:pPr>
        <w:pStyle w:val="ListNumber"/>
        <w:spacing w:line="240" w:lineRule="auto"/>
        <w:ind w:left="720"/>
      </w:pPr>
      <w:r/>
      <w:hyperlink r:id="rId9">
        <w:r>
          <w:rPr>
            <w:color w:val="0000EE"/>
            <w:u w:val="single"/>
          </w:rPr>
          <w:t>https://www.catholicculture.org/news/headlines/index.cfm?storyid=70350</w:t>
        </w:r>
      </w:hyperlink>
      <w:r>
        <w:t xml:space="preserve"> - The Diocese of Providence, Rhode Island, has announced two upcoming parish events for LGBTQ+ individuals, families, and friends. Each event will include Mass celebrated by Bishop Bruce Lewandowski, a dedicated time for listening to the lived experiences of LGBTQ+ individuals, families, and friends, and a community dinner. The events are scheduled for Sunday, August 30, 2026, from 3:00 to 6:00 p.m. at Holy Trinity Parish in Woonsocket, and Sunday, September 27, 2026, from 3:00 to 6:00 p.m. at St. Mary of the Bay in Warren. Attendees are encouraged to RSVP for planning purposes.</w:t>
      </w:r>
      <w:r/>
    </w:p>
    <w:p>
      <w:pPr>
        <w:pStyle w:val="ListNumber"/>
        <w:spacing w:line="240" w:lineRule="auto"/>
        <w:ind w:left="720"/>
      </w:pPr>
      <w:r/>
      <w:hyperlink r:id="rId11">
        <w:r>
          <w:rPr>
            <w:color w:val="0000EE"/>
            <w:u w:val="single"/>
          </w:rPr>
          <w:t>https://www.sstephens.org/event-details-registration/low-mass-2026-08-09-09-00</w:t>
        </w:r>
      </w:hyperlink>
      <w:r>
        <w:t xml:space="preserve"> - S. Stephen's Church in Providence, Rhode Island, held a Low Mass on Sunday, August 9, 2026, at 9:00 AM in the Our Lady Chapel. The service was a spoken 8 AM Mass, providing a traditional liturgical experience for attendees.</w:t>
      </w:r>
      <w:r/>
    </w:p>
    <w:p>
      <w:pPr>
        <w:pStyle w:val="ListNumber"/>
        <w:spacing w:line="240" w:lineRule="auto"/>
        <w:ind w:left="720"/>
      </w:pPr>
      <w:r/>
      <w:hyperlink r:id="rId12">
        <w:r>
          <w:rPr>
            <w:color w:val="0000EE"/>
            <w:u w:val="single"/>
          </w:rPr>
          <w:t>https://stmarystaroftheseari.org/</w:t>
        </w:r>
      </w:hyperlink>
      <w:r>
        <w:t xml:space="preserve"> - St. Mary Star of the Sea Church in Narragansett, Rhode Island, offers Mass services on Saturdays at 4:00 PM and Sundays at 7:30 AM, 9:00 AM, and 10:30 AM. The church provides a weekly livestream of Mass and offers various parish activities and services for the community.</w:t>
      </w:r>
      <w:r/>
    </w:p>
    <w:p>
      <w:pPr>
        <w:pStyle w:val="ListNumber"/>
        <w:spacing w:line="240" w:lineRule="auto"/>
        <w:ind w:left="720"/>
      </w:pPr>
      <w:r/>
      <w:hyperlink r:id="rId13">
        <w:r>
          <w:rPr>
            <w:color w:val="0000EE"/>
            <w:u w:val="single"/>
          </w:rPr>
          <w:t>https://immcon.org/</w:t>
        </w:r>
      </w:hyperlink>
      <w:r>
        <w:t xml:space="preserve"> - Immaculate Conception Church in Westerly, Rhode Island, offers Mass services on Saturdays at 4:00 PM and Sundays at 7:00 AM, 9:00 AM, 11:00 AM, and 5:00 PM. The church also provides daily Mass services and hosts various religious activities and events for the community.</w:t>
      </w:r>
      <w:r/>
    </w:p>
    <w:p>
      <w:pPr>
        <w:pStyle w:val="ListNumber"/>
        <w:spacing w:line="240" w:lineRule="auto"/>
        <w:ind w:left="720"/>
      </w:pPr>
      <w:r/>
      <w:hyperlink r:id="rId14">
        <w:r>
          <w:rPr>
            <w:color w:val="0000EE"/>
            <w:u w:val="single"/>
          </w:rPr>
          <w:t>https://rosary463.com/</w:t>
        </w:r>
      </w:hyperlink>
      <w:r>
        <w:t xml:space="preserve"> - Our Lady of the Rosary Church in Providence, Rhode Island, celebrated its parish feast from August 7 to 9, 2026. The church organized various events, including a procession with statues, and invited individuals to participate in carrying statues and dressing as saints and angels for the procession.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tholicculture.org/news/headlines/index.cfm?storyid=70350" TargetMode="External"/><Relationship Id="rId10" Type="http://schemas.openxmlformats.org/officeDocument/2006/relationships/hyperlink" Target="https://dioceseofprovidence.org/gatherings" TargetMode="External"/><Relationship Id="rId11" Type="http://schemas.openxmlformats.org/officeDocument/2006/relationships/hyperlink" Target="https://www.sstephens.org/event-details-registration/low-mass-2026-08-09-09-00" TargetMode="External"/><Relationship Id="rId12" Type="http://schemas.openxmlformats.org/officeDocument/2006/relationships/hyperlink" Target="https://stmarystaroftheseari.org/" TargetMode="External"/><Relationship Id="rId13" Type="http://schemas.openxmlformats.org/officeDocument/2006/relationships/hyperlink" Target="https://immcon.org/" TargetMode="External"/><Relationship Id="rId14" Type="http://schemas.openxmlformats.org/officeDocument/2006/relationships/hyperlink" Target="https://rosary463.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