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Podcast Picks: Revisit I Saw The TV Glow With a Queer Horror Deep Dive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spooky, cinephiles and queer movie fans are turning their earbuds to a fresh podcast pick: a roundtable revisit of Jane Schoenbrun’s I Saw The TV Glow , who, what, and why this bittersweet, ’90s‑tinged queer horror keeps resonating and deserves another listen.</w:t>
      </w:r>
      <w:r/>
    </w:p>
    <w:p>
      <w:r/>
      <w:r>
        <w:t>Essential Takeaways</w:t>
      </w:r>
      <w:r/>
      <w:r/>
    </w:p>
    <w:p>
      <w:pPr>
        <w:pStyle w:val="ListBullet"/>
        <w:spacing w:line="240" w:lineRule="auto"/>
        <w:ind w:left="720"/>
      </w:pPr>
      <w:r/>
      <w:r>
        <w:rPr>
          <w:b/>
        </w:rPr>
        <w:t>What it covers:</w:t>
      </w:r>
      <w:r>
        <w:t xml:space="preserve"> A new podcast episode breaks down I Saw The TV Glow’s blend of teen nostalgia, trans allegory and eerie atmosphere.</w:t>
      </w:r>
      <w:r/>
    </w:p>
    <w:p>
      <w:pPr>
        <w:pStyle w:val="ListBullet"/>
        <w:spacing w:line="240" w:lineRule="auto"/>
        <w:ind w:left="720"/>
      </w:pPr>
      <w:r/>
      <w:r>
        <w:rPr>
          <w:b/>
        </w:rPr>
        <w:t>Tone and feel:</w:t>
      </w:r>
      <w:r>
        <w:t xml:space="preserve"> The film is intimate, melancholic and slightly uncanny, with a soft ’90s glow and a lingering emotional sting.</w:t>
      </w:r>
      <w:r/>
    </w:p>
    <w:p>
      <w:pPr>
        <w:pStyle w:val="ListBullet"/>
        <w:spacing w:line="240" w:lineRule="auto"/>
        <w:ind w:left="720"/>
      </w:pPr>
      <w:r/>
      <w:r>
        <w:rPr>
          <w:b/>
        </w:rPr>
        <w:t>Hosts and guests:</w:t>
      </w:r>
      <w:r>
        <w:t xml:space="preserve"> The episode features returning commentators who bring musical and thematic insight, making the conversation layered and lively.</w:t>
      </w:r>
      <w:r/>
    </w:p>
    <w:p>
      <w:pPr>
        <w:pStyle w:val="ListBullet"/>
        <w:spacing w:line="240" w:lineRule="auto"/>
        <w:ind w:left="720"/>
      </w:pPr>
      <w:r/>
      <w:r>
        <w:rPr>
          <w:b/>
        </w:rPr>
        <w:t>Why it matters:</w:t>
      </w:r>
      <w:r>
        <w:t xml:space="preserve"> The movie’s themes of identity, obsession and loss land differently when talked about in a group , this podcast helps unpick those layers.</w:t>
      </w:r>
      <w:r/>
    </w:p>
    <w:p>
      <w:pPr>
        <w:pStyle w:val="ListBullet"/>
        <w:spacing w:line="240" w:lineRule="auto"/>
        <w:ind w:left="720"/>
      </w:pPr>
      <w:r/>
      <w:r>
        <w:rPr>
          <w:b/>
        </w:rPr>
        <w:t>Practical listen tip:</w:t>
      </w:r>
      <w:r>
        <w:t xml:space="preserve"> Subscribe on major platforms like Spotify or Apple Podcasts to follow weekly episodes and bonus Patreon content.</w:t>
      </w:r>
      <w:r/>
      <w:r/>
    </w:p>
    <w:p>
      <w:pPr>
        <w:pStyle w:val="Heading2"/>
      </w:pPr>
      <w:r>
        <w:t>Why this podcast episode lands for fans and newcomers</w:t>
      </w:r>
      <w:r/>
    </w:p>
    <w:p>
      <w:r/>
      <w:r>
        <w:t>Listeners hear a film discussed with warmth and curiosity, not just critique; the hosts treat the movie like a living memory you can revisit. The podcast pulls out small sensory details , the VHS fuzz, the muffled soundtrack , and uses them to explain why the movie feels so intimate. For anyone who loved the film’s blend of melancholia and genre, this episode deepens appreciation; for newcomers, it’s a spoiler‑aware guide to what makes the story tick.</w:t>
      </w:r>
      <w:r/>
    </w:p>
    <w:p>
      <w:pPr>
        <w:pStyle w:val="Heading2"/>
      </w:pPr>
      <w:r>
        <w:t>The film’s mood: nostalgic, eerie, quietly devastating</w:t>
      </w:r>
      <w:r/>
    </w:p>
    <w:p>
      <w:r/>
      <w:r>
        <w:t>I Saw The TV Glow wraps its queer coming‑of‑age within a cosy, Buffy‑adjacent TV culture, then tilts into something more unsettling. Critics from Vogue to the Los Angeles Times noted how the movie balances nostalgia with a creeping unease, and the podcast echoes that: it’s as much about longing as it is about supernatural suggestion. If you respond to films that feel like the inside of someone’s memory, this movie , and the episode , will stick with you.</w:t>
      </w:r>
      <w:r/>
    </w:p>
    <w:p>
      <w:pPr>
        <w:pStyle w:val="Heading2"/>
      </w:pPr>
      <w:r>
        <w:t>Themes unpacked: identity, obsession and trans allegory</w:t>
      </w:r>
      <w:r/>
    </w:p>
    <w:p>
      <w:r/>
      <w:r>
        <w:t>Speakers in the podcast spend time on the movie’s emotional core, discussing how identity and desire get framed as both refuge and risk. Reviews in outlets such as The Guardian highlighted the film’s delicate handling of trans experience and obsessive love, and the podcast leans into that conversation thoughtfully. The result is a useful primer: you get context on what the film might mean to different viewers and why those meanings matter now.</w:t>
      </w:r>
      <w:r/>
    </w:p>
    <w:p>
      <w:pPr>
        <w:pStyle w:val="Heading2"/>
      </w:pPr>
      <w:r>
        <w:t>How the guests sharpen the conversation</w:t>
      </w:r>
      <w:r/>
    </w:p>
    <w:p>
      <w:r/>
      <w:r>
        <w:t>Bringing back past guests who add musical and genre perspective helps the hosts avoid rehashing surface details; instead they explore tone, score and intertextual nods. That kind of expertise gives listeners little aural cues to look for on a rewatch , a recurring chord, a camera move, a line that feels different once you know the subtext. It’s the sort of commentary that makes a single‑viewing film reward repeat watches.</w:t>
      </w:r>
      <w:r/>
    </w:p>
    <w:p>
      <w:pPr>
        <w:pStyle w:val="Heading2"/>
      </w:pPr>
      <w:r>
        <w:t>Where to find it and what comes next</w:t>
      </w:r>
      <w:r/>
    </w:p>
    <w:p>
      <w:r/>
      <w:r>
        <w:t>The podcast drops weekly and is available across major platforms, with extra material on Patreon for deep divers. If you finish the episode wanting more, there are episodes queued on related films and follow‑ups planned, so it’s easy to make this your new cine‑listening routine. For casual listeners, one episode is a tidy, illuminating companion to the film; for fans, it’s an invitation to linger.</w:t>
      </w:r>
      <w:r/>
    </w:p>
    <w:p>
      <w:r/>
      <w:r>
        <w:t>It's a small listen that can change how you watch the movie , and it might make you want to press play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2">
        <w:r>
          <w:rPr>
            <w:color w:val="0000EE"/>
            <w:u w:val="single"/>
          </w:rPr>
          <w:t>[5]</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https://bloody-disgusting.com/podcast-news/3962833/there-is-still-time-to-revisit-i-saw-the-tv-glow-horror-queers-podcast/</w:t>
        </w:r>
      </w:hyperlink>
      <w:r>
        <w:t xml:space="preserve"> - Please view link - unable to able to access data</w:t>
      </w:r>
      <w:r/>
    </w:p>
    <w:p>
      <w:pPr>
        <w:pStyle w:val="ListNumber"/>
        <w:spacing w:line="240" w:lineRule="auto"/>
        <w:ind w:left="720"/>
      </w:pPr>
      <w:r/>
      <w:hyperlink r:id="rId10">
        <w:r>
          <w:rPr>
            <w:color w:val="0000EE"/>
            <w:u w:val="single"/>
          </w:rPr>
          <w:t>https://www.rogerebert.com/reviews/i-saw-the-tv-glow-film-review-2024</w:t>
        </w:r>
      </w:hyperlink>
      <w:r>
        <w:t xml:space="preserve"> - In this review, Robert Daniels discusses Jane Schoenbrun's 'I Saw the TV Glow,' highlighting its exploration of belonging through the lens of 1990s television. The film follows Owen, a young boy who bonds with Maddy over a show called 'The Pink Opaque.' Daniels praises the film's creative courage, noting its arresting performances and adventurous filmmaking. He commends the lead actors, Justice Smith and Brigette Lundy-Paine, for their compelling portrayals, and lauds the film's emotional depth and innovative storytelling.</w:t>
      </w:r>
      <w:r/>
    </w:p>
    <w:p>
      <w:pPr>
        <w:pStyle w:val="ListNumber"/>
        <w:spacing w:line="240" w:lineRule="auto"/>
        <w:ind w:left="720"/>
      </w:pPr>
      <w:r/>
      <w:hyperlink r:id="rId11">
        <w:r>
          <w:rPr>
            <w:color w:val="0000EE"/>
            <w:u w:val="single"/>
          </w:rPr>
          <w:t>https://www.vogue.com/article/i-saw-the-tv-glow-review</w:t>
        </w:r>
      </w:hyperlink>
      <w:r>
        <w:t xml:space="preserve"> - Taylor Antrim's review in Vogue describes 'I Saw the TV Glow' as a surrealist story of two suburban teenagers obsessed with a cult 1990s TV show. Antrim notes that while the film isn't strictly horror, it effectively unsettles viewers. The review highlights the film's haunting portrayal of alienation and its exploration of identity, set against the backdrop of 1990s nostalgia. Antrim commends the performances of Justice Smith and Brigette Lundy-Paine, and the film's ability to evoke a sense of unease and introspection.</w:t>
      </w:r>
      <w:r/>
    </w:p>
    <w:p>
      <w:pPr>
        <w:pStyle w:val="ListNumber"/>
        <w:spacing w:line="240" w:lineRule="auto"/>
        <w:ind w:left="720"/>
      </w:pPr>
      <w:r/>
      <w:hyperlink r:id="rId14">
        <w:r>
          <w:rPr>
            <w:color w:val="0000EE"/>
            <w:u w:val="single"/>
          </w:rPr>
          <w:t>https://www.latimes.com/entertainment-arts/movies/story/2024-05-02/i-saw-the-tv-glow-review-jane-schoenbrun</w:t>
        </w:r>
      </w:hyperlink>
      <w:r>
        <w:t xml:space="preserve"> - Amy Nicholson's review in the Los Angeles Times describes 'I Saw the TV Glow' as a claustrophobic mood piece that taps into the hollowness of growing up hypnotized by the screen. The film follows Owen, a withdrawn teenager who becomes fixated on a late-night teen thriller called 'The Pink Opaque.' Nicholson notes that the film's exploration of identity and obsession is compelling, but it gets stranded in a glum gaze from which it never stirs. The review provides a critical perspective on the film's thematic depth and execution.</w:t>
      </w:r>
      <w:r/>
    </w:p>
    <w:p>
      <w:pPr>
        <w:pStyle w:val="ListNumber"/>
        <w:spacing w:line="240" w:lineRule="auto"/>
        <w:ind w:left="720"/>
      </w:pPr>
      <w:r/>
      <w:hyperlink r:id="rId12">
        <w:r>
          <w:rPr>
            <w:color w:val="0000EE"/>
            <w:u w:val="single"/>
          </w:rPr>
          <w:t>https://www.theguardian.com/film/2024/jan/20/i-saw-the-tv-glow-review-devastating-tale-of-identity-and-obsession</w:t>
        </w:r>
      </w:hyperlink>
      <w:r>
        <w:t xml:space="preserve"> - Benjamin Lee's review in The Guardian describes 'I Saw the TV Glow' as a devastating tale of identity, fandom, and obsession. The film is praised for its stunning portrayal of a teenager's fixation on a 'Buffy-esque' TV show. Lee notes that the film is both a horror-inflected story and a haunting trans allegory, highlighting its thematic depth and emotional resonance. The review commends the film's exploration of identity and the impact of media on self-perception.</w:t>
      </w:r>
      <w:r/>
    </w:p>
    <w:p>
      <w:pPr>
        <w:pStyle w:val="ListNumber"/>
        <w:spacing w:line="240" w:lineRule="auto"/>
        <w:ind w:left="720"/>
      </w:pPr>
      <w:r/>
      <w:hyperlink r:id="rId13">
        <w:r>
          <w:rPr>
            <w:color w:val="0000EE"/>
            <w:u w:val="single"/>
          </w:rPr>
          <w:t>https://www.knockouthorror.com/horror-movies/i-saw-the-tv-glow-2024-review/</w:t>
        </w:r>
      </w:hyperlink>
      <w:r>
        <w:t xml:space="preserve"> - Richie's review on Knockout Horror describes 'I Saw the TV Glow' as a visually arresting and emotionally heavy exploration of identity. The film is noted for its poignant trans allegory, using 90s television nostalgia to highlight the pain of living an unauthentic life. The review praises the performances of Justice Smith and Brigette Lundy-Paine, and the film's stylish, neon-soaked aesthetic. It concludes that the film demands to be seen by those who value theme over jump scares.</w:t>
      </w:r>
      <w:r/>
    </w:p>
    <w:p>
      <w:pPr>
        <w:pStyle w:val="ListNumber"/>
        <w:spacing w:line="240" w:lineRule="auto"/>
        <w:ind w:left="720"/>
      </w:pPr>
      <w:r/>
      <w:hyperlink r:id="rId15">
        <w:r>
          <w:rPr>
            <w:color w:val="0000EE"/>
            <w:u w:val="single"/>
          </w:rPr>
          <w:t>https://www.youtube.com/watch?v=7YCSARBfCqw</w:t>
        </w:r>
      </w:hyperlink>
      <w:r>
        <w:t xml:space="preserve"> - This YouTube video provides a comprehensive review of 'I Saw the TV Glow,' discussing its themes, performances, and overall impact. The reviewer delves into the film's exploration of identity and the influence of 1990s television culture. They highlight the performances of Justice Smith and Brigette Lundy-Paine, noting their ability to convey complex emotions. The video offers insights into the film's narrative structure and its effectiveness in conveying its intended messages.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ody-disgusting.com/podcast-news/3962833/there-is-still-time-to-revisit-i-saw-the-tv-glow-horror-queers-podcast/" TargetMode="External"/><Relationship Id="rId10" Type="http://schemas.openxmlformats.org/officeDocument/2006/relationships/hyperlink" Target="https://www.rogerebert.com/reviews/i-saw-the-tv-glow-film-review-2024" TargetMode="External"/><Relationship Id="rId11" Type="http://schemas.openxmlformats.org/officeDocument/2006/relationships/hyperlink" Target="https://www.vogue.com/article/i-saw-the-tv-glow-review" TargetMode="External"/><Relationship Id="rId12" Type="http://schemas.openxmlformats.org/officeDocument/2006/relationships/hyperlink" Target="https://www.theguardian.com/film/2024/jan/20/i-saw-the-tv-glow-review-devastating-tale-of-identity-and-obsession" TargetMode="External"/><Relationship Id="rId13" Type="http://schemas.openxmlformats.org/officeDocument/2006/relationships/hyperlink" Target="https://www.knockouthorror.com/horror-movies/i-saw-the-tv-glow-2024-review/" TargetMode="External"/><Relationship Id="rId14" Type="http://schemas.openxmlformats.org/officeDocument/2006/relationships/hyperlink" Target="https://www.latimes.com/entertainment-arts/movies/story/2024-05-02/i-saw-the-tv-glow-review-jane-schoenbrun" TargetMode="External"/><Relationship Id="rId15" Type="http://schemas.openxmlformats.org/officeDocument/2006/relationships/hyperlink" Target="https://www.youtube.com/watch?v=7YCSARBfCq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