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Worcester Pride Warm-Ups: Draglesque, Kites and the No Evil Project</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for community vibes are already flocking to Worcester this month, with drag intensives, a first-ever kite festival and an interactive No Evil Project exhibit setting the tone for a big Pride season , free, family-friendly and packed with hands-on creativity.</w:t>
      </w:r>
      <w:r/>
    </w:p>
    <w:p>
      <w:r/>
      <w:r>
        <w:t>Essential Takeaways</w:t>
      </w:r>
      <w:r/>
      <w:r/>
    </w:p>
    <w:p>
      <w:pPr>
        <w:pStyle w:val="ListBullet"/>
        <w:spacing w:line="240" w:lineRule="auto"/>
        <w:ind w:left="720"/>
      </w:pPr>
      <w:r/>
      <w:r>
        <w:rPr>
          <w:b/>
        </w:rPr>
        <w:t>Drag training with flair:</w:t>
      </w:r>
      <w:r>
        <w:t xml:space="preserve"> A three-part Draglesque intensive led by Darren Tashine helps participants build a persona, learn makeup and craft a mini-act for a group showcase.</w:t>
      </w:r>
      <w:r/>
    </w:p>
    <w:p>
      <w:pPr>
        <w:pStyle w:val="ListBullet"/>
        <w:spacing w:line="240" w:lineRule="auto"/>
        <w:ind w:left="720"/>
      </w:pPr>
      <w:r/>
      <w:r>
        <w:rPr>
          <w:b/>
        </w:rPr>
        <w:t>Family-friendly sky show:</w:t>
      </w:r>
      <w:r>
        <w:t xml:space="preserve"> Worcester’s inaugural Kite Festival on August 22 will unveil a 15-foot barrilete-style kite, feature food trucks, live music and synchronized flights.</w:t>
      </w:r>
      <w:r/>
    </w:p>
    <w:p>
      <w:pPr>
        <w:pStyle w:val="ListBullet"/>
        <w:spacing w:line="240" w:lineRule="auto"/>
        <w:ind w:left="720"/>
      </w:pPr>
      <w:r/>
      <w:r>
        <w:rPr>
          <w:b/>
        </w:rPr>
        <w:t>Interactive anti-stereotype art:</w:t>
      </w:r>
      <w:r>
        <w:t xml:space="preserve"> The No Evil Project invites visitors to pose as the Three Wise Monkeys, pick labels and commit to a positive action , it’s playful and purposeful.</w:t>
      </w:r>
      <w:r/>
    </w:p>
    <w:p>
      <w:pPr>
        <w:pStyle w:val="ListBullet"/>
        <w:spacing w:line="240" w:lineRule="auto"/>
        <w:ind w:left="720"/>
      </w:pPr>
      <w:r/>
      <w:r>
        <w:rPr>
          <w:b/>
        </w:rPr>
        <w:t>Central showcase venue:</w:t>
      </w:r>
      <w:r>
        <w:t xml:space="preserve"> The Draglesque Festival performance lands at Mechanics Hall on September 19, a beautiful, historic stage in the city.</w:t>
      </w:r>
      <w:r/>
    </w:p>
    <w:p>
      <w:pPr>
        <w:pStyle w:val="ListBullet"/>
        <w:spacing w:line="240" w:lineRule="auto"/>
        <w:ind w:left="720"/>
      </w:pPr>
      <w:r/>
      <w:r>
        <w:rPr>
          <w:b/>
        </w:rPr>
        <w:t>Accessible and inclusive:</w:t>
      </w:r>
      <w:r>
        <w:t xml:space="preserve"> Events are promoted as queer-welcoming and open to the public, with programming aimed at conversation, creativity and community.</w:t>
      </w:r>
      <w:r/>
      <w:r/>
    </w:p>
    <w:p>
      <w:pPr>
        <w:pStyle w:val="Heading2"/>
      </w:pPr>
      <w:r>
        <w:t>Draglesque: Learn the craft, then take the stage</w:t>
      </w:r>
      <w:r/>
    </w:p>
    <w:p>
      <w:r/>
      <w:r>
        <w:t>If you’ve ever wanted to try drag but didn’t know where to start, this three-part intensive sounds like the kind of hands-on, slightly theatrical bootcamp that actually works. Darren Tashine , billed as Worcester’s King of Kings , leads students through makeup, character work and stagecraft, all at a queer-welcoming dance studio that’s easy to imagine smelling faintly of hairspray and stage powder.</w:t>
      </w:r>
      <w:r/>
    </w:p>
    <w:p>
      <w:r/>
      <w:r>
        <w:t>The idea is practical: build a debut mini-act and then perform alongside Tashine in a group show. Mechanics Hall will host that showcase on 19 September, so there’s a neat deadline to focus rehearsals. According to organisers, the course emphasises confidence as much as cosmetics, which makes it ideal for first-timers or folks sharpening a persona.</w:t>
      </w:r>
      <w:r/>
    </w:p>
    <w:p>
      <w:r/>
      <w:r>
        <w:t>If you’re choosing a session, think about your comfort with performing and the look you want to try; pick workshops that match your ambition, whether that’s lip-sync bravado, comedy or slow-burn character work. Owners and past participants say the communal vibe carries you a long way , and the public performance gives you a memory that lasts.</w:t>
      </w:r>
      <w:r/>
    </w:p>
    <w:p>
      <w:pPr>
        <w:pStyle w:val="Heading2"/>
      </w:pPr>
      <w:r>
        <w:t>Mechanics Hall: A stage that elevates community events</w:t>
      </w:r>
      <w:r/>
    </w:p>
    <w:p>
      <w:r/>
      <w:r>
        <w:t>Mechanics Hall is a local gem, the kind of venue where a drag ensemble feels both glamorous and rooted. Hosting the Worcester Draglesque Festival showcase there gives performers a historic backdrop and an audience-ready acoustic that lifts every note and joke.</w:t>
      </w:r>
      <w:r/>
    </w:p>
    <w:p>
      <w:r/>
      <w:r>
        <w:t>Beyond prestige, it’s practical: a central, well-known location makes it easier for friends and family to come along, and for curious locals to drop in. Organisers have used the hall for multiple queer events, so it’s familiar territory for Pride programming.</w:t>
      </w:r>
      <w:r/>
    </w:p>
    <w:p>
      <w:r/>
      <w:r>
        <w:t>If you plan to attend, book early. Big nights at beloved venues tend to sell out, and a seat near the action will let you appreciate costume details and choreography , the tiny touches that make a debut act feel fully realised.</w:t>
      </w:r>
      <w:r/>
    </w:p>
    <w:p>
      <w:pPr>
        <w:pStyle w:val="Heading2"/>
      </w:pPr>
      <w:r>
        <w:t>Kite Festival: colourful sky art and community on the green</w:t>
      </w:r>
      <w:r/>
    </w:p>
    <w:p>
      <w:r/>
      <w:r>
        <w:t>Worcester’s first-ever Kite Festival is leaning into spectacle and play. On 22 August, expect food trucks, live music and coordinated kite-flying, plus the unveiling of a 15-foot kite inspired by Guatemala’s traditional barriletes , a bright, cultural touch that gives the event a global splash.</w:t>
      </w:r>
      <w:r/>
    </w:p>
    <w:p>
      <w:r/>
      <w:r>
        <w:t>The No Evil Project is partnering for the day, so the festival isn’t just visual delight; it’s also an invitation to conversation. Synchronized flights create a shared, sensory moment , wind, colour, the soft creak of fabric , and families can turn a park visit into something a bit more memorable.</w:t>
      </w:r>
      <w:r/>
    </w:p>
    <w:p>
      <w:r/>
      <w:r>
        <w:t>Practical tip: bring a low blanket, sun protection and a lens cloth if you want to photograph the big kite. A bit of wind checks and timing matter; organisers will likely advise the best windows for flying, so aim for the coordinated displays rather than solo launches.</w:t>
      </w:r>
      <w:r/>
    </w:p>
    <w:p>
      <w:pPr>
        <w:pStyle w:val="Heading2"/>
      </w:pPr>
      <w:r>
        <w:t>No Evil Project: art that asks you to act, not just look</w:t>
      </w:r>
      <w:r/>
    </w:p>
    <w:p>
      <w:r/>
      <w:r>
        <w:t>The No Evil Project uses photography and simple interaction to break down labels with a wink. Visitors pose as the Three Wise Monkeys , See No Evil, Hear No Evil, Speak No Evil , then choose three labels from a list that might include race, religion, politics, sexuality, or mental health. Finally, they share one positive action they’ve taken to say “not evil.”</w:t>
      </w:r>
      <w:r/>
    </w:p>
    <w:p>
      <w:r/>
      <w:r>
        <w:t>It’s disarmingly simple but effective: the act of posing, picking labels and committing publicly can make conversations less abstract and more human. The project’s broader mission is educational and has school programmes and exhibits that have travelled; organisers want to spark dialogue rather than lectures.</w:t>
      </w:r>
      <w:r/>
    </w:p>
    <w:p>
      <w:r/>
      <w:r>
        <w:t>If you plan to join in, think about a small, concrete action to share , it makes your contribution feel real and shareable. And expect photos that are friendly and a little theatrical, the sort of souvenir that looks great on a fridge or social feed.</w:t>
      </w:r>
      <w:r/>
    </w:p>
    <w:p>
      <w:pPr>
        <w:pStyle w:val="Heading2"/>
      </w:pPr>
      <w:r>
        <w:t>Why this matters for Worcester’s Pride season</w:t>
      </w:r>
      <w:r/>
    </w:p>
    <w:p>
      <w:r/>
      <w:r>
        <w:t>From studio lights to skyward kites, these events stitch together different kinds of celebration: skill-building, family-friendly festivity and thoughtful art. They’re accessible ways for people to get involved, whether you want to learn a craft, fly something impressive or reflect on labels and identity.</w:t>
      </w:r>
      <w:r/>
    </w:p>
    <w:p>
      <w:r/>
      <w:r>
        <w:t>Community festivals like these signal a broader trend: Pride is no longer confined to parades and parties but includes workshops, cultural exchange and educational engagement. That means more entry points for people who might be curious but cautious.</w:t>
      </w:r>
      <w:r/>
    </w:p>
    <w:p>
      <w:r/>
      <w:r>
        <w:t>And honestly, there’s something nice about warming up with creative, low-pressure events before the big parade energy arrives , it stretches the feeling of Pride into weeks of connection.</w:t>
      </w:r>
      <w:r/>
    </w:p>
    <w:p>
      <w:r/>
      <w:r>
        <w:t>It's a small sequence of events that can make every step toward Pride a little more colourful and a lot more inclusive.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1">
        <w:r>
          <w:rPr>
            <w:color w:val="0000EE"/>
            <w:u w:val="single"/>
          </w:rPr>
          <w:t>[5]</w:t>
        </w:r>
      </w:hyperlink>
      <w:r>
        <w:t xml:space="preserve">, </w:t>
      </w:r>
      <w:hyperlink r:id="rId13">
        <w:r>
          <w:rPr>
            <w:color w:val="0000EE"/>
            <w:u w:val="single"/>
          </w:rPr>
          <w:t>[6]</w:t>
        </w:r>
      </w:hyperlink>
      <w:r>
        <w:t xml:space="preserve">- Paragraph 5: </w:t>
      </w:r>
      <w:hyperlink r:id="rId11">
        <w:r>
          <w:rPr>
            <w:color w:val="0000EE"/>
            <w:u w:val="single"/>
          </w:rPr>
          <w:t>[5]</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https://thepulsemag.com/2026/08/out-and-about-august-amplified</w:t>
        </w:r>
      </w:hyperlink>
      <w:r>
        <w:t xml:space="preserve"> - Please view link - unable to able to access data</w:t>
      </w:r>
      <w:r/>
    </w:p>
    <w:p>
      <w:pPr>
        <w:pStyle w:val="ListNumber"/>
        <w:spacing w:line="240" w:lineRule="auto"/>
        <w:ind w:left="720"/>
      </w:pPr>
      <w:r/>
      <w:hyperlink r:id="rId10">
        <w:r>
          <w:rPr>
            <w:color w:val="0000EE"/>
            <w:u w:val="single"/>
          </w:rPr>
          <w:t>https://worcesterdraglesquefestival.com/</w:t>
        </w:r>
      </w:hyperlink>
      <w:r>
        <w:t xml:space="preserve"> - The Worcester Draglesque Festival is returning on September 19-20, 2026, following a successful 2025 event. The festival spans an entire weekend, offering free and low-cost workshops where community members can learn drag and burlesque skills from local performers. The main event, a showcase of regional talent, will take place on September 19th. Mickey Lee of Mickey Lee Creative describes the festival as a movement of visibility, empowerment, and love that strengthens the entire community.</w:t>
      </w:r>
      <w:r/>
    </w:p>
    <w:p>
      <w:pPr>
        <w:pStyle w:val="ListNumber"/>
        <w:spacing w:line="240" w:lineRule="auto"/>
        <w:ind w:left="720"/>
      </w:pPr>
      <w:r/>
      <w:hyperlink r:id="rId12">
        <w:r>
          <w:rPr>
            <w:color w:val="0000EE"/>
            <w:u w:val="single"/>
          </w:rPr>
          <w:t>https://mechanicshall.org/event/wdf2026/</w:t>
        </w:r>
      </w:hyperlink>
      <w:r>
        <w:t xml:space="preserve"> - The Worcester Draglesque Festival's Drag &amp; Burlesque Showcase is scheduled for September 19, 2026, at Mechanics Hall in Worcester. This event is part of the Big Queer Worcester Weekend and aims to celebrate queer joy and community pride. The showcase will feature a lineup of drag and burlesque talent from Worcester County to New York. Tickets are available in VIP, General Admission, and Standing Room categories, with prices including all fees.</w:t>
      </w:r>
      <w:r/>
    </w:p>
    <w:p>
      <w:pPr>
        <w:pStyle w:val="ListNumber"/>
        <w:spacing w:line="240" w:lineRule="auto"/>
        <w:ind w:left="720"/>
      </w:pPr>
      <w:r/>
      <w:hyperlink r:id="rId15">
        <w:r>
          <w:rPr>
            <w:color w:val="0000EE"/>
            <w:u w:val="single"/>
          </w:rPr>
          <w:t>https://mechanicshall.org/event/queeraf26/</w:t>
        </w:r>
      </w:hyperlink>
      <w:r>
        <w:t xml:space="preserve"> - Queer AF, the Queer Met Gala of Massachusetts, is set for September 18, 2026, at Mechanics Hall in Worcester. This art and fashion show fundraiser benefits Love Your Labels and features a night of drag, fashion, art, and joy. The event aims to uplift LGBTQIA+ artists with a dazzling display of fashion, drag, dance, and music, presenting a runway with local models in bespoke looks by emerging and national designers.</w:t>
      </w:r>
      <w:r/>
    </w:p>
    <w:p>
      <w:pPr>
        <w:pStyle w:val="ListNumber"/>
        <w:spacing w:line="240" w:lineRule="auto"/>
        <w:ind w:left="720"/>
      </w:pPr>
      <w:r/>
      <w:hyperlink r:id="rId11">
        <w:r>
          <w:rPr>
            <w:color w:val="0000EE"/>
            <w:u w:val="single"/>
          </w:rPr>
          <w:t>https://www.noevilproject.org/</w:t>
        </w:r>
      </w:hyperlink>
      <w:r>
        <w:t xml:space="preserve"> - The No Evil Project is a nonprofit dedicated to breaking down stereotypes through art, humor, and conversation. It invites individuals to participate in an interactive exhibit by posing as the Three Wise Monkeys: See No Evil, Hear No Evil, and Speak No Evil. Participants choose labels such as race, religion, politics, sexuality, mental and physical health, or hobbies, and share a positive action they've taken to demonstrate they're 'Not Evil.'</w:t>
      </w:r>
      <w:r/>
    </w:p>
    <w:p>
      <w:pPr>
        <w:pStyle w:val="ListNumber"/>
        <w:spacing w:line="240" w:lineRule="auto"/>
        <w:ind w:left="720"/>
      </w:pPr>
      <w:r/>
      <w:hyperlink r:id="rId13">
        <w:r>
          <w:rPr>
            <w:color w:val="0000EE"/>
            <w:u w:val="single"/>
          </w:rPr>
          <w:t>https://www.noevilproject.org/exhibits/15-years-art-conversations</w:t>
        </w:r>
      </w:hyperlink>
      <w:r>
        <w:t xml:space="preserve"> - In December 2025, the No Evil Project celebrated its 15th anniversary with an exhibit titled '15 Years of Art &amp; Conversations' at the Jean McDonough Arts Center in Worcester. The exhibit showcased photographs of over 11,000 community members posing as the Three Wise Monkeys, sharing their labels and stories to highlight the good shared despite differences. The opening reception featured panel discussions and reflections on the project's impact over the years.</w:t>
      </w:r>
      <w:r/>
    </w:p>
    <w:p>
      <w:pPr>
        <w:pStyle w:val="ListNumber"/>
        <w:spacing w:line="240" w:lineRule="auto"/>
        <w:ind w:left="720"/>
      </w:pPr>
      <w:r/>
      <w:hyperlink r:id="rId14">
        <w:r>
          <w:rPr>
            <w:color w:val="0000EE"/>
            <w:u w:val="single"/>
          </w:rPr>
          <w:t>https://www.noevilproject.org/programming-curriculum/schools</w:t>
        </w:r>
      </w:hyperlink>
      <w:r>
        <w:t xml:space="preserve"> - The No Evil Project offers a High School Health &amp; Art Program designed to engage students in discussions about diversity, identity, and bullying. The program can be integrated into school festivals or standalone events, involving students, teachers, staff, and even the school mascot. Activities include photo shoots combined with informal talks or panel discussions, encouraging participants to reflect on labels and stereotypes, fostering a more inclusive environment.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epulsemag.com/2026/08/out-and-about-august-amplified" TargetMode="External"/><Relationship Id="rId10" Type="http://schemas.openxmlformats.org/officeDocument/2006/relationships/hyperlink" Target="https://worcesterdraglesquefestival.com/" TargetMode="External"/><Relationship Id="rId11" Type="http://schemas.openxmlformats.org/officeDocument/2006/relationships/hyperlink" Target="https://www.noevilproject.org/" TargetMode="External"/><Relationship Id="rId12" Type="http://schemas.openxmlformats.org/officeDocument/2006/relationships/hyperlink" Target="https://mechanicshall.org/event/wdf2026/" TargetMode="External"/><Relationship Id="rId13" Type="http://schemas.openxmlformats.org/officeDocument/2006/relationships/hyperlink" Target="https://www.noevilproject.org/exhibits/15-years-art-conversations" TargetMode="External"/><Relationship Id="rId14" Type="http://schemas.openxmlformats.org/officeDocument/2006/relationships/hyperlink" Target="https://www.noevilproject.org/programming-curriculum/schools" TargetMode="External"/><Relationship Id="rId15" Type="http://schemas.openxmlformats.org/officeDocument/2006/relationships/hyperlink" Target="https://mechanicshall.org/event/queeraf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