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UK Pride Parades This Weekend: Where to Go and What to Expect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a parade, join a free festival or catch live acts , Pride is everywhere this weekend, from Chester’s big city bash to cosy local celebrations that feel like a block party. Here’s a quick guide to over 10 Pride events across the UK, who’s running them, ticket notes and what makes each one worth a visit.</w:t>
      </w:r>
      <w:r/>
    </w:p>
    <w:p>
      <w:r/>
      <w:r>
        <w:t>Essential Takeaways</w:t>
      </w:r>
      <w:r/>
      <w:r/>
    </w:p>
    <w:p>
      <w:pPr>
        <w:pStyle w:val="ListBullet"/>
        <w:spacing w:line="240" w:lineRule="auto"/>
        <w:ind w:left="720"/>
      </w:pPr>
      <w:r/>
      <w:r>
        <w:rPr>
          <w:b/>
        </w:rPr>
        <w:t>Big crowd:</w:t>
      </w:r>
      <w:r>
        <w:t xml:space="preserve"> Chester Pride draws around 20,000 people and runs in Castle Square; tickets start from about £10. </w:t>
      </w:r>
      <w:r/>
    </w:p>
    <w:p>
      <w:pPr>
        <w:pStyle w:val="ListBullet"/>
        <w:spacing w:line="240" w:lineRule="auto"/>
        <w:ind w:left="720"/>
      </w:pPr>
      <w:r/>
      <w:r>
        <w:rPr>
          <w:b/>
        </w:rPr>
        <w:t>Free local fun:</w:t>
      </w:r>
      <w:r>
        <w:t xml:space="preserve"> Levenshulme Pride is a large, free community festival in south Manchester with family-friendly activities. </w:t>
      </w:r>
      <w:r/>
    </w:p>
    <w:p>
      <w:pPr>
        <w:pStyle w:val="ListBullet"/>
        <w:spacing w:line="240" w:lineRule="auto"/>
        <w:ind w:left="720"/>
      </w:pPr>
      <w:r/>
      <w:r>
        <w:rPr>
          <w:b/>
        </w:rPr>
        <w:t>Volunteer-led:</w:t>
      </w:r>
      <w:r>
        <w:t xml:space="preserve"> Many events, like Crawley and Basingstoke Prides, are organised by local volunteers and rely on donations. </w:t>
      </w:r>
      <w:r/>
    </w:p>
    <w:p>
      <w:pPr>
        <w:pStyle w:val="ListBullet"/>
        <w:spacing w:line="240" w:lineRule="auto"/>
        <w:ind w:left="720"/>
      </w:pPr>
      <w:r/>
      <w:r>
        <w:rPr>
          <w:b/>
        </w:rPr>
        <w:t>Ticket tips:</w:t>
      </w:r>
      <w:r>
        <w:t xml:space="preserve"> Several Prides offer free entry or pay-what-you-can reservations; check ahead as some require pre-booking or cash-only bars. </w:t>
      </w:r>
      <w:r/>
    </w:p>
    <w:p>
      <w:pPr>
        <w:pStyle w:val="ListBullet"/>
        <w:spacing w:line="240" w:lineRule="auto"/>
        <w:ind w:left="720"/>
      </w:pPr>
      <w:r/>
      <w:r>
        <w:rPr>
          <w:b/>
        </w:rPr>
        <w:t>After-hours:</w:t>
      </w:r>
      <w:r>
        <w:t xml:space="preserve"> Some cities run official afterparties or headline acts , if you want a late-night option, book those separately.</w:t>
      </w:r>
      <w:r/>
      <w:r/>
    </w:p>
    <w:p>
      <w:pPr>
        <w:pStyle w:val="Heading2"/>
      </w:pPr>
      <w:r>
        <w:t>Where Chester Pride fits in , the big city celebration</w:t>
      </w:r>
      <w:r/>
    </w:p>
    <w:p>
      <w:r/>
      <w:r>
        <w:t>Chester Pride is the headline event in this regional round-up, filling Castle Square with stalls, stages and thousands of visitors. It’s a proper city-centre party, loud and colourful, with tickets from around £10 and an emphasis on supporting local LGBTQ+ groups. According to local listings, the scale means you’ll find a mix of live entertainment, community stalls and a carnival feel. If you prefer organised, easy-to-navigate events, this is a solid bet , just bring cash or vouchers for the bars, as connectivity can be patchy.</w:t>
      </w:r>
      <w:r/>
    </w:p>
    <w:p>
      <w:pPr>
        <w:pStyle w:val="Heading2"/>
      </w:pPr>
      <w:r>
        <w:t>Levenshulme Pride , community spirit and free entry</w:t>
      </w:r>
      <w:r/>
    </w:p>
    <w:p>
      <w:r/>
      <w:r>
        <w:t>Levenshulme Pride has grown into Greater Manchester’s largest free local Pride since launching in 2017. The vibe is grassroots and welcoming, with everything from family activities to smaller stages across the weekend. Organisers and local guides highlight that most programming is free, so it’s a great choice if you want inclusive, easygoing Pride without a big ticket fuss. For those travelling from the city, it’s close enough for a day trip but still feels like a village fête crossed with a parade.</w:t>
      </w:r>
      <w:r/>
    </w:p>
    <w:p>
      <w:pPr>
        <w:pStyle w:val="Heading2"/>
      </w:pPr>
      <w:r>
        <w:t>Volunteer-run and local , Basingstoke, Crawley and Caldicot</w:t>
      </w:r>
      <w:r/>
    </w:p>
    <w:p>
      <w:r/>
      <w:r>
        <w:t>Several mid-sized Prides this weekend are run entirely by volunteers, with the proceeds funnelled back into community projects. Basingstoke Pride, a relatively new group, and Crawley Pride both focus on showcasing local talent alongside headline acts, while Caldicot combines a parade through town and a castle-based celebration. Expect a friendlier, more intimate atmosphere than a city Pride, and remember that donations keep these events safe and accessible , so if you can, chip in.</w:t>
      </w:r>
      <w:r/>
    </w:p>
    <w:p>
      <w:pPr>
        <w:pStyle w:val="Heading2"/>
      </w:pPr>
      <w:r>
        <w:t>Tickets, accessibility and what to check before you go</w:t>
      </w:r>
      <w:r/>
    </w:p>
    <w:p>
      <w:r/>
      <w:r>
        <w:t>A handful of events require tickets or at least a reservation, often to manage numbers or support organisers. Colchester and Chester, for instance, recommend booking in advance, while other Prides allow free attendance with optional donations. Accessibility and safety measures vary, so check organisers’ sites for details on viewing areas, family-friendly zones and any temporary changes to facilities. If cash-only bars are mentioned, plan ahead so you’re not stranded in the sun.</w:t>
      </w:r>
      <w:r/>
    </w:p>
    <w:p>
      <w:pPr>
        <w:pStyle w:val="Heading2"/>
      </w:pPr>
      <w:r>
        <w:t>Little festivals, big personalities , Lincoln, Swindon &amp; Wiltshire and Croydon</w:t>
      </w:r>
      <w:r/>
    </w:p>
    <w:p>
      <w:r/>
      <w:r>
        <w:t>Not every Pride is about huge crowds; Lincoln and Swindon &amp; Wiltshire offer parade routes and main events that are free to attend but packed with personality. Croydon’s BOXPARK event blends music, drag and community stalls across a long day, often with local celeb appearances. These events are ideal if you want energetic local programming without the scale of a city Pride, and they’re good for families and first-timers.</w:t>
      </w:r>
      <w:r/>
    </w:p>
    <w:p>
      <w:r/>
      <w:r>
        <w:t>Closing line Choose a parade that matches your mood , big city spectacle, grassroots community or intimate local celebration , and enjoy the colour, music and camaraderie this weekend.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3">
        <w:r>
          <w:rPr>
            <w:color w:val="0000EE"/>
            <w:u w:val="single"/>
          </w:rPr>
          <w:t>[6]</w:t>
        </w:r>
      </w:hyperlink>
      <w:r>
        <w:t xml:space="preserve">, </w:t>
      </w:r>
      <w:hyperlink r:id="rId10">
        <w:r>
          <w:rPr>
            <w:color w:val="0000EE"/>
            <w:u w:val="single"/>
          </w:rPr>
          <w:t>[2]</w:t>
        </w:r>
      </w:hyperlink>
      <w:r>
        <w:t xml:space="preserve">- Paragraph 4: </w:t>
      </w:r>
      <w:hyperlink r:id="rId11">
        <w:r>
          <w:rPr>
            <w:color w:val="0000EE"/>
            <w:u w:val="single"/>
          </w:rPr>
          <w:t>[3]</w:t>
        </w:r>
      </w:hyperlink>
      <w:r>
        <w:t xml:space="preserve">, </w:t>
      </w:r>
      <w:hyperlink r:id="rId10">
        <w:r>
          <w:rPr>
            <w:color w:val="0000EE"/>
            <w:u w:val="single"/>
          </w:rPr>
          <w:t>[2]</w:t>
        </w:r>
      </w:hyperlink>
      <w:r>
        <w:t xml:space="preserve">- Paragraph 5: </w:t>
      </w:r>
      <w:hyperlink r:id="rId14">
        <w:r>
          <w:rPr>
            <w:color w:val="0000EE"/>
            <w:u w:val="single"/>
          </w:rPr>
          <w:t>[7]</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https://www.mirror.co.uk/news/uk-news/uk-pride-parade-tickets-37533103</w:t>
        </w:r>
      </w:hyperlink>
      <w:r>
        <w:t xml:space="preserve"> - Please view link - unable to able to access data</w:t>
      </w:r>
      <w:r/>
    </w:p>
    <w:p>
      <w:pPr>
        <w:pStyle w:val="ListNumber"/>
        <w:spacing w:line="240" w:lineRule="auto"/>
        <w:ind w:left="720"/>
      </w:pPr>
      <w:r/>
      <w:hyperlink r:id="rId10">
        <w:r>
          <w:rPr>
            <w:color w:val="0000EE"/>
            <w:u w:val="single"/>
          </w:rPr>
          <w:t>https://chester.com/listing/chester-pride/</w:t>
        </w:r>
      </w:hyperlink>
      <w:r>
        <w:t xml:space="preserve"> - Chester Pride is an annual event celebrating diversity and the LGBTQIA+ community, taking place on Saturday, 15 August 2026, from 12 pm to 8 pm in Castle Square, Chester. The event features a parade starting at 12 pm, followed by live music, entertainment, market stalls, food and drink, a health and wellbeing zone, and a children's area. Tickets are available on a 'Pay what you can' basis, with more information accessible through the provided link.</w:t>
      </w:r>
      <w:r/>
    </w:p>
    <w:p>
      <w:pPr>
        <w:pStyle w:val="ListNumber"/>
        <w:spacing w:line="240" w:lineRule="auto"/>
        <w:ind w:left="720"/>
      </w:pPr>
      <w:r/>
      <w:hyperlink r:id="rId11">
        <w:r>
          <w:rPr>
            <w:color w:val="0000EE"/>
            <w:u w:val="single"/>
          </w:rPr>
          <w:t>https://levenshulmepride.org.uk/whats-on/whats-on-2024</w:t>
        </w:r>
      </w:hyperlink>
      <w:r>
        <w:t xml:space="preserve"> - Levenshulme Pride 2024 offers a diverse range of activities and events across multiple venues in Levenshulme, Manchester. Highlights include the Opening Concert by Levy Choir, the Levenshulme Pride March with pre-march activities like crafting and placard-making, Cabaret Night, DJs across various venues, Quiz Nights, Live Music, film screenings with filmmaker Q&amp;A, Pride Run, Stalls, RuPanda’s Drag Race, Bike Ride, Line Dancing, Drumming, Karaoke, drag performances, Artbeats art show &amp; market, fitness sessions, poetry &amp; spoken word, Dog Show, and Vigil. The full programme is available on their website.</w:t>
      </w:r>
      <w:r/>
    </w:p>
    <w:p>
      <w:pPr>
        <w:pStyle w:val="ListNumber"/>
        <w:spacing w:line="240" w:lineRule="auto"/>
        <w:ind w:left="720"/>
      </w:pPr>
      <w:r/>
      <w:hyperlink r:id="rId15">
        <w:r>
          <w:rPr>
            <w:color w:val="0000EE"/>
            <w:u w:val="single"/>
          </w:rPr>
          <w:t>https://www.chester.ac.uk/about/news/articles/university-hosts-warrington-pride-event-featuring-art-talks-and-more/</w:t>
        </w:r>
      </w:hyperlink>
      <w:r>
        <w:t xml:space="preserve"> - The University of Chester is hosting a range of exciting, free activities to celebrate Warrington Pride 2024 on Saturday, 8 June 2024, at University Centre Warrington, Time Square. The event includes a visit by the Rainbow Fire Engine of the Cheshire Fire and Rescue Service, arts and crafts sessions for banner and badge making, and talks from a Warrington-based poet and writer, the lead trustee of Liverpool Pride, and a University postgraduate student. The event runs from 10 am to 2 pm and is free to attend.</w:t>
      </w:r>
      <w:r/>
    </w:p>
    <w:p>
      <w:pPr>
        <w:pStyle w:val="ListNumber"/>
        <w:spacing w:line="240" w:lineRule="auto"/>
        <w:ind w:left="720"/>
      </w:pPr>
      <w:r/>
      <w:hyperlink r:id="rId12">
        <w:r>
          <w:rPr>
            <w:color w:val="0000EE"/>
            <w:u w:val="single"/>
          </w:rPr>
          <w:t>https://www.gaydio.co.uk/birmingham/events/the-guide/event/levenshulme-pride/</w:t>
        </w:r>
      </w:hyperlink>
      <w:r>
        <w:t xml:space="preserve"> - Levenshulme Pride 2026 is a grassroots community Pride event taking place from 14 to 16 August 2026 in the Levenshulme neighbourhood of Manchester. The weekend programme typically includes a Friday opening event, the parade and main festival on Saturday with multiple stages, community stalls, family programming, and food and drink, and a Sunday wind-down with community events across local venues. Independent businesses, queer-owned shops, local pubs, and partner venues across Levenshulme run their own Pride programming alongside the official festival. The 2026 line-up has not yet been confirmed.</w:t>
      </w:r>
      <w:r/>
    </w:p>
    <w:p>
      <w:pPr>
        <w:pStyle w:val="ListNumber"/>
        <w:spacing w:line="240" w:lineRule="auto"/>
        <w:ind w:left="720"/>
      </w:pPr>
      <w:r/>
      <w:hyperlink r:id="rId13">
        <w:r>
          <w:rPr>
            <w:color w:val="0000EE"/>
            <w:u w:val="single"/>
          </w:rPr>
          <w:t>https://www.chesterfield.co.uk/2024/03/full-lineup-confirmed-for-chesterfield-pride-2024/</w:t>
        </w:r>
      </w:hyperlink>
      <w:r>
        <w:t xml:space="preserve"> - Chesterfield Pride 2024, scheduled for Sunday, 21 July 2024, at Stand Road Park, has confirmed its full lineup of acts, with Liberty X as the headliner. Other performers include singer/rapper Amelle, formerly part of the Sugababes, Clubland's Kelly Llorenna, '80s artist Nathan Moore from Brother Beyond, '00s pop duo The Cheeky Girls, and Drag Race's Kitty Scott Claus and Scarlett Harlett. The event promises a vibrant celebration of LGBTQ+ culture and community.</w:t>
      </w:r>
      <w:r/>
    </w:p>
    <w:p>
      <w:pPr>
        <w:pStyle w:val="ListNumber"/>
        <w:spacing w:line="240" w:lineRule="auto"/>
        <w:ind w:left="720"/>
      </w:pPr>
      <w:r/>
      <w:hyperlink r:id="rId14">
        <w:r>
          <w:rPr>
            <w:color w:val="0000EE"/>
            <w:u w:val="single"/>
          </w:rPr>
          <w:t>https://www.manchestersfinest.com/events/celebrity-pride-lunch-at-witch-kings-levenshulme-august-2024/</w:t>
        </w:r>
      </w:hyperlink>
      <w:r>
        <w:t xml:space="preserve"> - Witch Kings, a cocktail bar in Levenshulme, Manchester, is hosting a Celebrity Pride Lunch on Saturday, 10 August 2024, from 3 pm to 6 pm. The event features a Pride-themed menu, delicious cocktails, and live entertainment. Guests can also opt for bottomless drinks for £25. The event is free from 6 pm onwards. Witch Kings is located at 312 Slade Ln, Levenshulme, Manchester M19 2BY.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irror.co.uk/news/uk-news/uk-pride-parade-tickets-37533103" TargetMode="External"/><Relationship Id="rId10" Type="http://schemas.openxmlformats.org/officeDocument/2006/relationships/hyperlink" Target="https://chester.com/listing/chester-pride/" TargetMode="External"/><Relationship Id="rId11" Type="http://schemas.openxmlformats.org/officeDocument/2006/relationships/hyperlink" Target="https://levenshulmepride.org.uk/whats-on/whats-on-2024" TargetMode="External"/><Relationship Id="rId12" Type="http://schemas.openxmlformats.org/officeDocument/2006/relationships/hyperlink" Target="https://www.gaydio.co.uk/birmingham/events/the-guide/event/levenshulme-pride/" TargetMode="External"/><Relationship Id="rId13" Type="http://schemas.openxmlformats.org/officeDocument/2006/relationships/hyperlink" Target="https://www.chesterfield.co.uk/2024/03/full-lineup-confirmed-for-chesterfield-pride-2024/" TargetMode="External"/><Relationship Id="rId14" Type="http://schemas.openxmlformats.org/officeDocument/2006/relationships/hyperlink" Target="https://www.manchestersfinest.com/events/celebrity-pride-lunch-at-witch-kings-levenshulme-august-2024/" TargetMode="External"/><Relationship Id="rId15" Type="http://schemas.openxmlformats.org/officeDocument/2006/relationships/hyperlink" Target="https://www.chester.ac.uk/about/news/articles/university-hosts-warrington-pride-event-featuring-art-talks-and-mo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