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Ted Lasso Season 4 Coverage for Queer Fans and New Viewers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viewers are turning their attention back to Richmond as Ted Lasso returns for its fourth season, leaning into queer storylines and a new women’s side that matters , here's what to expect, who’s new, and why this season feels like a win for representation.</w:t>
      </w:r>
      <w:r/>
    </w:p>
    <w:p>
      <w:r/>
      <w:r>
        <w:t>Essential Takeaways</w:t>
      </w:r>
      <w:r/>
      <w:r/>
    </w:p>
    <w:p>
      <w:pPr>
        <w:pStyle w:val="ListBullet"/>
        <w:spacing w:line="240" w:lineRule="auto"/>
        <w:ind w:left="720"/>
      </w:pPr>
      <w:r/>
      <w:r>
        <w:rPr>
          <w:b/>
        </w:rPr>
        <w:t>New focus:</w:t>
      </w:r>
      <w:r>
        <w:t xml:space="preserve"> The Lady Greyhounds (the women’s team) take bigger screen time, offering fresh dynamics and a sapphic arc that’s already generating buzz.</w:t>
      </w:r>
      <w:r/>
    </w:p>
    <w:p>
      <w:pPr>
        <w:pStyle w:val="ListBullet"/>
        <w:spacing w:line="240" w:lineRule="auto"/>
        <w:ind w:left="720"/>
      </w:pPr>
      <w:r/>
      <w:r>
        <w:rPr>
          <w:b/>
        </w:rPr>
        <w:t>Continued queer plots:</w:t>
      </w:r>
      <w:r>
        <w:t xml:space="preserve"> Colin Hughes’ coming-out storyline continues to be central, handled with care and nuance.</w:t>
      </w:r>
      <w:r/>
    </w:p>
    <w:p>
      <w:pPr>
        <w:pStyle w:val="ListBullet"/>
        <w:spacing w:line="240" w:lineRule="auto"/>
        <w:ind w:left="720"/>
      </w:pPr>
      <w:r/>
      <w:r>
        <w:rPr>
          <w:b/>
        </w:rPr>
        <w:t>Cast enthusiasm:</w:t>
      </w:r>
      <w:r>
        <w:t xml:space="preserve"> Jason Sudeikis and the ensemble, including Juno Temple and Hannah Waddingham, are vocal about normalising inclusion on screen.</w:t>
      </w:r>
      <w:r/>
    </w:p>
    <w:p>
      <w:pPr>
        <w:pStyle w:val="ListBullet"/>
        <w:spacing w:line="240" w:lineRule="auto"/>
        <w:ind w:left="720"/>
      </w:pPr>
      <w:r/>
      <w:r>
        <w:rPr>
          <w:b/>
        </w:rPr>
        <w:t>Tone stays true:</w:t>
      </w:r>
      <w:r>
        <w:t xml:space="preserve"> Expect the same warm, optimistic humour and emotional heart that made the show a hit , with new players and some departures.</w:t>
      </w:r>
      <w:r/>
    </w:p>
    <w:p>
      <w:pPr>
        <w:pStyle w:val="ListBullet"/>
        <w:spacing w:line="240" w:lineRule="auto"/>
        <w:ind w:left="720"/>
      </w:pPr>
      <w:r/>
      <w:r>
        <w:rPr>
          <w:b/>
        </w:rPr>
        <w:t>Where to watch:</w:t>
      </w:r>
      <w:r>
        <w:t xml:space="preserve"> Ted Lasso Season 4 streams on Apple TV.</w:t>
      </w:r>
      <w:r/>
      <w:r/>
    </w:p>
    <w:p>
      <w:pPr>
        <w:pStyle w:val="Heading2"/>
      </w:pPr>
      <w:r>
        <w:t>Why Season 4 feels like a deliberate step forward for representation</w:t>
      </w:r>
      <w:r/>
    </w:p>
    <w:p>
      <w:r/>
      <w:r>
        <w:t>Right up front: this season gives queer characters room to breathe, not just to exist as punchlines or sidebar beats, and that has a tangible, hopeful feel. Fans will notice the show expanding its world to include more women’s football and sapphic storylines, which alters the team dynamics in interesting ways. According to coverage, creators are leaning into the kind of inclusive storytelling that made earlier seasons resonate globally. For viewers who’ve leaned on Ted Lasso for escapism, that continuity matters , the show still offers gentle humour and emotional payoff, but now with broader perspectives.</w:t>
      </w:r>
      <w:r/>
    </w:p>
    <w:p>
      <w:pPr>
        <w:pStyle w:val="Heading2"/>
      </w:pPr>
      <w:r>
        <w:t>Meet the Lady Greyhounds , a fresh cast, fresh energy</w:t>
      </w:r>
      <w:r/>
    </w:p>
    <w:p>
      <w:r/>
      <w:r>
        <w:t>The introduction of a women’s team reshapes Richmond’s football universe. Expect new characters, rivalries, and locker-room moments that feel lived-in and authentic. Industry roundups and cast interviews suggest the series doesn’t treat the Lady Greyhounds as token additions; they’re woven into plotlines that matter. If you’re wondering whether this is just a headline-grabbing move, the reporting so far suggests it’s a meaningful narrative expansion , one that opens up both football stories and intimate character beats, including sapphic threads highlighted by Pride outlets.</w:t>
      </w:r>
      <w:r/>
    </w:p>
    <w:p>
      <w:pPr>
        <w:pStyle w:val="Heading2"/>
      </w:pPr>
      <w:r>
        <w:t>Colin Hughes and queer arcs: handled with care</w:t>
      </w:r>
      <w:r/>
    </w:p>
    <w:p>
      <w:r/>
      <w:r>
        <w:t>Colin Hughes’ coming-out storyline continues to be a throughline, and it’s being treated with sensitivity rather than sensationalism. The creative team appears determined to normalise queer lives within the show’s optimistic world, and the cast has been openly proud of that direction. Commentators and interviewees have made clear that inclusivity is not an afterthought, and that queer plotlines are part of the emotional architecture of the season. For viewers seeking representation they can trust, this feels like progress rather than performative checking of boxes.</w:t>
      </w:r>
      <w:r/>
    </w:p>
    <w:p>
      <w:pPr>
        <w:pStyle w:val="Heading2"/>
      </w:pPr>
      <w:r>
        <w:t>Cast reactions: why the ensemble is invested</w:t>
      </w:r>
      <w:r/>
    </w:p>
    <w:p>
      <w:r/>
      <w:r>
        <w:t>The actors aren’t just playing characters; they’re advocates for inclusion. Juno Temple called the show’s embrace of queer stories “a no-brainer,” while Jeremy Swift and Hannah Waddingham have framed representation as a cultural necessity, not a trend. Those comments align with the show’s ethos: kindness, curiosity, and inclusion. It’s heartening to see performers speak so plainly about the larger stakes, especially at a moment when other corners of Hollywood are seeing backsliding on visibility. Their attitude helps sell the authenticity on screen.</w:t>
      </w:r>
      <w:r/>
    </w:p>
    <w:p>
      <w:pPr>
        <w:pStyle w:val="Heading2"/>
      </w:pPr>
      <w:r>
        <w:t>What’s new, who’s missing, and practical viewing notes</w:t>
      </w:r>
      <w:r/>
    </w:p>
    <w:p>
      <w:r/>
      <w:r>
        <w:t>Season 4 brings new faces and, inevitably, a few absences. Trade and tech outlets have tracked cast comings and goings, so if you’re trying to figure out who returns or who’s new to Richmond, there’s a lineup to scout before you binge. Practically speaking: you don’t need encyclopedic knowledge of previous seasons to enjoy the new arcs, but catching up on the main relationships makes the emotional beats land better. And if you love the show for its warmth, rest assured the same blend of comedy and heart remains intact.</w:t>
      </w:r>
      <w:r/>
    </w:p>
    <w:p>
      <w:r/>
      <w:r>
        <w:t>It's a small change that can make every episode feel more inclusive and satisfying.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1">
        <w:r>
          <w:rPr>
            <w:color w:val="0000EE"/>
            <w:u w:val="single"/>
          </w:rPr>
          <w:t>[3]</w:t>
        </w:r>
      </w:hyperlink>
      <w:r>
        <w:t xml:space="preserve">- Paragraph 3: </w:t>
      </w:r>
      <w:hyperlink r:id="rId13">
        <w:r>
          <w:rPr>
            <w:color w:val="0000EE"/>
            <w:u w:val="single"/>
          </w:rPr>
          <w:t>[6]</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2">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https://www.out.com/gay-tv-shows/ted-lasso-season-4</w:t>
        </w:r>
      </w:hyperlink>
      <w:r>
        <w:t xml:space="preserve"> - Please view link - unable to able to access data</w:t>
      </w:r>
      <w:r/>
    </w:p>
    <w:p>
      <w:pPr>
        <w:pStyle w:val="ListNumber"/>
        <w:spacing w:line="240" w:lineRule="auto"/>
        <w:ind w:left="720"/>
      </w:pPr>
      <w:r/>
      <w:hyperlink r:id="rId10">
        <w:r>
          <w:rPr>
            <w:color w:val="0000EE"/>
            <w:u w:val="single"/>
          </w:rPr>
          <w:t>https://www.si.com/soccer/ted-lasso-season-4-everything-we-know</w:t>
        </w:r>
      </w:hyperlink>
      <w:r>
        <w:t xml:space="preserve"> - This article provides comprehensive details about 'Ted Lasso' Season 4, including the show's return after a three-season arc, the introduction of the Lady Greyhounds women's team, and the continuation of Ted Lasso's coaching journey. It also discusses the show's expansion into new storylines and character developments, highlighting the creative decisions behind the season's direction.</w:t>
      </w:r>
      <w:r/>
    </w:p>
    <w:p>
      <w:pPr>
        <w:pStyle w:val="ListNumber"/>
        <w:spacing w:line="240" w:lineRule="auto"/>
        <w:ind w:left="720"/>
      </w:pPr>
      <w:r/>
      <w:hyperlink r:id="rId11">
        <w:r>
          <w:rPr>
            <w:color w:val="0000EE"/>
            <w:u w:val="single"/>
          </w:rPr>
          <w:t>https://www.pride.com/gay-culture/gay-tv/ted-lasso-season-4-sapphic</w:t>
        </w:r>
      </w:hyperlink>
      <w:r>
        <w:t xml:space="preserve"> - This piece explores the potential for sapphic storylines in 'Ted Lasso' Season 4, focusing on the introduction of the Lady Greyhounds women's team. It delves into the implications of this new direction for LGBTQ+ representation in the series and the possibilities for future character arcs.</w:t>
      </w:r>
      <w:r/>
    </w:p>
    <w:p>
      <w:pPr>
        <w:pStyle w:val="ListNumber"/>
        <w:spacing w:line="240" w:lineRule="auto"/>
        <w:ind w:left="720"/>
      </w:pPr>
      <w:r/>
      <w:hyperlink r:id="rId12">
        <w:r>
          <w:rPr>
            <w:color w:val="0000EE"/>
            <w:u w:val="single"/>
          </w:rPr>
          <w:t>https://9to5mac.com/2026/07/27/ted-lasso-season-4-heres-whos-new-and-everyone-not-returning/?extended-comments=1</w:t>
        </w:r>
      </w:hyperlink>
      <w:r>
        <w:t xml:space="preserve"> - This article outlines the cast changes in 'Ted Lasso' Season 4, highlighting the addition of Tanya Reynolds as Alice Chilton, one of the coaches for the Lady Greyhounds. It provides insights into her character's role and the dynamics of the new women's team.</w:t>
      </w:r>
      <w:r/>
    </w:p>
    <w:p>
      <w:pPr>
        <w:pStyle w:val="ListNumber"/>
        <w:spacing w:line="240" w:lineRule="auto"/>
        <w:ind w:left="720"/>
      </w:pPr>
      <w:r/>
      <w:hyperlink r:id="rId14">
        <w:r>
          <w:rPr>
            <w:color w:val="0000EE"/>
            <w:u w:val="single"/>
          </w:rPr>
          <w:t>https://www.pride.com/culture/tv/ted-lasso</w:t>
        </w:r>
      </w:hyperlink>
      <w:r>
        <w:t xml:space="preserve"> - This article discusses the introduction of the first LGBTQ+ character in 'Ted Lasso' Season 3, focusing on Colin Hughes' coming-out storyline. It examines the significance of this development for LGBTQ+ representation in television and the show's approach to sensitive topics.</w:t>
      </w:r>
      <w:r/>
    </w:p>
    <w:p>
      <w:pPr>
        <w:pStyle w:val="ListNumber"/>
        <w:spacing w:line="240" w:lineRule="auto"/>
        <w:ind w:left="720"/>
      </w:pPr>
      <w:r/>
      <w:hyperlink r:id="rId13">
        <w:r>
          <w:rPr>
            <w:color w:val="0000EE"/>
            <w:u w:val="single"/>
          </w:rPr>
          <w:t>https://www.out.com/gay-tv-shows/ted-lasso-gay-character</w:t>
        </w:r>
      </w:hyperlink>
      <w:r>
        <w:t xml:space="preserve"> - This piece highlights the introduction of the first gay character in 'Ted Lasso' Season 3, detailing Colin Hughes' journey of coming out and the impact of this storyline on the show's audience and LGBTQ+ representation in media.</w:t>
      </w:r>
      <w:r/>
    </w:p>
    <w:p>
      <w:pPr>
        <w:pStyle w:val="ListNumber"/>
        <w:spacing w:line="240" w:lineRule="auto"/>
        <w:ind w:left="720"/>
      </w:pPr>
      <w:r/>
      <w:hyperlink r:id="rId15">
        <w:r>
          <w:rPr>
            <w:color w:val="0000EE"/>
            <w:u w:val="single"/>
          </w:rPr>
          <w:t>https://www.avclub.com/ted-is-back-in-richmond-in-ted-lasso-season-4-trailer</w:t>
        </w:r>
      </w:hyperlink>
      <w:r>
        <w:t xml:space="preserve"> - This article discusses the return of 'Ted Lasso' for Season 4, focusing on Ted's new role coaching the Lady Greyhounds women's football team. It provides insights into the upcoming season's direction and the challenges Ted faces in this new coaching role.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gay-tv-shows/ted-lasso-season-4" TargetMode="External"/><Relationship Id="rId10" Type="http://schemas.openxmlformats.org/officeDocument/2006/relationships/hyperlink" Target="https://www.si.com/soccer/ted-lasso-season-4-everything-we-know" TargetMode="External"/><Relationship Id="rId11" Type="http://schemas.openxmlformats.org/officeDocument/2006/relationships/hyperlink" Target="https://www.pride.com/gay-culture/gay-tv/ted-lasso-season-4-sapphic" TargetMode="External"/><Relationship Id="rId12" Type="http://schemas.openxmlformats.org/officeDocument/2006/relationships/hyperlink" Target="https://9to5mac.com/2026/07/27/ted-lasso-season-4-heres-whos-new-and-everyone-not-returning/?extended-comments=1" TargetMode="External"/><Relationship Id="rId13" Type="http://schemas.openxmlformats.org/officeDocument/2006/relationships/hyperlink" Target="https://www.out.com/gay-tv-shows/ted-lasso-gay-character" TargetMode="External"/><Relationship Id="rId14" Type="http://schemas.openxmlformats.org/officeDocument/2006/relationships/hyperlink" Target="https://www.pride.com/culture/tv/ted-lasso" TargetMode="External"/><Relationship Id="rId15" Type="http://schemas.openxmlformats.org/officeDocument/2006/relationships/hyperlink" Target="https://www.avclub.com/ted-is-back-in-richmond-in-ted-lasso-season-4-trail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