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the Heated Rivalry Season 2 Casting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TV drama have noticed a fresh debate: Heated Rivalry’s new cast reveal pleased some fans but left others frustrated over representation. Canadian author Rachel Reid has responded to criticism about the absence of plus-size Queer casting for a beloved character, a moment that matters for visibility on mainstream screens.</w:t>
      </w:r>
      <w:r/>
    </w:p>
    <w:p>
      <w:r/>
      <w:r>
        <w:t>Essential Takeaways</w:t>
      </w:r>
      <w:r/>
      <w:r/>
    </w:p>
    <w:p>
      <w:pPr>
        <w:pStyle w:val="ListBullet"/>
        <w:spacing w:line="240" w:lineRule="auto"/>
        <w:ind w:left="720"/>
      </w:pPr>
      <w:r/>
      <w:r>
        <w:rPr>
          <w:b/>
        </w:rPr>
        <w:t>Author response:</w:t>
      </w:r>
      <w:r>
        <w:t xml:space="preserve"> Rachel Reid publicly reacted on Instagram, signalling support for the new cast while addressing fan concerns.</w:t>
      </w:r>
      <w:r/>
    </w:p>
    <w:p>
      <w:pPr>
        <w:pStyle w:val="ListBullet"/>
        <w:spacing w:line="240" w:lineRule="auto"/>
        <w:ind w:left="720"/>
      </w:pPr>
      <w:r/>
      <w:r>
        <w:rPr>
          <w:b/>
        </w:rPr>
        <w:t>Casting choice:</w:t>
      </w:r>
      <w:r>
        <w:t xml:space="preserve"> Justice Smith has been announced to play Harris Drover, a character described in the books as plus-size, prompting discussion about body representation.</w:t>
      </w:r>
      <w:r/>
    </w:p>
    <w:p>
      <w:pPr>
        <w:pStyle w:val="ListBullet"/>
        <w:spacing w:line="240" w:lineRule="auto"/>
        <w:ind w:left="720"/>
      </w:pPr>
      <w:r/>
      <w:r>
        <w:rPr>
          <w:b/>
        </w:rPr>
        <w:t>Fan reaction:</w:t>
      </w:r>
      <w:r>
        <w:t xml:space="preserve"> Many viewers expressed disappointment that a central Queer character’s “stocky, bear” body type wasn’t reflected in the casting.</w:t>
      </w:r>
      <w:r/>
    </w:p>
    <w:p>
      <w:pPr>
        <w:pStyle w:val="ListBullet"/>
        <w:spacing w:line="240" w:lineRule="auto"/>
        <w:ind w:left="720"/>
      </w:pPr>
      <w:r/>
      <w:r>
        <w:rPr>
          <w:b/>
        </w:rPr>
        <w:t>Series context:</w:t>
      </w:r>
      <w:r>
        <w:t xml:space="preserve"> Heated Rivalry, a Crave show based on Reid’s Game Changer novels, is credited with challenging masculinity in sports and returns for season two amid rising expectations.</w:t>
      </w:r>
      <w:r/>
    </w:p>
    <w:p>
      <w:pPr>
        <w:pStyle w:val="ListBullet"/>
        <w:spacing w:line="240" w:lineRule="auto"/>
        <w:ind w:left="720"/>
      </w:pPr>
      <w:r/>
      <w:r>
        <w:rPr>
          <w:b/>
        </w:rPr>
        <w:t>When to expect it:</w:t>
      </w:r>
      <w:r>
        <w:t xml:space="preserve"> The second season is anticipated to air in April 2027, keeping fans eager and opinionated.</w:t>
      </w:r>
      <w:r/>
      <w:r/>
    </w:p>
    <w:p>
      <w:pPr>
        <w:pStyle w:val="Heading2"/>
      </w:pPr>
      <w:r>
        <w:t>Why this casting spat matters , visibility, not just face value</w:t>
      </w:r>
      <w:r/>
    </w:p>
    <w:p>
      <w:r/>
      <w:r>
        <w:t>The emotional sting here is about more than one actor in one role; it’s about seeing a whole slice of queer experience on screen, with all the textures of body size and race. Fans hoped Harris would be portrayed as written: a thicker, stocky man whose physical presence matters to his identity and the dynamics on screen. The backlash shows how representation feels personal , people literally want to see themselves reflected, warts and all.</w:t>
      </w:r>
      <w:r/>
    </w:p>
    <w:p>
      <w:r/>
      <w:r>
        <w:t>Context: Heated Rivalry has been praised for unpacking masculine performance in hockey culture, so when a detail like a character’s body type vanishes in casting, it feels like a missed opportunity to some viewers. Practical takeaway: casting choices send messages about which stories get shown in full.</w:t>
      </w:r>
      <w:r/>
    </w:p>
    <w:p>
      <w:pPr>
        <w:pStyle w:val="Heading2"/>
      </w:pPr>
      <w:r>
        <w:t>What Rachel Reid said , author steps into the conversation</w:t>
      </w:r>
      <w:r/>
    </w:p>
    <w:p>
      <w:r/>
      <w:r>
        <w:t>Rachel Reid shared a mix of excitement and defence on Instagram. She posted about following the new actors and later pushed back against critics who previously complained about casting decisions for earlier characters. Her tone suggested confidence in the actors chosen and pride in the show’s ongoing adaptation.</w:t>
      </w:r>
      <w:r/>
    </w:p>
    <w:p>
      <w:r/>
      <w:r>
        <w:t>This matters because authors often become de facto guardians of their characters when novels become TV. Reid’s reaction reassures some fans but frustrates others who were hoping she’d advocate for fuller embodiment of Harris. If you’re a reader-turned-viewer, expect more back-and-forth as the season approaches.</w:t>
      </w:r>
      <w:r/>
    </w:p>
    <w:p>
      <w:pPr>
        <w:pStyle w:val="Heading2"/>
      </w:pPr>
      <w:r>
        <w:t>The fans’ point , why body diversity still matters</w:t>
      </w:r>
      <w:r/>
    </w:p>
    <w:p>
      <w:r/>
      <w:r>
        <w:t>Fans highlighted that casting a thinner actor for Harris felt like erasure of a plus-size queer character at a moment when mainstream TV is still catching up. Comments ranged from disappointment to blunt calls for better inclusivity, especially around Black plus-size men , a demographic they felt was overlooked.</w:t>
      </w:r>
      <w:r/>
    </w:p>
    <w:p>
      <w:r/>
      <w:r>
        <w:t>This debate ties into broader trends: audiences now scrutinise not just race and sexuality, but also body type, disability and age in casting. Practical advice: if representation matters to you, follow casting announcements and speak up early, but remember that casting constraints , availability, chemistry, scheduling , also shape final choices.</w:t>
      </w:r>
      <w:r/>
    </w:p>
    <w:p>
      <w:pPr>
        <w:pStyle w:val="Heading2"/>
      </w:pPr>
      <w:r>
        <w:t>Where the show goes from here , stakes and hopes for season two</w:t>
      </w:r>
      <w:r/>
    </w:p>
    <w:p>
      <w:r/>
      <w:r>
        <w:t>Heated Rivalry’s renewal and star additions have fans buzzing; the show’s fame means decisions now carry extra weight. With an expected return in 2027, there’s time for producers to listen to feedback, and for viewers to engage constructively , whether that means petitioning for future roles, celebrating the show’s strengths, or calling for more diverse storytelling across spin-offs and guest parts.</w:t>
      </w:r>
      <w:r/>
    </w:p>
    <w:p>
      <w:r/>
      <w:r>
        <w:t>Looking ahead, the real test will be whether the series continues to push boundaries in character nuance, not just casting headlines. Fans and creators both have influence; the conversation itself may nudge industry habits.</w:t>
      </w:r>
      <w:r/>
    </w:p>
    <w:p>
      <w:pPr>
        <w:pStyle w:val="Heading2"/>
      </w:pPr>
      <w:r>
        <w:t>Practical notes for readers who care about representation</w:t>
      </w:r>
      <w:r/>
    </w:p>
    <w:p>
      <w:r/>
      <w:r>
        <w:t>If you want casting to reflect body diversity, here are simple steps: support projects that prioritise authentic casting, follow and amplify actors and writers from underrepresented groups, and engage politely but persistently with creators on social platforms. Networks do notice sustained interest.</w:t>
      </w:r>
      <w:r/>
    </w:p>
    <w:p>
      <w:r/>
      <w:r>
        <w:t>And if you’re a fan of the books, temper expectations: adaptations change things. Celebrate what works and keep holding creators to account for what matters to you.</w:t>
      </w:r>
      <w:r/>
    </w:p>
    <w:p>
      <w:r/>
      <w:r>
        <w:t>It's a small change that can make every portrayal feel a bit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[6]</w:t>
        </w:r>
      </w:hyperlink>
      <w:r>
        <w:t xml:space="preserve">, </w:t>
      </w:r>
      <w:hyperlink r:id="rId10">
        <w:r>
          <w:rPr>
            <w:color w:val="0000EE"/>
            <w:u w:val="single"/>
          </w:rPr>
          <w:t>[2]</w:t>
        </w:r>
      </w:hyperlink>
      <w:r>
        <w:t xml:space="preserve">- Paragraph 6: </w:t>
      </w:r>
      <w:hyperlink r:id="rId11">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https://nowtoronto.com/culture/rachel-reid-heated-rivalry-season-2-casting-response/</w:t>
        </w:r>
      </w:hyperlink>
      <w:r>
        <w:t xml:space="preserve"> - Please view link - unable to able to access data</w:t>
      </w:r>
      <w:r/>
    </w:p>
    <w:p>
      <w:pPr>
        <w:pStyle w:val="ListNumber"/>
        <w:spacing w:line="240" w:lineRule="auto"/>
        <w:ind w:left="720"/>
      </w:pPr>
      <w:r/>
      <w:hyperlink r:id="rId10">
        <w:r>
          <w:rPr>
            <w:color w:val="0000EE"/>
            <w:u w:val="single"/>
          </w:rPr>
          <w:t>https://www.marieclaire.com/culture/tv-shows/heated-rivalry-season-2/</w:t>
        </w:r>
      </w:hyperlink>
      <w:r>
        <w:t xml:space="preserve"> - Marie Claire provides an overview of 'Heated Rivalry' Season 2, detailing its renewal, expected premiere in April 2027, and the continuation of the storyline from Rachel Reid's 'The Long Game'. The article discusses the main cast's return, including Hudson Williams and Connor Storrie, and hints at potential future seasons, highlighting the show's success and fan engagement.</w:t>
      </w:r>
      <w:r/>
    </w:p>
    <w:p>
      <w:pPr>
        <w:pStyle w:val="ListNumber"/>
        <w:spacing w:line="240" w:lineRule="auto"/>
        <w:ind w:left="720"/>
      </w:pPr>
      <w:r/>
      <w:hyperlink r:id="rId14">
        <w:r>
          <w:rPr>
            <w:color w:val="0000EE"/>
            <w:u w:val="single"/>
          </w:rPr>
          <w:t>https://www.backstage.com/magazine/article/how-to-get-cast-on-heated-rivalry-79745/</w:t>
        </w:r>
      </w:hyperlink>
      <w:r>
        <w:t xml:space="preserve"> - Backstage offers insights into auditioning for 'Heated Rivalry', noting the show's renewal for a second season and the upcoming filming in summer 2026. The article provides information on the casting process, the show's premise, and potential casting opportunities, serving as a resource for aspiring actors interested in the series.</w:t>
      </w:r>
      <w:r/>
    </w:p>
    <w:p>
      <w:pPr>
        <w:pStyle w:val="ListNumber"/>
        <w:spacing w:line="240" w:lineRule="auto"/>
        <w:ind w:left="720"/>
      </w:pPr>
      <w:r/>
      <w:hyperlink r:id="rId12">
        <w:r>
          <w:rPr>
            <w:color w:val="0000EE"/>
            <w:u w:val="single"/>
          </w:rPr>
          <w:t>https://www.parade.com/tv/heated-rivalry-season-2</w:t>
        </w:r>
      </w:hyperlink>
      <w:r>
        <w:t xml:space="preserve"> - Parade reports on the renewal of 'Heated Rivalry' for a second season, following its success on Crave and HBO Max. The article discusses the show's premise, the main cast's expected return, and the anticipated release date, providing fans with updates on the series' continuation.</w:t>
      </w:r>
      <w:r/>
    </w:p>
    <w:p>
      <w:pPr>
        <w:pStyle w:val="ListNumber"/>
        <w:spacing w:line="240" w:lineRule="auto"/>
        <w:ind w:left="720"/>
      </w:pPr>
      <w:r/>
      <w:hyperlink r:id="rId11">
        <w:r>
          <w:rPr>
            <w:color w:val="0000EE"/>
            <w:u w:val="single"/>
          </w:rPr>
          <w:t>https://www.vogue.com/article/everything-we-know-so-far-heated-rivalry-season-2</w:t>
        </w:r>
      </w:hyperlink>
      <w:r>
        <w:t xml:space="preserve"> - Vogue explores the developments surrounding 'Heated Rivalry' Season 2, addressing questions about returning cast members, potential plotlines, and the show's future. The article delves into the series' impact and speculates on the direction of the upcoming season.</w:t>
      </w:r>
      <w:r/>
    </w:p>
    <w:p>
      <w:pPr>
        <w:pStyle w:val="ListNumber"/>
        <w:spacing w:line="240" w:lineRule="auto"/>
        <w:ind w:left="720"/>
      </w:pPr>
      <w:r/>
      <w:hyperlink r:id="rId15">
        <w:r>
          <w:rPr>
            <w:color w:val="0000EE"/>
            <w:u w:val="single"/>
          </w:rPr>
          <w:t>https://www.tomsguide.com/entertainment/streaming/heated-rivalry-season-2</w:t>
        </w:r>
      </w:hyperlink>
      <w:r>
        <w:t xml:space="preserve"> - Tom's Guide provides an in-depth look at 'Heated Rivalry' Season 2, discussing the show's popularity, the main cast's return, and the expected release date. The article offers insights into the series' success and what fans can anticipate in the upcoming season.</w:t>
      </w:r>
      <w:r/>
    </w:p>
    <w:p>
      <w:pPr>
        <w:pStyle w:val="ListNumber"/>
        <w:spacing w:line="240" w:lineRule="auto"/>
        <w:ind w:left="720"/>
      </w:pPr>
      <w:r/>
      <w:hyperlink r:id="rId13">
        <w:r>
          <w:rPr>
            <w:color w:val="0000EE"/>
            <w:u w:val="single"/>
          </w:rPr>
          <w:t>https://www.swooon.com/1277458/heated-rivalry-shane-criticism-long-game-rachel-reid-interview/</w:t>
        </w:r>
      </w:hyperlink>
      <w:r>
        <w:t xml:space="preserve"> - Swooon features an exclusive interview with Rachel Reid, author of the 'Game Changers' series, addressing fan criticism of Shane's character in 'The Long Game'. Reid discusses the challenges of writing complex characters and responds to feedback from readers, offering insights into her creative process.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rachel-reid-heated-rivalry-season-2-casting-response/" TargetMode="External"/><Relationship Id="rId10" Type="http://schemas.openxmlformats.org/officeDocument/2006/relationships/hyperlink" Target="https://www.marieclaire.com/culture/tv-shows/heated-rivalry-season-2/" TargetMode="External"/><Relationship Id="rId11" Type="http://schemas.openxmlformats.org/officeDocument/2006/relationships/hyperlink" Target="https://www.vogue.com/article/everything-we-know-so-far-heated-rivalry-season-2" TargetMode="External"/><Relationship Id="rId12" Type="http://schemas.openxmlformats.org/officeDocument/2006/relationships/hyperlink" Target="https://www.parade.com/tv/heated-rivalry-season-2" TargetMode="External"/><Relationship Id="rId13" Type="http://schemas.openxmlformats.org/officeDocument/2006/relationships/hyperlink" Target="https://www.swooon.com/1277458/heated-rivalry-shane-criticism-long-game-rachel-reid-interview/" TargetMode="External"/><Relationship Id="rId14" Type="http://schemas.openxmlformats.org/officeDocument/2006/relationships/hyperlink" Target="https://www.backstage.com/magazine/article/how-to-get-cast-on-heated-rivalry-79745/" TargetMode="External"/><Relationship Id="rId15" Type="http://schemas.openxmlformats.org/officeDocument/2006/relationships/hyperlink" Target="https://www.tomsguide.com/entertainment/streaming/heated-rivalry-season-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