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Stop! That! Train! Review: Adam Shankman’s Campy, Queer Disaster Hit</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cinema are flocking to Adam Shankman’s Stop! That! Train!, a 19-day indie comedy shot on a runaway railcar that swaps studio polish for full-throttle camp. The film stars RuPaul’s Drag Race favourites and leans into disaster-film melodrama, delivering shamelessly silly laughs and a rare drag-led movie that treats its performers as characters first.</w:t>
      </w:r>
      <w:r/>
    </w:p>
    <w:p>
      <w:r/>
      <w:r>
        <w:t>Essential Takeaways</w:t>
      </w:r>
      <w:r/>
      <w:r/>
    </w:p>
    <w:p>
      <w:pPr>
        <w:pStyle w:val="ListBullet"/>
        <w:spacing w:line="240" w:lineRule="auto"/>
        <w:ind w:left="720"/>
      </w:pPr>
      <w:r/>
      <w:r>
        <w:rPr>
          <w:b/>
        </w:rPr>
        <w:t>Short shoot, big energy:</w:t>
      </w:r>
      <w:r>
        <w:t xml:space="preserve"> Filmed in 19 days, the production embraces a brisk, theatrical pace and a stripped-back crew for nimble comedy.</w:t>
      </w:r>
      <w:r/>
    </w:p>
    <w:p>
      <w:pPr>
        <w:pStyle w:val="ListBullet"/>
        <w:spacing w:line="240" w:lineRule="auto"/>
        <w:ind w:left="720"/>
      </w:pPr>
      <w:r/>
      <w:r>
        <w:rPr>
          <w:b/>
        </w:rPr>
        <w:t>Drag as character, not punchline:</w:t>
      </w:r>
      <w:r>
        <w:t xml:space="preserve"> The cast perform as people in peril , drag is present but never the joke, making the film feel refreshingly normalising.</w:t>
      </w:r>
      <w:r/>
    </w:p>
    <w:p>
      <w:pPr>
        <w:pStyle w:val="ListBullet"/>
        <w:spacing w:line="240" w:lineRule="auto"/>
        <w:ind w:left="720"/>
      </w:pPr>
      <w:r/>
      <w:r>
        <w:rPr>
          <w:b/>
        </w:rPr>
        <w:t>Old-school disaster DNA:</w:t>
      </w:r>
      <w:r>
        <w:t xml:space="preserve"> Inspirations include Airplane!, The Poseidon Adventure and The Towering Inferno, so expect melodrama, ensemble chaos and broad satire.</w:t>
      </w:r>
      <w:r/>
    </w:p>
    <w:p>
      <w:pPr>
        <w:pStyle w:val="ListBullet"/>
        <w:spacing w:line="240" w:lineRule="auto"/>
        <w:ind w:left="720"/>
      </w:pPr>
      <w:r/>
      <w:r>
        <w:rPr>
          <w:b/>
        </w:rPr>
        <w:t>Tight visual comedy:</w:t>
      </w:r>
      <w:r>
        <w:t xml:space="preserve"> Shankman largely keeps the camera steady to let sight gags and timing land, with movement reserved for musical set pieces.</w:t>
      </w:r>
      <w:r/>
    </w:p>
    <w:p>
      <w:pPr>
        <w:pStyle w:val="ListBullet"/>
        <w:spacing w:line="240" w:lineRule="auto"/>
        <w:ind w:left="720"/>
      </w:pPr>
      <w:r/>
      <w:r>
        <w:rPr>
          <w:b/>
        </w:rPr>
        <w:t>Fun, affectionate tone:</w:t>
      </w:r>
      <w:r>
        <w:t xml:space="preserve"> It’s deliberately ridiculous, joyful and designed to make audiences laugh rather than lecture.</w:t>
      </w:r>
      <w:r/>
      <w:r/>
    </w:p>
    <w:p>
      <w:pPr>
        <w:pStyle w:val="Heading2"/>
      </w:pPr>
      <w:r>
        <w:t>Why this small-scale shoot feels enormous on screen</w:t>
      </w:r>
      <w:r/>
    </w:p>
    <w:p>
      <w:r/>
      <w:r>
        <w:t>Shankman traded the safety of studio oversight for a lean, 19-day shoot that feels theatrical and immediate, a little like watching a stage show with the volume turned up. The cramped train setting creates constant pressure , literally and comically , and that claustrophobia helps every panic beat land with a fizzy, popcorn-movie thrill. The result is nimble filmmaking: jokes are rapid-fire, sets are inventive, and the movie breathes because it never lingers on anything unnecessary.</w:t>
      </w:r>
      <w:r/>
    </w:p>
    <w:p>
      <w:r/>
      <w:r>
        <w:t>This was a creative reset for a director used to large budgets, and he treats the limited resources as a feature rather than a bug. The aesthetic is deliberately theatrical, recalling his roots in stage work; it also means there’s less room for studio second-guessing and more room for bold, silly choices. If you like movies that look alive and a bit scrappy, this approach pays off.</w:t>
      </w:r>
      <w:r/>
    </w:p>
    <w:p>
      <w:pPr>
        <w:pStyle w:val="Heading2"/>
      </w:pPr>
      <w:r>
        <w:t>A roll-call of drag talent who act, not caricature</w:t>
      </w:r>
      <w:r/>
    </w:p>
    <w:p>
      <w:r/>
      <w:r>
        <w:t>The film surrounds its leads with RuPaul’s Drag Race royalty who surprise by delivering straight, committed turns amid the chaos. Instead of playing caricatures, the performers inhabit fully formed people: they fall in love, make panicked decisions and display real vulnerability. That choice removes the “joke” of drag and lets the comedy flow from situations and sight gags.</w:t>
      </w:r>
      <w:r/>
    </w:p>
    <w:p>
      <w:r/>
      <w:r>
        <w:t>Shankman’s directing note was simple: play the absurdity completely straight. That discipline makes the high-concept premise work, because you believe the stakes for the characters even while you’re laughing at an absurd visual gag a second later. It’s a neat inversion of expectation and a quiet win for representation on screen.</w:t>
      </w:r>
      <w:r/>
    </w:p>
    <w:p>
      <w:pPr>
        <w:pStyle w:val="Heading2"/>
      </w:pPr>
      <w:r>
        <w:t>How the movie riffs on classic disaster films (and why it matters)</w:t>
      </w:r>
      <w:r/>
    </w:p>
    <w:p>
      <w:r/>
      <w:r>
        <w:t>This is not just a parody of disaster cinema; it’s an affectionate pastiche that mines melodrama for laughs. Think Airplane!’s joke density, The Towering Inferno’s ensemble panic and The Poseidon Adventure’s broad emotional arcs. Those references matter because they give the film a sturdy comedic architecture , it isn’t gag-by-gag chaos, it’s satire built on a recognisable form.</w:t>
      </w:r>
      <w:r/>
    </w:p>
    <w:p>
      <w:r/>
      <w:r>
        <w:t>That nostalgia also helps the film sidestep modern CGI spectacle and focus on people and timing. Shankman leans into the “camp” of disaster movies , the extra-ness, the melodrama , and that feels revitalising in a genre that today often prioritises effects over character.</w:t>
      </w:r>
      <w:r/>
    </w:p>
    <w:p>
      <w:pPr>
        <w:pStyle w:val="Heading2"/>
      </w:pPr>
      <w:r>
        <w:t>The craft of broad comedy: timing, stillness and the art of not moving the camera</w:t>
      </w:r>
      <w:r/>
    </w:p>
    <w:p>
      <w:r/>
      <w:r>
        <w:t>One of the film’s clever technical choices is restraint. Shankman largely keeps the camera still so jokes land precisely where they should; moving the camera, he says, can distract from an expertly set-up gag. The payoff is a series of frames that read like punchlines: set-up, visual payoff, cut. It’s old-school comic discipline, and it makes the silly moments feel sharp rather than scattershot.</w:t>
      </w:r>
      <w:r/>
    </w:p>
    <w:p>
      <w:r/>
      <w:r>
        <w:t>Musical numbers are the notable exception, where movement and choreography open the frame. Those sequences let the film breathe and sparkle, providing contrast to the otherwise tight, joke-driven blocking. For viewers who appreciate well-timed physical comedy, this film is a masterclass in restraint.</w:t>
      </w:r>
      <w:r/>
    </w:p>
    <w:p>
      <w:pPr>
        <w:pStyle w:val="Heading2"/>
      </w:pPr>
      <w:r>
        <w:t>Where the film sits in queer cinema , and why that’s refreshing</w:t>
      </w:r>
      <w:r/>
    </w:p>
    <w:p>
      <w:r/>
      <w:r>
        <w:t>Stop! That! Train! marks Shankman’s first overt contribution to queer cinema in a way that’s both quiet and meaningful. The movie refuses to rely on trauma or coming-out beats; instead, it simply places queer performers at the centre of a mainstream comedic premise. That normalisation is radical in its own way , representation that’s celebratory and comedic rather than didactic.</w:t>
      </w:r>
      <w:r/>
    </w:p>
    <w:p>
      <w:r/>
      <w:r>
        <w:t>This choice doesn’t erase serious queer stories, but it broadens the palette of what queer cinema can be: loud, ridiculous, affectionate and unashamedly entertaining. For audiences who crave queer-led films that prioritise joy, this one delivers.</w:t>
      </w:r>
      <w:r/>
    </w:p>
    <w:p>
      <w:r/>
      <w:r>
        <w:t>Closing line It’s a small, joyous rebellion: an unapologetically silly disaster film that lets drag performers be people first and punchlines second.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[6]</w:t>
        </w:r>
      </w:hyperlink>
      <w:r>
        <w:t xml:space="preserve">- Paragraph 2: </w:t>
      </w:r>
      <w:hyperlink r:id="rId9">
        <w:r>
          <w:rPr>
            <w:color w:val="0000EE"/>
            <w:u w:val="single"/>
          </w:rPr>
          <w:t>[2]</w:t>
        </w:r>
      </w:hyperlink>
      <w:r>
        <w:t xml:space="preserve">, </w:t>
      </w:r>
      <w:hyperlink r:id="rId10">
        <w:r>
          <w:rPr>
            <w:color w:val="0000EE"/>
            <w:u w:val="single"/>
          </w:rPr>
          <w:t>[6]</w:t>
        </w:r>
      </w:hyperlink>
      <w:r>
        <w:t xml:space="preserve">- Paragraph 3: </w:t>
      </w:r>
      <w:hyperlink r:id="rId9">
        <w:r>
          <w:rPr>
            <w:color w:val="0000EE"/>
            <w:u w:val="single"/>
          </w:rPr>
          <w:t>[2]</w:t>
        </w:r>
      </w:hyperlink>
      <w:r>
        <w:t xml:space="preserve">, </w:t>
      </w:r>
      <w:hyperlink r:id="rId10">
        <w:r>
          <w:rPr>
            <w:color w:val="0000EE"/>
            <w:u w:val="single"/>
          </w:rPr>
          <w:t>[6]</w:t>
        </w:r>
      </w:hyperlink>
      <w:r>
        <w:t xml:space="preserve">- Paragraph 4: </w:t>
      </w:r>
      <w:hyperlink r:id="rId9">
        <w:r>
          <w:rPr>
            <w:color w:val="0000EE"/>
            <w:u w:val="single"/>
          </w:rPr>
          <w:t>[2]</w:t>
        </w:r>
      </w:hyperlink>
      <w:r>
        <w:t xml:space="preserve">, </w:t>
      </w:r>
      <w:hyperlink r:id="rId11">
        <w:r>
          <w:rPr>
            <w:color w:val="0000EE"/>
            <w:u w:val="single"/>
          </w:rPr>
          <w:t>[4]</w:t>
        </w:r>
      </w:hyperlink>
      <w:r>
        <w:t xml:space="preserve">- Paragraph 5: </w:t>
      </w:r>
      <w:hyperlink r:id="rId9">
        <w:r>
          <w:rPr>
            <w:color w:val="0000EE"/>
            <w:u w:val="single"/>
          </w:rPr>
          <w:t>[2]</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https://www.theaureview.com/watch/interview-director-adam-shankman-stt/</w:t>
        </w:r>
      </w:hyperlink>
      <w:r>
        <w:t xml:space="preserve"> - Please view link - unable to able to access data</w:t>
      </w:r>
      <w:r/>
    </w:p>
    <w:p>
      <w:pPr>
        <w:pStyle w:val="ListNumber"/>
        <w:spacing w:line="240" w:lineRule="auto"/>
        <w:ind w:left="720"/>
      </w:pPr>
      <w:r/>
      <w:hyperlink r:id="rId9">
        <w:r>
          <w:rPr>
            <w:color w:val="0000EE"/>
            <w:u w:val="single"/>
          </w:rPr>
          <w:t>https://www.theaureview.com/watch/interview-director-adam-shankman-stt/</w:t>
        </w:r>
      </w:hyperlink>
      <w:r>
        <w:t xml:space="preserve"> - An interview with director Adam Shankman discussing his latest film, 'Stop! That! Train!', an independent comedy featuring drag performers. Shankman reflects on the creative freedom of the 19-day shoot, the film's homage to disaster classics, and his approach to portraying drag performers as characters in a disaster movie without focusing on coming-out narratives or queer trauma. The film stars Ginger Minj and Jujubee as train stewardesses Tess and DeeDee, with RuPaul as President Gagwell, aiming to stop a runaway train in Florida.</w:t>
      </w:r>
      <w:r/>
    </w:p>
    <w:p>
      <w:pPr>
        <w:pStyle w:val="ListNumber"/>
        <w:spacing w:line="240" w:lineRule="auto"/>
        <w:ind w:left="720"/>
      </w:pPr>
      <w:r/>
      <w:hyperlink r:id="rId12">
        <w:r>
          <w:rPr>
            <w:color w:val="0000EE"/>
            <w:u w:val="single"/>
          </w:rPr>
          <w:t>https://en.wikipedia.org/wiki/Stop!_That!_Train!</w:t>
        </w:r>
      </w:hyperlink>
      <w:r>
        <w:t xml:space="preserve"> - 'Stop! That! Train!' is an upcoming American action comedy disaster film directed and produced by Adam Shankman, written by Christina Friel and Connor Wright. The film features an ensemble cast including drag performers Ginger Minj, Jujubee, and RuPaul Charles. It is scheduled for theatrical release in the United States on June 12, 2026, by Bleecker Street. The film follows train stewardesses Tess and DeeDee as they team up with first-class attendants and President Gagwell to prevent a catastrophic 'Stormaganza' from derailing the high-speed train.</w:t>
      </w:r>
      <w:r/>
    </w:p>
    <w:p>
      <w:pPr>
        <w:pStyle w:val="ListNumber"/>
        <w:spacing w:line="240" w:lineRule="auto"/>
        <w:ind w:left="720"/>
      </w:pPr>
      <w:r/>
      <w:hyperlink r:id="rId11">
        <w:r>
          <w:rPr>
            <w:color w:val="0000EE"/>
            <w:u w:val="single"/>
          </w:rPr>
          <w:t>https://www.rottentomatoes.com/m/stop_that_train</w:t>
        </w:r>
      </w:hyperlink>
      <w:r>
        <w:t xml:space="preserve"> - The Rotten Tomatoes page for 'Stop! That! Train!' provides information about the film's release, cast, and genre. Directed by Adam Shankman, the film stars RuPaul as President Gagwell, with Ginger Minj and Jujubee as train stewardesses Tess and DeeDee. The comedy follows the duo as they work with the first-class crew to prevent a catastrophic storm from derailing the Glamazonian Express. The film is rated R and is scheduled for release on June 12, 2026.</w:t>
      </w:r>
      <w:r/>
    </w:p>
    <w:p>
      <w:pPr>
        <w:pStyle w:val="ListNumber"/>
        <w:spacing w:line="240" w:lineRule="auto"/>
        <w:ind w:left="720"/>
      </w:pPr>
      <w:r/>
      <w:hyperlink r:id="rId13">
        <w:r>
          <w:rPr>
            <w:color w:val="0000EE"/>
            <w:u w:val="single"/>
          </w:rPr>
          <w:t>https://www.imdb.com/title/tt38128726</w:t>
        </w:r>
      </w:hyperlink>
      <w:r>
        <w:t xml:space="preserve"> - The IMDb page for 'Stop! That! Train!' lists the film's director as Adam Shankman and provides details about the cast, including RuPaul, Ginger Minj, and Jujubee. The film's synopsis describes two train stewardesses who switch from a dull railway to the luxurious Glamazonian Express. During a massive storm, they must work with the snooty first-class crew and President Gagwell to prevent disaster in Los Angeles. The film is rated R and has a runtime of 1 hour and 32 minutes.</w:t>
      </w:r>
      <w:r/>
    </w:p>
    <w:p>
      <w:pPr>
        <w:pStyle w:val="ListNumber"/>
        <w:spacing w:line="240" w:lineRule="auto"/>
        <w:ind w:left="720"/>
      </w:pPr>
      <w:r/>
      <w:hyperlink r:id="rId10">
        <w:r>
          <w:rPr>
            <w:color w:val="0000EE"/>
            <w:u w:val="single"/>
          </w:rPr>
          <w:t>https://www.thedailybeast.com/obsessed/adam-shankman-reveals-how-so-many-big-stars-ended-up-in-stop-that-train/</w:t>
        </w:r>
      </w:hyperlink>
      <w:r>
        <w:t xml:space="preserve"> - In an interview on 'Obsessed: The Podcast', director Adam Shankman discusses assembling a star-studded cast for 'Stop! That! Train!', including Joel McHale, Paul Scheer, RuPaul, Sarah Michelle Gellar, Jessie Tyler Ferguson, and Nicole Richie. Shankman reveals that McHale and Scheer agreed to participate just a day before filming and completed their roles in under an hour. The film is scheduled to premiere on June 12, 2026.</w:t>
      </w:r>
      <w:r/>
    </w:p>
    <w:p>
      <w:pPr>
        <w:pStyle w:val="ListNumber"/>
        <w:spacing w:line="240" w:lineRule="auto"/>
        <w:ind w:left="720"/>
      </w:pPr>
      <w:r/>
      <w:hyperlink r:id="rId14">
        <w:r>
          <w:rPr>
            <w:color w:val="0000EE"/>
            <w:u w:val="single"/>
          </w:rPr>
          <w:t>https://filmadelphia.org/movies/stop-that-train/</w:t>
        </w:r>
      </w:hyperlink>
      <w:r>
        <w:t xml:space="preserve"> - The Philadelphia Film Society's page for 'Stop! That! Train!' provides information about the film's runtime, release year, and genre. Directed by Adam Shankman, the film stars RuPaul, Ginger Minj, Jujubee, Brooke Lynn Hytes, Latrice Royale, Marcia Marcia Marcia, Monét X Change, and Symone. The film follows best friends Tess and DeeDee, train stewardesses who trade their dreary shifts on the Stank Rail for the glitzy Glamazonian Express. When a catastrophic 'Stormaganza' threatens to derail the high-speed train and crash it into Los Angeles, the duo in coach must join forces with the snobby first-class attendants and President Gagwell to save the day in this wild ride of camp and comedy.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aureview.com/watch/interview-director-adam-shankman-stt/" TargetMode="External"/><Relationship Id="rId10" Type="http://schemas.openxmlformats.org/officeDocument/2006/relationships/hyperlink" Target="https://www.thedailybeast.com/obsessed/adam-shankman-reveals-how-so-many-big-stars-ended-up-in-stop-that-train/" TargetMode="External"/><Relationship Id="rId11" Type="http://schemas.openxmlformats.org/officeDocument/2006/relationships/hyperlink" Target="https://www.rottentomatoes.com/m/stop_that_train" TargetMode="External"/><Relationship Id="rId12" Type="http://schemas.openxmlformats.org/officeDocument/2006/relationships/hyperlink" Target="https://en.wikipedia.org/wiki/Stop!_That!_Train!" TargetMode="External"/><Relationship Id="rId13" Type="http://schemas.openxmlformats.org/officeDocument/2006/relationships/hyperlink" Target="https://www.imdb.com/title/tt38128726" TargetMode="External"/><Relationship Id="rId14" Type="http://schemas.openxmlformats.org/officeDocument/2006/relationships/hyperlink" Target="https://filmadelphia.org/movies/stop-that-trai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