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Safety Steps After Dating‑App Attacks: What Dandenong Arrests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city dwellers have noticed a worrying pattern: attackers are posing as daters online. Five males have been arrested in Greater Dandenong after a string of alleged homophobic assaults, and the arrests matter because they underline risks for anyone meeting people from apps and social media.</w:t>
      </w:r>
      <w:r/>
    </w:p>
    <w:p>
      <w:r/>
      <w:r>
        <w:t>Essential Takeaways</w:t>
      </w:r>
      <w:r/>
      <w:r/>
    </w:p>
    <w:p>
      <w:pPr>
        <w:pStyle w:val="ListBullet"/>
        <w:spacing w:line="240" w:lineRule="auto"/>
        <w:ind w:left="720"/>
      </w:pPr>
      <w:r/>
      <w:r>
        <w:rPr>
          <w:b/>
        </w:rPr>
        <w:t>Arrests made:</w:t>
      </w:r>
      <w:r>
        <w:t xml:space="preserve"> Five males aged 16–18 arrested over 11 alleged incidents in Greater Dandenong; charges include kidnapping, sexual assault, intentionally causing injury and armed robbery. </w:t>
      </w:r>
      <w:r/>
    </w:p>
    <w:p>
      <w:pPr>
        <w:pStyle w:val="ListBullet"/>
        <w:spacing w:line="240" w:lineRule="auto"/>
        <w:ind w:left="720"/>
      </w:pPr>
      <w:r/>
      <w:r>
        <w:rPr>
          <w:b/>
        </w:rPr>
        <w:t>Wider pattern:</w:t>
      </w:r>
      <w:r>
        <w:t xml:space="preserve"> Police say there have been 113 similar reports across Victoria since January 2024, leading to dozens of arrests. </w:t>
      </w:r>
      <w:r/>
    </w:p>
    <w:p>
      <w:pPr>
        <w:pStyle w:val="ListBullet"/>
        <w:spacing w:line="240" w:lineRule="auto"/>
        <w:ind w:left="720"/>
      </w:pPr>
      <w:r/>
      <w:r>
        <w:rPr>
          <w:b/>
        </w:rPr>
        <w:t>How it happens:</w:t>
      </w:r>
      <w:r>
        <w:t xml:space="preserve"> Offenders allegedly pose as legitimate users on dating apps and social platforms to lure victims, then assault, rob or threaten them with homophobic abuse. </w:t>
      </w:r>
      <w:r/>
    </w:p>
    <w:p>
      <w:pPr>
        <w:pStyle w:val="ListBullet"/>
        <w:spacing w:line="240" w:lineRule="auto"/>
        <w:ind w:left="720"/>
      </w:pPr>
      <w:r/>
      <w:r>
        <w:rPr>
          <w:b/>
        </w:rPr>
        <w:t>Police response:</w:t>
      </w:r>
      <w:r>
        <w:t xml:space="preserve"> Victoria Police are working with apps, sharing proactive safety messaging and can request data even if a profile has been deleted. A dedicated LGBTIQA+ liaison officer is available for support. </w:t>
      </w:r>
      <w:r/>
    </w:p>
    <w:p>
      <w:pPr>
        <w:pStyle w:val="ListBullet"/>
        <w:spacing w:line="240" w:lineRule="auto"/>
        <w:ind w:left="720"/>
      </w:pPr>
      <w:r/>
      <w:r>
        <w:rPr>
          <w:b/>
        </w:rPr>
        <w:t>If you're affected:</w:t>
      </w:r>
      <w:r>
        <w:t xml:space="preserve"> Help lines include Lifeline (13 11 14), Switchboard (1800 729 367) and Qlife (1800 184 527).</w:t>
      </w:r>
      <w:r/>
      <w:r/>
    </w:p>
    <w:p>
      <w:pPr>
        <w:pStyle w:val="Heading2"/>
      </w:pPr>
      <w:r>
        <w:t>Why these arrests matter right now</w:t>
      </w:r>
      <w:r/>
    </w:p>
    <w:p>
      <w:r/>
      <w:r>
        <w:t>The police action in Greater Dandenong is a sharp reminder that online flirting can turn dangerous, and it leaves a sinking, physical feeling for communities who use apps to meet. According to police figures, similar incidents have been reported across Victoria for more than two years, so this isn’t an isolated fear , it’s a pattern. That reality is why law enforcement is treating the cases seriously and urging anyone who’s been targeted to come forward when they’re ready.</w:t>
      </w:r>
      <w:r/>
    </w:p>
    <w:p>
      <w:pPr>
        <w:pStyle w:val="Heading2"/>
      </w:pPr>
      <w:r>
        <w:t>How attackers are allegedly operating , and what to watch for</w:t>
      </w:r>
      <w:r/>
    </w:p>
    <w:p>
      <w:r/>
      <w:r>
        <w:t>Police say groups of offenders pose as genuine profiles to arrange meet-ups, then ambush, rob or assault victims while making homophobic comments. The tactic is chilling because it weaponises trust; a chat that seems normal online can mask a coordinated plan. Be wary of profiles that rush meetings, avoid video calls, or insist on private locations , those are common warning signs.</w:t>
      </w:r>
      <w:r/>
    </w:p>
    <w:p>
      <w:pPr>
        <w:pStyle w:val="Heading2"/>
      </w:pPr>
      <w:r>
        <w:t>What police and platforms are doing about it</w:t>
      </w:r>
      <w:r/>
    </w:p>
    <w:p>
      <w:r/>
      <w:r>
        <w:t>Victoria Police say they’re working directly with dating apps to publish safety messages and improve reporting options, and detectives can request app data even if a profile’s been deleted or someone blocks another user. There’s also a named LGBTIQA+ liaison officer for victims who need tailored support. Still, community advocacy and clearer app safety tools will be needed to reduce the opportunities for this kind of crime.</w:t>
      </w:r>
      <w:r/>
    </w:p>
    <w:p>
      <w:pPr>
        <w:pStyle w:val="Heading2"/>
      </w:pPr>
      <w:r>
        <w:t>Practical safety steps if you use dating apps</w:t>
      </w:r>
      <w:r/>
    </w:p>
    <w:p>
      <w:r/>
      <w:r>
        <w:t>Simple precautions make a big difference. Meet in public, tell a friend the time and place, and share live location if you can. Use video calls before meeting to verify someone’s identity and trust your instincts if someone pressures you to go somewhere private. If something goes wrong, preserve evidence , screenshots, messages and photos , and consider reporting both to police and the app.</w:t>
      </w:r>
      <w:r/>
    </w:p>
    <w:p>
      <w:pPr>
        <w:pStyle w:val="Heading2"/>
      </w:pPr>
      <w:r>
        <w:t>Reporting, support and recovery</w:t>
      </w:r>
      <w:r/>
    </w:p>
    <w:p>
      <w:r/>
      <w:r>
        <w:t>Police encourage victims not to rely solely on app reports and to speak with officers when ready; more reports help investigations and community safety. Support lines such as Lifeline, Switchboard and Qlife are listed for immediate help, and Crimestoppers and local police can provide practical advice. Recovery takes time, and connecting with community services or an LGBTIQA+ liaison can make the difference between feeling alone and feeling supported.</w:t>
      </w:r>
      <w:r/>
    </w:p>
    <w:p>
      <w:r/>
      <w:r>
        <w:t>It's a small change in habits that can make every meeting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w:t>
      </w:r>
      <w:hyperlink r:id="rId12">
        <w:r>
          <w:rPr>
            <w:color w:val="0000EE"/>
            <w:u w:val="single"/>
          </w:rPr>
          <w:t>[6]</w:t>
        </w:r>
      </w:hyperlink>
      <w:r>
        <w:t xml:space="preserve">- Paragraph 6: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https://www.abc.net.au/news/2026-08-10/five-accused-of-homophobic-attacks-in-dandenong/107021732</w:t>
        </w:r>
      </w:hyperlink>
      <w:r>
        <w:t xml:space="preserve"> - Please view link - unable to able to access data</w:t>
      </w:r>
      <w:r/>
    </w:p>
    <w:p>
      <w:pPr>
        <w:pStyle w:val="ListNumber"/>
        <w:spacing w:line="240" w:lineRule="auto"/>
        <w:ind w:left="720"/>
      </w:pPr>
      <w:r/>
      <w:hyperlink r:id="rId9">
        <w:r>
          <w:rPr>
            <w:color w:val="0000EE"/>
            <w:u w:val="single"/>
          </w:rPr>
          <w:t>https://www.abc.net.au/news/2026-08-10/five-accused-of-homophobic-attacks-in-dandenong/107021732</w:t>
        </w:r>
      </w:hyperlink>
      <w:r>
        <w:t xml:space="preserve"> - Five males aged between 16 and 18 have been arrested in relation to 11 incidents in the Greater Dandenong area. Police allege the group used dating apps and social media to lure victims, leading to charges including kidnapping, sexual assault, intentionally causing injury, and armed robbery. Since January 2024, there have been 113 similar reports across Victoria, resulting in 47 arrests. Acting Inspector Jarrod Dwyer emphasised the seriousness of these attacks and urged victims to contact police directly.</w:t>
      </w:r>
      <w:r/>
    </w:p>
    <w:p>
      <w:pPr>
        <w:pStyle w:val="ListNumber"/>
        <w:spacing w:line="240" w:lineRule="auto"/>
        <w:ind w:left="720"/>
      </w:pPr>
      <w:r/>
      <w:hyperlink r:id="rId11">
        <w:r>
          <w:rPr>
            <w:color w:val="0000EE"/>
            <w:u w:val="single"/>
          </w:rPr>
          <w:t>https://www.abc.net.au/news/2024-10-04/canberra-grindr-alleged-assaults-search-warrants/104432176</w:t>
        </w:r>
      </w:hyperlink>
      <w:r>
        <w:t xml:space="preserve"> - ACT Policing executed five search warrants as part of an investigation into alleged assaults of three men using the LGBTQ+ dating app Grindr in July 2024. While no arrests were made, several electronic devices were seized, and police have spoken to a number of youths in relation to the investigation. The investigation remains ongoing, with authorities urging anyone with information to come forward.</w:t>
      </w:r>
      <w:r/>
    </w:p>
    <w:p>
      <w:pPr>
        <w:pStyle w:val="ListNumber"/>
        <w:spacing w:line="240" w:lineRule="auto"/>
        <w:ind w:left="720"/>
      </w:pPr>
      <w:r/>
      <w:hyperlink r:id="rId10">
        <w:r>
          <w:rPr>
            <w:color w:val="0000EE"/>
            <w:u w:val="single"/>
          </w:rPr>
          <w:t>https://www.theguardian.com/australia-news/2024/oct/17/victoria-gay-men-grindr-dating-app-attacks-police-arrests-ntwnfb</w:t>
        </w:r>
      </w:hyperlink>
      <w:r>
        <w:t xml:space="preserve"> - Victoria police arrested 13 individuals as part of an investigation into a series of attacks on gay and bisexual men facilitated through dating apps like Grindr. The alleged perpetrators posed as users to lure men to meetings where they were assaulted, robbed, and subjected to homophobic abuse. The arrests highlight a concerning trend of such attacks in the region.</w:t>
      </w:r>
      <w:r/>
    </w:p>
    <w:p>
      <w:pPr>
        <w:pStyle w:val="ListNumber"/>
        <w:spacing w:line="240" w:lineRule="auto"/>
        <w:ind w:left="720"/>
      </w:pPr>
      <w:r/>
      <w:hyperlink r:id="rId14">
        <w:r>
          <w:rPr>
            <w:color w:val="0000EE"/>
            <w:u w:val="single"/>
          </w:rPr>
          <w:t>https://www.theguardian.com/australia-news/2024/sep/19/wa-homophobic-attacks-fremantle-teens-arrested-ntwnfb</w:t>
        </w:r>
      </w:hyperlink>
      <w:r>
        <w:t xml:space="preserve"> - Western Australian police arrested four teenagers in connection with alleged homophobic assaults involving dating apps. The incidents involved men who arranged separate meetings via an online dating app, only to be assaulted by groups of males. The state’s premier, Roger Cook, condemned the attacks, emphasising the need for a peaceful and inclusive environment in Western Australia.</w:t>
      </w:r>
      <w:r/>
    </w:p>
    <w:p>
      <w:pPr>
        <w:pStyle w:val="ListNumber"/>
        <w:spacing w:line="240" w:lineRule="auto"/>
        <w:ind w:left="720"/>
      </w:pPr>
      <w:r/>
      <w:hyperlink r:id="rId12">
        <w:r>
          <w:rPr>
            <w:color w:val="0000EE"/>
            <w:u w:val="single"/>
          </w:rPr>
          <w:t>https://www.outinperth.com/police-warn-of-homophobic-attacks-via-dating-apps/</w:t>
        </w:r>
      </w:hyperlink>
      <w:r>
        <w:t xml:space="preserve"> - Western Australian police are investigating a series of homophobic assaults where victims were lured through dating apps. In each instance, men believed they were meeting legitimate users but were instead surrounded and assaulted by groups. Some of the attacks were filmed and shared online. Police have issued a warning for gay, bisexual, and other men who have sex with men, as well as transgender or gender-diverse individuals, to exercise caution when meeting people through dating apps.</w:t>
      </w:r>
      <w:r/>
    </w:p>
    <w:p>
      <w:pPr>
        <w:pStyle w:val="ListNumber"/>
        <w:spacing w:line="240" w:lineRule="auto"/>
        <w:ind w:left="720"/>
      </w:pPr>
      <w:r/>
      <w:hyperlink r:id="rId13">
        <w:r>
          <w:rPr>
            <w:color w:val="0000EE"/>
            <w:u w:val="single"/>
          </w:rPr>
          <w:t>https://www.metroweekly.com/2025/05/35-youths-arrested-in-gay-dating-app-attack-spree/</w:t>
        </w:r>
      </w:hyperlink>
      <w:r>
        <w:t xml:space="preserve"> - Police in Victoria, Australia, arrested 35 individuals, primarily males aged 13 to 20, for allegedly targeting victims using gay dating apps. Over the past eight months, the alleged perpetrators used fake profiles to lure gay men to locations where they were assaulted, robbed, and subjected to homophobic abuse. Some attacks were filmed and shared on social media. The alleged offenders face multiple charges, including armed robbery, false imprisonment, and causing injury.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bc.net.au/news/2026-08-10/five-accused-of-homophobic-attacks-in-dandenong/107021732" TargetMode="External"/><Relationship Id="rId10" Type="http://schemas.openxmlformats.org/officeDocument/2006/relationships/hyperlink" Target="https://www.theguardian.com/australia-news/2024/oct/17/victoria-gay-men-grindr-dating-app-attacks-police-arrests-ntwnfb" TargetMode="External"/><Relationship Id="rId11" Type="http://schemas.openxmlformats.org/officeDocument/2006/relationships/hyperlink" Target="https://www.abc.net.au/news/2024-10-04/canberra-grindr-alleged-assaults-search-warrants/104432176" TargetMode="External"/><Relationship Id="rId12" Type="http://schemas.openxmlformats.org/officeDocument/2006/relationships/hyperlink" Target="https://www.outinperth.com/police-warn-of-homophobic-attacks-via-dating-apps/" TargetMode="External"/><Relationship Id="rId13" Type="http://schemas.openxmlformats.org/officeDocument/2006/relationships/hyperlink" Target="https://www.metroweekly.com/2025/05/35-youths-arrested-in-gay-dating-app-attack-spree/" TargetMode="External"/><Relationship Id="rId14" Type="http://schemas.openxmlformats.org/officeDocument/2006/relationships/hyperlink" Target="https://www.theguardian.com/australia-news/2024/sep/19/wa-homophobic-attacks-fremantle-teens-arrested-ntwnf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