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Options for Giants After Pride Night Backlash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alike are watching how the San Francisco Giants handle this season’s Pride Night fallout, and many want real change: ownership, leadership and clearer policies matter after three players wrote Bible verses on Pride caps, a move that left supporters and allies feeling sidelined.</w:t>
      </w:r>
      <w:r/>
    </w:p>
    <w:p>
      <w:r/>
      <w:r>
        <w:t>Essential Takeaways</w:t>
      </w:r>
      <w:r/>
      <w:r/>
    </w:p>
    <w:p>
      <w:pPr>
        <w:pStyle w:val="ListBullet"/>
        <w:spacing w:line="240" w:lineRule="auto"/>
        <w:ind w:left="720"/>
      </w:pPr>
      <w:r/>
      <w:r>
        <w:rPr>
          <w:b/>
        </w:rPr>
        <w:t>What happened:</w:t>
      </w:r>
      <w:r>
        <w:t xml:space="preserve"> Three Giants pitchers wrote Bible verses inside Pride caps during Pride Night, and one player declined to wear the cap, sparking widespread criticism.</w:t>
      </w:r>
      <w:r/>
    </w:p>
    <w:p>
      <w:pPr>
        <w:pStyle w:val="ListBullet"/>
        <w:spacing w:line="240" w:lineRule="auto"/>
        <w:ind w:left="720"/>
      </w:pPr>
      <w:r/>
      <w:r>
        <w:rPr>
          <w:b/>
        </w:rPr>
        <w:t>League reaction:</w:t>
      </w:r>
      <w:r>
        <w:t xml:space="preserve"> </w:t>
      </w:r>
      <w:r>
        <w:rPr>
          <w:b/>
        </w:rPr>
        <w:t>MLB issued a warning</w:t>
      </w:r>
      <w:r>
        <w:t xml:space="preserve"> and publicly criticised the act as inconsistent with club and league inclusivity goals.</w:t>
      </w:r>
      <w:r/>
    </w:p>
    <w:p>
      <w:pPr>
        <w:pStyle w:val="ListBullet"/>
        <w:spacing w:line="240" w:lineRule="auto"/>
        <w:ind w:left="720"/>
      </w:pPr>
      <w:r/>
      <w:r>
        <w:rPr>
          <w:b/>
        </w:rPr>
        <w:t>Fan impact:</w:t>
      </w:r>
      <w:r>
        <w:t xml:space="preserve"> Longtime supporters report feeling betrayed, saying the gesture was deliberate and diminished a community event.</w:t>
      </w:r>
      <w:r/>
    </w:p>
    <w:p>
      <w:pPr>
        <w:pStyle w:val="ListBullet"/>
        <w:spacing w:line="240" w:lineRule="auto"/>
        <w:ind w:left="720"/>
      </w:pPr>
      <w:r/>
      <w:r>
        <w:rPr>
          <w:b/>
        </w:rPr>
        <w:t>Concrete asks:</w:t>
      </w:r>
      <w:r>
        <w:t xml:space="preserve"> Fans want sensitivity training, disciplinary action for defacing uniforms, and partnerships with local LGBTQ+ organisations.</w:t>
      </w:r>
      <w:r/>
    </w:p>
    <w:p>
      <w:pPr>
        <w:pStyle w:val="ListBullet"/>
        <w:spacing w:line="240" w:lineRule="auto"/>
        <w:ind w:left="720"/>
      </w:pPr>
      <w:r/>
      <w:r>
        <w:rPr>
          <w:b/>
        </w:rPr>
        <w:t>Practical sense:</w:t>
      </w:r>
      <w:r>
        <w:t xml:space="preserve"> Small gestures like visible apologies, meaningful donations and regular community engagement can begin to repair trust.</w:t>
      </w:r>
      <w:r/>
      <w:r/>
    </w:p>
    <w:p>
      <w:pPr>
        <w:pStyle w:val="Heading2"/>
      </w:pPr>
      <w:r>
        <w:t>Opening with the moment that mattered: Pride Night went sideways , and it felt personal</w:t>
      </w:r>
      <w:r/>
    </w:p>
    <w:p>
      <w:r/>
      <w:r>
        <w:t>There was a specific, quiet cruelty to the image: Pride caps, bright and celebratory, marked with Bible verses in ink. It read as an intentional counterpoint to the honour the team ostensibly planned to show, and many fans, allies and civic leaders were stunned by the optics. According to local reporting, the incident triggered an immediate league-level response and a wider debate about what Pride means in a public sports setting. For fans who have long treated the Giants as a civic emblem, the moment felt like a betrayal rather than a difference of opinion, and that emotional sting is what’s sustaining the backlash.</w:t>
      </w:r>
      <w:r/>
    </w:p>
    <w:p>
      <w:pPr>
        <w:pStyle w:val="Heading2"/>
      </w:pPr>
      <w:r>
        <w:t>Where responsibility sits , ownership, front office and public-facing leaders</w:t>
      </w:r>
      <w:r/>
    </w:p>
    <w:p>
      <w:r/>
      <w:r>
        <w:t>Longtime supporters say this is as much about who the club elevates as what happened on one night. Several fans have pointed to high-profile figures and recent decisions , from controversial hires to sponsorship choices , as signs the organisation’s commitment to diversity has wobbled. That’s partly why calls for leadership change have resurfaced; critics argue apologies alone won’t suffice if the people steering culture remain the same. Practically, replacing leadership is a heavy lift, but clearer accountability at every level , from owners to coaches to a chief diversity officer , is a starting point that would reassure anxious fans.</w:t>
      </w:r>
      <w:r/>
    </w:p>
    <w:p>
      <w:pPr>
        <w:pStyle w:val="Heading2"/>
      </w:pPr>
      <w:r>
        <w:t>What MLB and other authorities have done , warnings and public rebukes</w:t>
      </w:r>
      <w:r/>
    </w:p>
    <w:p>
      <w:r/>
      <w:r>
        <w:t>The league didn’t stay quiet. MLB publicly criticised the actions and delivered a warning to the club, underscoring that such conduct contravenes the sport’s inclusivity expectations. Media outlets have covered the matter in detail, and local outlets reported follow-up interviews with players and staff. Those league-level moves are important because they frame the incident as systemic rather than isolated, but fans say league statements must be matched by transparent club-level consequences if trust is to be rebuilt.</w:t>
      </w:r>
      <w:r/>
    </w:p>
    <w:p>
      <w:pPr>
        <w:pStyle w:val="Heading2"/>
      </w:pPr>
      <w:r>
        <w:t>Fan-suggested fixes that actually feel useful</w:t>
      </w:r>
      <w:r/>
    </w:p>
    <w:p>
      <w:r/>
      <w:r>
        <w:t>Supporters have outlined pragmatic steps the Giants could take that would feel genuine rather than performative. Ideas include mandatory sensitivity and inclusivity training for the players involved and key staff, fines or penalties consistent with uniform rules for defacing team property, and formal partnerships with Bay Area LGBTQ+ organisations that go beyond a one-night event. Donating to local causes, hosting open forums where fans and community leaders can speak directly to decision-makers, and regular community engagement by players would signal a longer-term commitment.</w:t>
      </w:r>
      <w:r/>
    </w:p>
    <w:p>
      <w:pPr>
        <w:pStyle w:val="Heading2"/>
      </w:pPr>
      <w:r>
        <w:t>Why repair needs time, and what to watch for next</w:t>
      </w:r>
      <w:r/>
    </w:p>
    <w:p>
      <w:r/>
      <w:r>
        <w:t>A single apology or social post won’t settle things for many fans who’ve been monitoring the club’s direction for years. Repair takes repeated, visible action: follow-through on training, independent reviews of club policy, and demonstrable investment in community groups. Observers will be looking for specifics , amounts donated, names of partner organisations, schedules for meetings , not vague pledges. If the Giants want to regain faith, they’ll need more than words; they’ll need a pattern of behaviour that restores the team’s reputation as an inclusive civic institution.</w:t>
      </w:r>
      <w:r/>
    </w:p>
    <w:p>
      <w:r/>
      <w:r>
        <w:t>It's a small but important test of whether a franchise chooses optics or honest, sustained engagement.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5">
        <w:r>
          <w:rPr>
            <w:color w:val="0000EE"/>
            <w:u w:val="single"/>
          </w:rPr>
          <w:t>[6]</w:t>
        </w:r>
      </w:hyperlink>
      <w:r>
        <w:t xml:space="preserve">- Paragraph 5: </w:t>
      </w:r>
      <w:hyperlink r:id="rId12">
        <w:r>
          <w:rPr>
            <w:color w:val="0000EE"/>
            <w:u w:val="single"/>
          </w:rPr>
          <w:t>[5]</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https://www.outsports.com/2026/8/10/24141037/sf-giants-fan-francisco-fan-straight-dear-letter-pride-night-low-moment/</w:t>
        </w:r>
      </w:hyperlink>
      <w:r>
        <w:t xml:space="preserve"> - Please view link - unable to able to access data</w:t>
      </w:r>
      <w:r/>
    </w:p>
    <w:p>
      <w:pPr>
        <w:pStyle w:val="ListNumber"/>
        <w:spacing w:line="240" w:lineRule="auto"/>
        <w:ind w:left="720"/>
      </w:pPr>
      <w:r/>
      <w:hyperlink r:id="rId10">
        <w:r>
          <w:rPr>
            <w:color w:val="0000EE"/>
            <w:u w:val="single"/>
          </w:rPr>
          <w:t>https://www.cbsnews.com/sanfrancisco/news/san-francisco-giants-pride-night-rainbow-uniforms-bible-verses-mlb-warning/</w:t>
        </w:r>
      </w:hyperlink>
      <w:r>
        <w:t xml:space="preserve"> - In June 2026, Major League Baseball (MLB) issued a warning to San Francisco Giants pitchers Landen Roupp, J.T. Brubaker, and Ryan Walker for writing Bible verses on their Pride Night caps. Roupp's cap featured 'Gen 9:12-16,' overlapping the rainbow SF logo. MLB stated that such modifications violated uniform regulations. (</w:t>
      </w:r>
      <w:hyperlink r:id="rId16">
        <w:r>
          <w:rPr>
            <w:color w:val="0000EE"/>
            <w:u w:val="single"/>
          </w:rPr>
          <w:t>cbsnews.com</w:t>
        </w:r>
      </w:hyperlink>
      <w:r>
        <w:t>)</w:t>
      </w:r>
      <w:r/>
    </w:p>
    <w:p>
      <w:pPr>
        <w:pStyle w:val="ListNumber"/>
        <w:spacing w:line="240" w:lineRule="auto"/>
        <w:ind w:left="720"/>
      </w:pPr>
      <w:r/>
      <w:hyperlink r:id="rId11">
        <w:r>
          <w:rPr>
            <w:color w:val="0000EE"/>
            <w:u w:val="single"/>
          </w:rPr>
          <w:t>https://www.theguardian.com/sport/2026/jun/16/mlb-critical-of-giants-players-who-wrote-bible-verses-on-pride-night-caps</w:t>
        </w:r>
      </w:hyperlink>
      <w:r>
        <w:t xml:space="preserve"> - MLB criticised San Francisco Giants players for writing Bible verses on their Pride Night hats, stating that the writing violated league rules. Players denied their actions were motivated by hate. (</w:t>
      </w:r>
      <w:hyperlink r:id="rId17">
        <w:r>
          <w:rPr>
            <w:color w:val="0000EE"/>
            <w:u w:val="single"/>
          </w:rPr>
          <w:t>theguardian.com</w:t>
        </w:r>
      </w:hyperlink>
      <w:r>
        <w:t>)</w:t>
      </w:r>
      <w:r/>
    </w:p>
    <w:p>
      <w:pPr>
        <w:pStyle w:val="ListNumber"/>
        <w:spacing w:line="240" w:lineRule="auto"/>
        <w:ind w:left="720"/>
      </w:pPr>
      <w:r/>
      <w:hyperlink r:id="rId14">
        <w:r>
          <w:rPr>
            <w:color w:val="0000EE"/>
            <w:u w:val="single"/>
          </w:rPr>
          <w:t>https://www.upi.com/Sports_News/MLB/2026/06/16/MLB-warns-players-Bible-verse-Pride-Night-hats/3071781613257/</w:t>
        </w:r>
      </w:hyperlink>
      <w:r>
        <w:t xml:space="preserve"> - MLB warned San Francisco Giants pitchers Landen Roupp, J.T. Brubaker, and Ryan Walker for writing Bible verses on their Pride Night hats, citing uniform regulation violations. The league stated that players would face further discipline if they continued to violate these regulations. (</w:t>
      </w:r>
      <w:hyperlink r:id="rId18">
        <w:r>
          <w:rPr>
            <w:color w:val="0000EE"/>
            <w:u w:val="single"/>
          </w:rPr>
          <w:t>upi.com</w:t>
        </w:r>
      </w:hyperlink>
      <w:r>
        <w:t>)</w:t>
      </w:r>
      <w:r/>
    </w:p>
    <w:p>
      <w:pPr>
        <w:pStyle w:val="ListNumber"/>
        <w:spacing w:line="240" w:lineRule="auto"/>
        <w:ind w:left="720"/>
      </w:pPr>
      <w:r/>
      <w:hyperlink r:id="rId12">
        <w:r>
          <w:rPr>
            <w:color w:val="0000EE"/>
            <w:u w:val="single"/>
          </w:rPr>
          <w:t>https://www.sfgate.com/giants/article/sf-giants-pitchers-pride-protest-22303677.php/</w:t>
        </w:r>
      </w:hyperlink>
      <w:r>
        <w:t xml:space="preserve"> - During the San Francisco Giants' Pride Night in June 2026, pitchers Landen Roupp, J.T. Brubaker, and Ryan Walker added Bible verses to their caps, while reliever Sam Hentges chose not to wear the Pride-themed cap. (</w:t>
      </w:r>
      <w:hyperlink r:id="rId19">
        <w:r>
          <w:rPr>
            <w:color w:val="0000EE"/>
            <w:u w:val="single"/>
          </w:rPr>
          <w:t>sfgate.com</w:t>
        </w:r>
      </w:hyperlink>
      <w:r>
        <w:t>)</w:t>
      </w:r>
      <w:r/>
    </w:p>
    <w:p>
      <w:pPr>
        <w:pStyle w:val="ListNumber"/>
        <w:spacing w:line="240" w:lineRule="auto"/>
        <w:ind w:left="720"/>
      </w:pPr>
      <w:r/>
      <w:hyperlink r:id="rId15">
        <w:r>
          <w:rPr>
            <w:color w:val="0000EE"/>
            <w:u w:val="single"/>
          </w:rPr>
          <w:t>https://www.sfchronicle.com/sports/giants/article/sf-giants-sam-hentges-explains-decision-not-wear-22304312.php</w:t>
        </w:r>
      </w:hyperlink>
      <w:r>
        <w:t xml:space="preserve"> - Giants pitcher Sam Hentges explained his decision to not wear the Pride Night cap, stating he did not morally support it. (</w:t>
      </w:r>
      <w:hyperlink r:id="rId20">
        <w:r>
          <w:rPr>
            <w:color w:val="0000EE"/>
            <w:u w:val="single"/>
          </w:rPr>
          <w:t>sfchronicle.com</w:t>
        </w:r>
      </w:hyperlink>
      <w:r>
        <w:t>)</w:t>
      </w:r>
      <w:r/>
    </w:p>
    <w:p>
      <w:pPr>
        <w:pStyle w:val="ListNumber"/>
        <w:spacing w:line="240" w:lineRule="auto"/>
        <w:ind w:left="720"/>
      </w:pPr>
      <w:r/>
      <w:hyperlink r:id="rId13">
        <w:r>
          <w:rPr>
            <w:color w:val="0000EE"/>
            <w:u w:val="single"/>
          </w:rPr>
          <w:t>https://www.sfchronicle.com/entertainment/article/giants-pride-caps-bible-verse-22309929.php</w:t>
        </w:r>
      </w:hyperlink>
      <w:r>
        <w:t xml:space="preserve"> - The San Francisco Giants' Pride Night caps featured Bible verses, leading to backlash from LGBTQ fans who felt rejected by their own team. (</w:t>
      </w:r>
      <w:hyperlink r:id="rId21">
        <w:r>
          <w:rPr>
            <w:color w:val="0000EE"/>
            <w:u w:val="single"/>
          </w:rPr>
          <w:t>sfchronicle.com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8/10/24141037/sf-giants-fan-francisco-fan-straight-dear-letter-pride-night-low-moment/" TargetMode="External"/><Relationship Id="rId10" Type="http://schemas.openxmlformats.org/officeDocument/2006/relationships/hyperlink" Target="https://www.cbsnews.com/sanfrancisco/news/san-francisco-giants-pride-night-rainbow-uniforms-bible-verses-mlb-warning/" TargetMode="External"/><Relationship Id="rId11" Type="http://schemas.openxmlformats.org/officeDocument/2006/relationships/hyperlink" Target="https://www.theguardian.com/sport/2026/jun/16/mlb-critical-of-giants-players-who-wrote-bible-verses-on-pride-night-caps" TargetMode="External"/><Relationship Id="rId12" Type="http://schemas.openxmlformats.org/officeDocument/2006/relationships/hyperlink" Target="https://www.sfgate.com/giants/article/sf-giants-pitchers-pride-protest-22303677.php/" TargetMode="External"/><Relationship Id="rId13" Type="http://schemas.openxmlformats.org/officeDocument/2006/relationships/hyperlink" Target="https://www.sfchronicle.com/entertainment/article/giants-pride-caps-bible-verse-22309929.php" TargetMode="External"/><Relationship Id="rId14" Type="http://schemas.openxmlformats.org/officeDocument/2006/relationships/hyperlink" Target="https://www.upi.com/Sports_News/MLB/2026/06/16/MLB-warns-players-Bible-verse-Pride-Night-hats/3071781613257/" TargetMode="External"/><Relationship Id="rId15" Type="http://schemas.openxmlformats.org/officeDocument/2006/relationships/hyperlink" Target="https://www.sfchronicle.com/sports/giants/article/sf-giants-sam-hentges-explains-decision-not-wear-22304312.php" TargetMode="External"/><Relationship Id="rId16" Type="http://schemas.openxmlformats.org/officeDocument/2006/relationships/hyperlink" Target="https://www.cbsnews.com/sanfrancisco/news/san-francisco-giants-pride-night-rainbow-uniforms-bible-verses-mlb-warning/?utm_source=openai" TargetMode="External"/><Relationship Id="rId17" Type="http://schemas.openxmlformats.org/officeDocument/2006/relationships/hyperlink" Target="https://www.theguardian.com/sport/2026/jun/16/mlb-critical-of-giants-players-who-wrote-bible-verses-on-pride-night-caps?utm_source=openai" TargetMode="External"/><Relationship Id="rId18" Type="http://schemas.openxmlformats.org/officeDocument/2006/relationships/hyperlink" Target="https://www.upi.com/Sports_News/MLB/2026/06/16/MLB-warns-players-Bible-verse-Pride-Night-hats/3071781613257/?utm_source=openai" TargetMode="External"/><Relationship Id="rId19" Type="http://schemas.openxmlformats.org/officeDocument/2006/relationships/hyperlink" Target="https://www.sfgate.com/giants/article/sf-giants-pitchers-pride-protest-22303677.php/?utm_source=openai" TargetMode="External"/><Relationship Id="rId20" Type="http://schemas.openxmlformats.org/officeDocument/2006/relationships/hyperlink" Target="https://www.sfchronicle.com/sports/giants/article/sf-giants-sam-hentges-explains-decision-not-wear-22304312.php?utm_source=openai" TargetMode="External"/><Relationship Id="rId21" Type="http://schemas.openxmlformats.org/officeDocument/2006/relationships/hyperlink" Target="https://www.sfchronicle.com/entertainment/article/giants-pride-caps-bible-verse-22309929.ph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