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Slasher Comedy: Why Teenage Sex and Death at Camp Miasma Matters for Queer Cinema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a new kind of queer horror-comedy: Teenage Sex and Death at Camp Miasma is sparky, gory and quietly hopeful, and it might change how Hollywood bets on queer filmmakers and stories. Hannah Einbinder and Jane Schoenbrun’s film is already proving popular and could nudge wider studio trust.</w:t>
      </w:r>
      <w:r/>
      <w:r/>
    </w:p>
    <w:p>
      <w:pPr>
        <w:pStyle w:val="ListBullet"/>
        <w:spacing w:line="240" w:lineRule="auto"/>
        <w:ind w:left="720"/>
      </w:pPr>
      <w:r/>
      <w:r>
        <w:rPr>
          <w:b/>
        </w:rPr>
        <w:t>Strong per-screen launch:</w:t>
      </w:r>
      <w:r>
        <w:t xml:space="preserve"> The film opened in limited release and pulled an impressive per-theatre average, signalling audience appetite. </w:t>
      </w:r>
      <w:r/>
    </w:p>
    <w:p>
      <w:pPr>
        <w:pStyle w:val="ListBullet"/>
        <w:spacing w:line="240" w:lineRule="auto"/>
        <w:ind w:left="720"/>
      </w:pPr>
      <w:r/>
      <w:r>
        <w:rPr>
          <w:b/>
        </w:rPr>
        <w:t>Tone blend:</w:t>
      </w:r>
      <w:r>
        <w:t xml:space="preserve"> It mixes slasher thrills with broad campy comedy and sapphic romance, feeling spooky, silly and emotionally resonant. </w:t>
      </w:r>
      <w:r/>
    </w:p>
    <w:p>
      <w:pPr>
        <w:pStyle w:val="ListBullet"/>
        <w:spacing w:line="240" w:lineRule="auto"/>
        <w:ind w:left="720"/>
      </w:pPr>
      <w:r/>
      <w:r>
        <w:rPr>
          <w:b/>
        </w:rPr>
        <w:t>Director’s new direction:</w:t>
      </w:r>
      <w:r>
        <w:t xml:space="preserve"> Jane Schoenbrun shifts from dread-heavy psychological horror to a freer, joy-infused style that still hits on trauma and identity. </w:t>
      </w:r>
      <w:r/>
    </w:p>
    <w:p>
      <w:pPr>
        <w:pStyle w:val="ListBullet"/>
        <w:spacing w:line="240" w:lineRule="auto"/>
        <w:ind w:left="720"/>
      </w:pPr>
      <w:r/>
      <w:r>
        <w:rPr>
          <w:b/>
        </w:rPr>
        <w:t>Cast chemistry:</w:t>
      </w:r>
      <w:r>
        <w:t xml:space="preserve"> Hannah Einbinder’s central performance and Gillian Anderson’s mysterious presence create a playful, unsettling pairing. </w:t>
      </w:r>
      <w:r/>
    </w:p>
    <w:p>
      <w:pPr>
        <w:pStyle w:val="ListBullet"/>
        <w:spacing w:line="240" w:lineRule="auto"/>
        <w:ind w:left="720"/>
      </w:pPr>
      <w:r/>
      <w:r>
        <w:rPr>
          <w:b/>
        </w:rPr>
        <w:t>Accessible but daring:</w:t>
      </w:r>
      <w:r>
        <w:t xml:space="preserve"> It’s gory and cheeky yet approachable , a film that can introduce queer cinema to wider audiences.</w:t>
      </w:r>
      <w:r/>
      <w:r/>
    </w:p>
    <w:p>
      <w:pPr>
        <w:pStyle w:val="Heading2"/>
      </w:pPr>
      <w:r>
        <w:t>A buzzy opening that proves there’s an audience</w:t>
      </w:r>
      <w:r/>
    </w:p>
    <w:p>
      <w:r/>
      <w:r>
        <w:t>The numbers are the headline here: a limited release that averaged eye-catching revenue per screen shows people will turn out for fresh, weird takes on genre cinema. That kind of opening is the easiest language for distributors to understand, and it’s why Mubi is expanding the film into more theatres before a full nationwide rollout. Expect word-of-mouth to matter , this is the sort of movie people bring friends to, partly for the laughs, partly for the shocks.</w:t>
      </w:r>
      <w:r/>
    </w:p>
    <w:p>
      <w:pPr>
        <w:pStyle w:val="Heading2"/>
      </w:pPr>
      <w:r>
        <w:t>Jane Schoenbrun’s tonal pivot feels joyful and risky</w:t>
      </w:r>
      <w:r/>
    </w:p>
    <w:p>
      <w:r/>
      <w:r>
        <w:t>Schoenbrun made a name with intense, psychological work, but this film lets a lighter, more exuberant voice come through while keeping emotional teeth. They’ve described a phase of feeling safer in their body and craft, and that glow translates on screen: there’s room for off-kilter humour, sly gore and a tenderness that stops the jokes from becoming hollow. As a result, the movie reads as both a genre riff and a personal statement.</w:t>
      </w:r>
      <w:r/>
    </w:p>
    <w:p>
      <w:pPr>
        <w:pStyle w:val="Heading2"/>
      </w:pPr>
      <w:r>
        <w:t>Einbinder’s Kris: a queer filmmaker at the centre of the chaos</w:t>
      </w:r>
      <w:r/>
    </w:p>
    <w:p>
      <w:r/>
      <w:r>
        <w:t>Hannah Einbinder plays Kris, a filmmaker trying to reboot a cult horror series , and her curiosity drives the plot into increasingly uncanny territory. The role gives Einbinder comic beats and quieter moments to ground the film, while her chemistry with Gillian Anderson’s reclusive former star adds a deliciously eerie edge. If you like your horror with wit and texture, this character-led approach keeps you invested between the jump scares.</w:t>
      </w:r>
      <w:r/>
    </w:p>
    <w:p>
      <w:pPr>
        <w:pStyle w:val="Heading2"/>
      </w:pPr>
      <w:r>
        <w:t>Why this matters for queer creators and mainstream audiences</w:t>
      </w:r>
      <w:r/>
    </w:p>
    <w:p>
      <w:r/>
      <w:r>
        <w:t>There’s an argument that when queer stories are allowed to be goofy, genre-savvy and crowd-pleasing, they can do more than exist in niche festivals. Cast and crew have said they hope films like this build trust for queer showrunners across Hollywood, and a successful theatrical run is one clear route to that trust. For viewers, it means more variety: queer cinema that’s loud, messy, scary and fun in equal measure.</w:t>
      </w:r>
      <w:r/>
    </w:p>
    <w:p>
      <w:pPr>
        <w:pStyle w:val="Heading2"/>
      </w:pPr>
      <w:r>
        <w:t>Picking the right viewing experience</w:t>
      </w:r>
      <w:r/>
    </w:p>
    <w:p>
      <w:r/>
      <w:r>
        <w:t>See this in a crowd if you can , the raucous moments land better with shared gasps and laughs, and the practical effects and sound design read big in a cinema. If you prefer to savour tonal detail, a second viewing at home will reveal smaller, tender choices beneath the surface fun. Beware: it’s gory and playful, so it’s not a family watch, but for adult viewers who like their horror with a wink, it’s a treat.</w:t>
      </w:r>
      <w:r/>
    </w:p>
    <w:p>
      <w:r/>
      <w:r>
        <w:t>It’s a small shift that could loosen the gatekeepers and make room for more queer filmmakers to surprise us.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[5]</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[2]</w:t>
        </w:r>
      </w:hyperlink>
      <w:r>
        <w:t xml:space="preserve">- Paragraph 4: </w:t>
      </w:r>
      <w:hyperlink r:id="rId9">
        <w:r>
          <w:rPr>
            <w:color w:val="0000EE"/>
            <w:u w:val="single"/>
          </w:rPr>
          <w:t>[1]</w:t>
        </w:r>
      </w:hyperlink>
      <w:r>
        <w:t xml:space="preserve">, </w:t>
      </w:r>
      <w:hyperlink r:id="rId14">
        <w:r>
          <w:rPr>
            <w:color w:val="0000EE"/>
            <w:u w:val="single"/>
          </w:rPr>
          <w:t>[4]</w:t>
        </w:r>
      </w:hyperlink>
      <w:r>
        <w:t xml:space="preserve">- Paragraph 5: </w:t>
      </w:r>
      <w:hyperlink r:id="rId15">
        <w:r>
          <w:rPr>
            <w:color w:val="0000EE"/>
            <w:u w:val="single"/>
          </w:rPr>
          <w:t>[7]</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https://variety.com/2026/film/news/hannah-einbinder-jane-schoenbrun-teenage-sex-death-camp-miasma-1236824641/</w:t>
        </w:r>
      </w:hyperlink>
      <w:r>
        <w:t xml:space="preserve"> - Please view link - unable to able to access data</w:t>
      </w:r>
      <w:r/>
    </w:p>
    <w:p>
      <w:pPr>
        <w:pStyle w:val="ListNumber"/>
        <w:spacing w:line="240" w:lineRule="auto"/>
        <w:ind w:left="720"/>
      </w:pPr>
      <w:r/>
      <w:hyperlink r:id="rId13">
        <w:r>
          <w:rPr>
            <w:color w:val="0000EE"/>
            <w:u w:val="single"/>
          </w:rPr>
          <w:t>https://www.theatlantic.com/culture/2026/08/teenage-sex-and-death-at-camp-miasma-movie-review/688227/?utm_source=apple_news</w:t>
        </w:r>
      </w:hyperlink>
      <w:r>
        <w:t xml:space="preserve"> - In this review, </w:t>
      </w:r>
      <w:r>
        <w:rPr>
          <w:i/>
        </w:rPr>
        <w:t>Teenage Sex and Death at Camp Miasma</w:t>
      </w:r>
      <w:r>
        <w:t xml:space="preserve"> is praised for its exploration of how pop culture shapes identity and emotion. The film follows Kris, a queer filmmaker tasked with rebooting a campy 1980s slasher franchise, blending genre parody with emotional introspection. The relationship between Kris and Billy Presley, a reclusive original cast member, shifts the film from satire to a surreal meditation on media's influence on self-understanding. The director's use of visual styles conveys the blending of fiction, nostalgia, and reality, suggesting acceptance of pop culture's emotional hold.</w:t>
      </w:r>
      <w:r/>
    </w:p>
    <w:p>
      <w:pPr>
        <w:pStyle w:val="ListNumber"/>
        <w:spacing w:line="240" w:lineRule="auto"/>
        <w:ind w:left="720"/>
      </w:pPr>
      <w:r/>
      <w:hyperlink r:id="rId12">
        <w:r>
          <w:rPr>
            <w:color w:val="0000EE"/>
            <w:u w:val="single"/>
          </w:rPr>
          <w:t>https://www.cinemablend.com/movies/teenage-sex-and-death-at-camp-miasma-reviews-hannah-einbinder-gillian-anderson-slasher</w:t>
        </w:r>
      </w:hyperlink>
      <w:r>
        <w:t xml:space="preserve"> - This article discusses the highly anticipated slasher film </w:t>
      </w:r>
      <w:r>
        <w:rPr>
          <w:i/>
        </w:rPr>
        <w:t>Teenage Sex and Death at Camp Miasma</w:t>
      </w:r>
      <w:r>
        <w:t>, directed by Jane Schoenbrun and starring Hannah Einbinder and Gillian Anderson. The film blends camp, queerness, and cinematic exploration, following queer filmmaker Kris as she becomes fixated on casting the original film’s reclusive final girl. Critics have praised the film for its originality, layered psychosexual themes, and strong performances, with some publications awarding it 5 stars and describing it as a transformative piece of queer cinema. The film maintains a Certified Fresh 99% rating on Rotten Tomatoes.</w:t>
      </w:r>
      <w:r/>
    </w:p>
    <w:p>
      <w:pPr>
        <w:pStyle w:val="ListNumber"/>
        <w:spacing w:line="240" w:lineRule="auto"/>
        <w:ind w:left="720"/>
      </w:pPr>
      <w:r/>
      <w:hyperlink r:id="rId14">
        <w:r>
          <w:rPr>
            <w:color w:val="0000EE"/>
            <w:u w:val="single"/>
          </w:rPr>
          <w:t>https://apnews.com/article/d6b239851edde5f7ba268ef496348e38</w:t>
        </w:r>
      </w:hyperlink>
      <w:r>
        <w:t xml:space="preserve"> - This review of Jane Schoenbrun’s third feature film, </w:t>
      </w:r>
      <w:r>
        <w:rPr>
          <w:i/>
        </w:rPr>
        <w:t>Teenage Sex and Death at Camp Miasma</w:t>
      </w:r>
      <w:r>
        <w:t>, describes it as a layered, genre-bending critique of slasher films and Hollywood reboot culture. The film centers on Kris, a queer director tasked with rebooting a transphobic 1980s horror franchise. The killer, Little Death—a trans child resurrected for revenge—serves as a metaphor for gender politics and personal trauma. The film blurs lines between reality and fiction, indulging in campy aesthetics, meta-narratives, and surreal nostalgia, making it a deeply personal exploration of identity and creativity.</w:t>
      </w:r>
      <w:r/>
    </w:p>
    <w:p>
      <w:pPr>
        <w:pStyle w:val="ListNumber"/>
        <w:spacing w:line="240" w:lineRule="auto"/>
        <w:ind w:left="720"/>
      </w:pPr>
      <w:r/>
      <w:hyperlink r:id="rId10">
        <w:r>
          <w:rPr>
            <w:color w:val="0000EE"/>
            <w:u w:val="single"/>
          </w:rPr>
          <w:t>https://www.boxofficemojo.com/releasegroup/gr474632965/</w:t>
        </w:r>
      </w:hyperlink>
      <w:r>
        <w:t xml:space="preserve"> - This Box Office Mojo page provides detailed information about the release of </w:t>
      </w:r>
      <w:r>
        <w:rPr>
          <w:i/>
        </w:rPr>
        <w:t>Teenage Sex and Death at Camp Miasma</w:t>
      </w:r>
      <w:r>
        <w:t>. The film, directed by Jane Schoenbrun and starring Hannah Einbinder and Gillian Anderson, was released on August 7, 2026. The page includes information about the film's release in various international markets, including Austria, Germany, Ireland, Italy, Spain, Turkey, and the United Kingdom. It also provides details about the film's distributor, MUBI, and its running time of 1 hour and 46 minutes.</w:t>
      </w:r>
      <w:r/>
    </w:p>
    <w:p>
      <w:pPr>
        <w:pStyle w:val="ListNumber"/>
        <w:spacing w:line="240" w:lineRule="auto"/>
        <w:ind w:left="720"/>
      </w:pPr>
      <w:r/>
      <w:hyperlink r:id="rId11">
        <w:r>
          <w:rPr>
            <w:color w:val="0000EE"/>
            <w:u w:val="single"/>
          </w:rPr>
          <w:t>https://www.boxofficemojo.com/title/tt35298123/</w:t>
        </w:r>
      </w:hyperlink>
      <w:r>
        <w:t xml:space="preserve"> - This Box Office Mojo page offers comprehensive details about </w:t>
      </w:r>
      <w:r>
        <w:rPr>
          <w:i/>
        </w:rPr>
        <w:t>Teenage Sex and Death at Camp Miasma</w:t>
      </w:r>
      <w:r>
        <w:t>. The film, directed by Jane Schoenbrun and starring Hannah Einbinder and Gillian Anderson, was released on August 7, 2026. The page includes information about the film's distributor, MUBI, its running time of 1 hour and 46 minutes, and its genres, which include drama, horror, romance, and thriller. It also provides information about the film's MPAA rating of R and its release in 11 markets.</w:t>
      </w:r>
      <w:r/>
    </w:p>
    <w:p>
      <w:pPr>
        <w:pStyle w:val="ListNumber"/>
        <w:spacing w:line="240" w:lineRule="auto"/>
        <w:ind w:left="720"/>
      </w:pPr>
      <w:r/>
      <w:hyperlink r:id="rId15">
        <w:r>
          <w:rPr>
            <w:color w:val="0000EE"/>
            <w:u w:val="single"/>
          </w:rPr>
          <w:t>https://www.siff.net/cinema/in-theaters/teenage-sex-and-death-at-camp-miasma</w:t>
        </w:r>
      </w:hyperlink>
      <w:r>
        <w:t xml:space="preserve"> - This page from the Seattle International Film Festival (SIFF) provides information about the upcoming release of </w:t>
      </w:r>
      <w:r>
        <w:rPr>
          <w:i/>
        </w:rPr>
        <w:t>Teenage Sex and Death at Camp Miasma</w:t>
      </w:r>
      <w:r>
        <w:t>. The film, directed by Jane Schoenbrun and starring Hannah Einbinder and Gillian Anderson, is set to open on August 13, 2026. The page includes details about the film's plot, which involves a director making a slasher sequel who becomes obsessed with casting the original film's 'final girl,' leading both women into psychological and sexual chaos. It also mentions select screenings presented in 35mm.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variety.com/2026/film/news/hannah-einbinder-jane-schoenbrun-teenage-sex-death-camp-miasma-1236824641/" TargetMode="External"/><Relationship Id="rId10" Type="http://schemas.openxmlformats.org/officeDocument/2006/relationships/hyperlink" Target="https://www.boxofficemojo.com/releasegroup/gr474632965/" TargetMode="External"/><Relationship Id="rId11" Type="http://schemas.openxmlformats.org/officeDocument/2006/relationships/hyperlink" Target="https://www.boxofficemojo.com/title/tt35298123/" TargetMode="External"/><Relationship Id="rId12" Type="http://schemas.openxmlformats.org/officeDocument/2006/relationships/hyperlink" Target="https://www.cinemablend.com/movies/teenage-sex-and-death-at-camp-miasma-reviews-hannah-einbinder-gillian-anderson-slasher" TargetMode="External"/><Relationship Id="rId13" Type="http://schemas.openxmlformats.org/officeDocument/2006/relationships/hyperlink" Target="https://www.theatlantic.com/culture/2026/08/teenage-sex-and-death-at-camp-miasma-movie-review/688227/?utm_source=apple_news" TargetMode="External"/><Relationship Id="rId14" Type="http://schemas.openxmlformats.org/officeDocument/2006/relationships/hyperlink" Target="https://apnews.com/article/d6b239851edde5f7ba268ef496348e38" TargetMode="External"/><Relationship Id="rId15" Type="http://schemas.openxmlformats.org/officeDocument/2006/relationships/hyperlink" Target="https://www.siff.net/cinema/in-theaters/teenage-sex-and-death-at-camp-miasm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