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Provincetown Moments: Dylan Mulvaney Surprises Summer of Sass Fundraiser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 a sign, spark a celebration, Dylan Mulvaney’s surprise visit to Summer of Sass’s Strawberry Social in Provincetown turned a warm summer night into a viral, feel-good moment for young queer people and the community that supports them. Here’s what happened, why it mattered, and how the programme is helping LGBTQ+ young adults find safety and joy.</w:t>
      </w:r>
      <w:r/>
    </w:p>
    <w:p>
      <w:r/>
      <w:r>
        <w:t>Essential Takeaways</w:t>
      </w:r>
      <w:r/>
      <w:r/>
    </w:p>
    <w:p>
      <w:pPr>
        <w:pStyle w:val="ListBullet"/>
        <w:spacing w:line="240" w:lineRule="auto"/>
        <w:ind w:left="720"/>
      </w:pPr>
      <w:r/>
      <w:r>
        <w:rPr>
          <w:b/>
        </w:rPr>
        <w:t>Surprise arrival:</w:t>
      </w:r>
      <w:r>
        <w:t xml:space="preserve"> Dylan Mulvaney showed up unannounced at the Strawberry Social after seeing an invitation in tagged Instagram Stories.</w:t>
      </w:r>
      <w:r/>
    </w:p>
    <w:p>
      <w:pPr>
        <w:pStyle w:val="ListBullet"/>
        <w:spacing w:line="240" w:lineRule="auto"/>
        <w:ind w:left="720"/>
      </w:pPr>
      <w:r/>
      <w:r>
        <w:rPr>
          <w:b/>
        </w:rPr>
        <w:t>Big impact:</w:t>
      </w:r>
      <w:r>
        <w:t xml:space="preserve"> The event raised over $10,000 for Summer of Sass, which supports LGBTQ+ young adults with housing, jobs and mentorship.</w:t>
      </w:r>
      <w:r/>
    </w:p>
    <w:p>
      <w:pPr>
        <w:pStyle w:val="ListBullet"/>
        <w:spacing w:line="240" w:lineRule="auto"/>
        <w:ind w:left="720"/>
      </w:pPr>
      <w:r/>
      <w:r>
        <w:rPr>
          <w:b/>
        </w:rPr>
        <w:t>Personal resonance:</w:t>
      </w:r>
      <w:r>
        <w:t xml:space="preserve"> For participants like Juniper, meeting Mulvaney was emotionally powerful and affirming.</w:t>
      </w:r>
      <w:r/>
    </w:p>
    <w:p>
      <w:pPr>
        <w:pStyle w:val="ListBullet"/>
        <w:spacing w:line="240" w:lineRule="auto"/>
        <w:ind w:left="720"/>
      </w:pPr>
      <w:r/>
      <w:r>
        <w:rPr>
          <w:b/>
        </w:rPr>
        <w:t>Friendly scene:</w:t>
      </w:r>
      <w:r>
        <w:t xml:space="preserve"> Mulvaney spent time chatting with attendees, leaving behind new fans and renewed attention for the charity.</w:t>
      </w:r>
      <w:r/>
    </w:p>
    <w:p>
      <w:pPr>
        <w:pStyle w:val="ListBullet"/>
        <w:spacing w:line="240" w:lineRule="auto"/>
        <w:ind w:left="720"/>
      </w:pPr>
      <w:r/>
      <w:r>
        <w:rPr>
          <w:b/>
        </w:rPr>
        <w:t>How to help:</w:t>
      </w:r>
      <w:r>
        <w:t xml:space="preserve"> Learn more or donate directly via Summer of Sass’s website.</w:t>
      </w:r>
      <w:r/>
      <w:r/>
    </w:p>
    <w:p>
      <w:pPr>
        <w:pStyle w:val="Heading2"/>
      </w:pPr>
      <w:r>
        <w:t>A sign, a scream, and a very happy crowd</w:t>
      </w:r>
      <w:r/>
    </w:p>
    <w:p>
      <w:r/>
      <w:r>
        <w:t>There’s something instantly cinematic about a handwritten sign doing the heavy lifting for serendipity, and that’s exactly how the night went. Summer of Sass participants put up directions to the Sass House and, to everyone’s delight, someone very famous followed them. The energy in the room shifted from chatty to electric; people who’d never fangirled together found themselves cheering in unison.</w:t>
      </w:r>
      <w:r/>
    </w:p>
    <w:p>
      <w:r/>
      <w:r>
        <w:t>Backstory: the invite began when a participant who works at the Provincetown Theater spotted Dylan Mulvaney in town and suggested inviting her. Juniper and others created a visible, playful invitation and posted it, then hoped for the best. It worked, and the moment felt deeply human rather than staged.</w:t>
      </w:r>
      <w:r/>
    </w:p>
    <w:p>
      <w:pPr>
        <w:pStyle w:val="Heading2"/>
      </w:pPr>
      <w:r>
        <w:t>Why it mattered to the young people there</w:t>
      </w:r>
      <w:r/>
    </w:p>
    <w:p>
      <w:r/>
      <w:r>
        <w:t>For participants like Juniper Kristal Starling, the visit wasn’t just a celebrity cameo; it was a mirror. Juniper has followed Mulvaney’s public transition and credits that visibility with helping her find the courage to transition herself. Seeing a figure she admired in person, smiling and warm, gave her not just a memory but a model she could imagine following.</w:t>
      </w:r>
      <w:r/>
    </w:p>
    <w:p>
      <w:r/>
      <w:r>
        <w:t>This is the kind of small-but-meaningful validation that communities like Summer of Sass aim to provide: real, lived proof that queer people can thrive and be celebrated.</w:t>
      </w:r>
      <w:r/>
    </w:p>
    <w:p>
      <w:pPr>
        <w:pStyle w:val="Heading2"/>
      </w:pPr>
      <w:r>
        <w:t>Summer of Sass: more than summer fun</w:t>
      </w:r>
      <w:r/>
    </w:p>
    <w:p>
      <w:r/>
      <w:r>
        <w:t>Summer of Sass was founded to give LGBTQ+ young adults from less supportive places a chance to live in an affirming environment for the summer. The programme offers housing, employment support and mentorship, and it has a new extension, Second Summer, aimed at 21-to-24-year-olds. That structure matters: it turns a seasonal break into a launchpad for young adults who might otherwise lack community or opportunity.</w:t>
      </w:r>
      <w:r/>
    </w:p>
    <w:p>
      <w:r/>
      <w:r>
        <w:t>According to organisers, the Strawberry Social fundraiser raised over £8,000–£10,000-plus in dollars depending on conversion, money that goes straight back into programming and support services. For small charities, that kind of haul at one social can fund meaningful boots-on-the-ground work.</w:t>
      </w:r>
      <w:r/>
    </w:p>
    <w:p>
      <w:pPr>
        <w:pStyle w:val="Heading2"/>
      </w:pPr>
      <w:r>
        <w:t>Celebrity moments that actually help</w:t>
      </w:r>
      <w:r/>
    </w:p>
    <w:p>
      <w:r/>
      <w:r>
        <w:t>Mulvaney’s appearance was generous and low-key: she chatted with attendees, posed for photos and praised the organisation afterward. That kind of sincere engagement does two things. First, it gives participants a memory and a confidence boost. Second, it raises the public profile of a programme doing intensive work away from the spotlight.</w:t>
      </w:r>
      <w:r/>
    </w:p>
    <w:p>
      <w:r/>
      <w:r>
        <w:t>There’s also a practical public-relations upside. When a well-known figure shares their experience, interest and donations often follow, exactly what happened at the Strawberry Social.</w:t>
      </w:r>
      <w:r/>
    </w:p>
    <w:p>
      <w:pPr>
        <w:pStyle w:val="Heading2"/>
      </w:pPr>
      <w:r>
        <w:t>How to support or get involved</w:t>
      </w:r>
      <w:r/>
    </w:p>
    <w:p>
      <w:r/>
      <w:r>
        <w:t>If the story leaves you wanting to help, Summer of Sass publishes details about donations, events and FAQs on its website. Small contributions, volunteering or simply amplifying their message on social media can make a real difference for a programme that pairs shelter and work placement with mentorship.</w:t>
      </w:r>
      <w:r/>
    </w:p>
    <w:p>
      <w:r/>
      <w:r>
        <w:t>If you’re a young queer person looking for supportive summer options, check their eligibility and application guidance; if you’re local to Provincetown, keep an eye on events, the next feel-good moment might be just a sign away.</w:t>
      </w:r>
      <w:r/>
    </w:p>
    <w:p>
      <w:r/>
      <w:r>
        <w:t>It's a small change that can make every summer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1">
        <w:r>
          <w:rPr>
            <w:color w:val="0000EE"/>
            <w:u w:val="single"/>
          </w:rPr>
          <w:t>[3]</w:t>
        </w:r>
      </w:hyperlink>
      <w:r>
        <w:t xml:space="preserve">- Paragraph 5: </w:t>
      </w:r>
      <w:hyperlink r:id="rId11">
        <w:r>
          <w:rPr>
            <w:color w:val="0000EE"/>
            <w:u w:val="single"/>
          </w:rPr>
          <w:t>[3]</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https://www.out.com/news/dylan-mulvaney-summer-of-sass-provincetown</w:t>
        </w:r>
      </w:hyperlink>
      <w:r>
        <w:t xml:space="preserve"> - Please view link - unable to able to access data</w:t>
      </w:r>
      <w:r/>
    </w:p>
    <w:p>
      <w:pPr>
        <w:pStyle w:val="ListNumber"/>
        <w:spacing w:line="240" w:lineRule="auto"/>
        <w:ind w:left="720"/>
      </w:pPr>
      <w:r/>
      <w:hyperlink r:id="rId9">
        <w:r>
          <w:rPr>
            <w:color w:val="0000EE"/>
            <w:u w:val="single"/>
          </w:rPr>
          <w:t>https://www.out.com/news/dylan-mulvaney-summer-of-sass-provincetown</w:t>
        </w:r>
      </w:hyperlink>
      <w:r>
        <w:t xml:space="preserve"> - Dylan Mulvaney, a transgender actress and influencer, made an unexpected appearance at the Summer of Sass's annual Strawberry Social fundraiser in Provincetown. The event, aimed at supporting LGBTQ+ young adults, was attended by participants who had invited Mulvaney after learning she was in town. Mulvaney's visit was particularly meaningful for Juniper Kristal Starling, a participant who had followed Mulvaney's journey and found inspiration in her story. The Strawberry Social raised over $10,000 for Summer of Sass.</w:t>
      </w:r>
      <w:r/>
    </w:p>
    <w:p>
      <w:pPr>
        <w:pStyle w:val="ListNumber"/>
        <w:spacing w:line="240" w:lineRule="auto"/>
        <w:ind w:left="720"/>
      </w:pPr>
      <w:r/>
      <w:hyperlink r:id="rId11">
        <w:r>
          <w:rPr>
            <w:color w:val="0000EE"/>
            <w:u w:val="single"/>
          </w:rPr>
          <w:t>https://www.summerofsass.org/</w:t>
        </w:r>
      </w:hyperlink>
      <w:r>
        <w:t xml:space="preserve"> - Summer of Sass is a nonprofit organisation based in Provincetown, Massachusetts, dedicated to providing LGBTQ+ young adults aged 18 to 20 with a supportive environment. The programme offers housing, employment support, mentorship, and the opportunity to spend a summer in an affirming queer community. Participants are matched with local employers and engage in weekly outings to explore the area. The organisation also hosts annual events like the Strawberry Social to raise funds and awareness.</w:t>
      </w:r>
      <w:r/>
    </w:p>
    <w:p>
      <w:pPr>
        <w:pStyle w:val="ListNumber"/>
        <w:spacing w:line="240" w:lineRule="auto"/>
        <w:ind w:left="720"/>
      </w:pPr>
      <w:r/>
      <w:hyperlink r:id="rId10">
        <w:r>
          <w:rPr>
            <w:color w:val="0000EE"/>
            <w:u w:val="single"/>
          </w:rPr>
          <w:t>https://www.cbsnews.com/boston/news/summer-of-sass-provincetown-lgbtq-mental-health/</w:t>
        </w:r>
      </w:hyperlink>
      <w:r>
        <w:t xml:space="preserve"> - Summer of Sass provides a safe space for LGBTQ+ teenagers seeking respite from unaccepting environments. The programme offers housing and support to young adults aged 18 to 20, many of whom have faced bullying or rejection in their hometowns. Participants are matched with local employers and engage in community activities, fostering a sense of belonging and acceptance. The organisation's founder, Kristen Becker, emphasises the importance of providing a supportive environment for these young individuals.</w:t>
      </w:r>
      <w:r/>
    </w:p>
    <w:p>
      <w:pPr>
        <w:pStyle w:val="ListNumber"/>
        <w:spacing w:line="240" w:lineRule="auto"/>
        <w:ind w:left="720"/>
      </w:pPr>
      <w:r/>
      <w:hyperlink r:id="rId12">
        <w:r>
          <w:rPr>
            <w:color w:val="0000EE"/>
            <w:u w:val="single"/>
          </w:rPr>
          <w:t>https://www.summerofsass.org/faqs</w:t>
        </w:r>
      </w:hyperlink>
      <w:r>
        <w:t xml:space="preserve"> - The Summer of Sass FAQ page provides detailed information about the programme's eligibility, housing, job placements, and expectations. The programme is designed for LGBTQ+ young adults aged 18 to 20, offering a summer in an accepting environment. Participants are matched with local employers based on their interests and experience. Housing is provided in a shared home with a live-in resident advisor, and the programme includes weekly outings and community activities.</w:t>
      </w:r>
      <w:r/>
    </w:p>
    <w:p>
      <w:pPr>
        <w:pStyle w:val="ListNumber"/>
        <w:spacing w:line="240" w:lineRule="auto"/>
        <w:ind w:left="720"/>
      </w:pPr>
      <w:r/>
      <w:hyperlink r:id="rId13">
        <w:r>
          <w:rPr>
            <w:color w:val="0000EE"/>
            <w:u w:val="single"/>
          </w:rPr>
          <w:t>https://donorbox.org/events/632696</w:t>
        </w:r>
      </w:hyperlink>
      <w:r>
        <w:t xml:space="preserve"> - The 2nd Annual Strawberry Social, hosted by Summer of Sass, is a fundraising event inspired by the film 'To Wong Foo, Thanks for Everything! Julie Newmar'. The event features snacks, a cash bar, lawn games, live performances, and a silent auction. The theme for the event is 'Pink Pony Club', and attendees are encouraged to dress in drag attire. The event aims to raise funds for the programme, which supports LGBTQ+ young adults in Provincetown.</w:t>
      </w:r>
      <w:r/>
    </w:p>
    <w:p>
      <w:pPr>
        <w:pStyle w:val="ListNumber"/>
        <w:spacing w:line="240" w:lineRule="auto"/>
        <w:ind w:left="720"/>
      </w:pPr>
      <w:r/>
      <w:hyperlink r:id="rId14">
        <w:r>
          <w:rPr>
            <w:color w:val="0000EE"/>
            <w:u w:val="single"/>
          </w:rPr>
          <w:t>https://provincetownindependent.org/indies-choice/2025/08/06/indies-choice-243/</w:t>
        </w:r>
      </w:hyperlink>
      <w:r>
        <w:t xml:space="preserve"> - The Provincetown Independent's 'Indie's Choice' section highlights local events, including the Summer of Sass's third annual Strawberry Social fundraiser. The event features an auction, snacks, a cash bar, lawn games, live performances, and DJ sets. The recommended attire is 'Too Dressed to Be Stressed', and tickets are available for purchase. The event supports the Summer of Sass programme, which provides resources and support to LGBTQ+ young adults in Provincetown.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news/dylan-mulvaney-summer-of-sass-provincetown" TargetMode="External"/><Relationship Id="rId10" Type="http://schemas.openxmlformats.org/officeDocument/2006/relationships/hyperlink" Target="https://www.cbsnews.com/boston/news/summer-of-sass-provincetown-lgbtq-mental-health/" TargetMode="External"/><Relationship Id="rId11" Type="http://schemas.openxmlformats.org/officeDocument/2006/relationships/hyperlink" Target="https://www.summerofsass.org/" TargetMode="External"/><Relationship Id="rId12" Type="http://schemas.openxmlformats.org/officeDocument/2006/relationships/hyperlink" Target="https://www.summerofsass.org/faqs" TargetMode="External"/><Relationship Id="rId13" Type="http://schemas.openxmlformats.org/officeDocument/2006/relationships/hyperlink" Target="https://donorbox.org/events/632696" TargetMode="External"/><Relationship Id="rId14" Type="http://schemas.openxmlformats.org/officeDocument/2006/relationships/hyperlink" Target="https://provincetownindependent.org/indies-choice/2025/08/06/indies-choice-24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