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Day Moments in Langley City: Bigger, Brighter, More Inclusive Pride Day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turned out in force as Langley City’s Pride Day 2026 moved outdoors, adding live music, more than 30 vendors, food trucks and a renewed focus on inclusivity , a local celebration that mattered to families, seniors and young people alike. Here’s what made the day feel bigger, friendlier and more hopeful.</w:t>
      </w:r>
      <w:r/>
      <w:r/>
    </w:p>
    <w:p>
      <w:pPr>
        <w:pStyle w:val="ListBullet"/>
        <w:spacing w:line="240" w:lineRule="auto"/>
        <w:ind w:left="720"/>
      </w:pPr>
      <w:r/>
      <w:r>
        <w:rPr>
          <w:b/>
        </w:rPr>
        <w:t>Bigger footprint:</w:t>
      </w:r>
      <w:r>
        <w:t xml:space="preserve"> The event shifted into the Langley Senior Resources Society parking lot, giving space for a main stage, food trucks and over 30 stalls. It felt airy and lively. </w:t>
      </w:r>
      <w:r/>
    </w:p>
    <w:p>
      <w:pPr>
        <w:pStyle w:val="ListBullet"/>
        <w:spacing w:line="240" w:lineRule="auto"/>
        <w:ind w:left="720"/>
      </w:pPr>
      <w:r/>
      <w:r>
        <w:rPr>
          <w:b/>
        </w:rPr>
        <w:t>All-ages programming:</w:t>
      </w:r>
      <w:r>
        <w:t xml:space="preserve"> </w:t>
      </w:r>
      <w:r>
        <w:rPr>
          <w:b/>
        </w:rPr>
        <w:t>Speaker circles, drag bingo and drag shows</w:t>
      </w:r>
      <w:r>
        <w:t xml:space="preserve"> brought together elders, youth and families; the tone was celebratory and reflective. </w:t>
      </w:r>
      <w:r/>
    </w:p>
    <w:p>
      <w:pPr>
        <w:pStyle w:val="ListBullet"/>
        <w:spacing w:line="240" w:lineRule="auto"/>
        <w:ind w:left="720"/>
      </w:pPr>
      <w:r/>
      <w:r>
        <w:rPr>
          <w:b/>
        </w:rPr>
        <w:t>Community support:</w:t>
      </w:r>
      <w:r>
        <w:t xml:space="preserve"> Vendors included public agencies and artisans; some donated proceeds to causes like a youth recovery house, which added a poignant local link. </w:t>
      </w:r>
      <w:r/>
    </w:p>
    <w:p>
      <w:pPr>
        <w:pStyle w:val="ListBullet"/>
        <w:spacing w:line="240" w:lineRule="auto"/>
        <w:ind w:left="720"/>
      </w:pPr>
      <w:r/>
      <w:r>
        <w:rPr>
          <w:b/>
        </w:rPr>
        <w:t>Live music that landed:</w:t>
      </w:r>
      <w:r>
        <w:t xml:space="preserve"> Local acts, including guitarist Ernestine Day, delivered soulful sets , warm, intimate moments that grounded the festival. </w:t>
      </w:r>
      <w:r/>
    </w:p>
    <w:p>
      <w:pPr>
        <w:pStyle w:val="ListBullet"/>
        <w:spacing w:line="240" w:lineRule="auto"/>
        <w:ind w:left="720"/>
      </w:pPr>
      <w:r/>
      <w:r>
        <w:rPr>
          <w:b/>
        </w:rPr>
        <w:t>Friendly logistics:</w:t>
      </w:r>
      <w:r>
        <w:t xml:space="preserve"> Volunteers in bright insignia made the crowd easy to navigate, while organisers emphasised respect and accessibility.</w:t>
      </w:r>
      <w:r/>
      <w:r/>
    </w:p>
    <w:p>
      <w:pPr>
        <w:pStyle w:val="Heading2"/>
      </w:pPr>
      <w:r>
        <w:t>Why taking Pride outside changed the vibe</w:t>
      </w:r>
      <w:r/>
    </w:p>
    <w:p>
      <w:r/>
      <w:r>
        <w:t>Moving the main stage into the parking lot opened up the festival in the best possible way , plenty of room, a bustling market feel and natural spillover for passers-by. The space felt sunlit and social rather than tucked away, and that matters when you want neighbours to wander in and feel welcome. Organisers told attendees they wanted visibility, and the new layout answered that in a tangible, colourful way.</w:t>
      </w:r>
      <w:r/>
    </w:p>
    <w:p>
      <w:r/>
      <w:r>
        <w:t>Backstory? The event grew out of Langley Seniors Pride and, in recent years, deliberately broadened scope to include everyone. That history gives the day a warm anchor: elders who have long campaigned for recognition now share the spotlight with younger performers and families, which keeps the celebration rooted in story as well as song.</w:t>
      </w:r>
      <w:r/>
    </w:p>
    <w:p>
      <w:r/>
      <w:r>
        <w:t>If you’re organising a local celebration, think surface area: more room means more acts, more stalls and fewer pinch points , and that directly raises turnout and comfort.</w:t>
      </w:r>
      <w:r/>
    </w:p>
    <w:p>
      <w:pPr>
        <w:pStyle w:val="Heading2"/>
      </w:pPr>
      <w:r>
        <w:t>Performances that made people stop and listen</w:t>
      </w:r>
      <w:r/>
    </w:p>
    <w:p>
      <w:r/>
      <w:r>
        <w:t>Local talent was a highlight, with Ernestine Day’s guitar set repeatedly mentioned by attendees as especially moving. There was a quiet intimacy when song met story; you could tell performers weren’t just playing to a crowd, they were connecting with a community.</w:t>
      </w:r>
      <w:r/>
    </w:p>
    <w:p>
      <w:r/>
      <w:r>
        <w:t>According to organisers, widening the line-up was a conscious choice , a chance to showcase diverse voices and styles. That mix of music, spoken word and drag performance kept the pace lively and inclusive, so everyone found something to enjoy.</w:t>
      </w:r>
      <w:r/>
    </w:p>
    <w:p>
      <w:r/>
      <w:r>
        <w:t>If you want to enjoy future events, aim for afternoon sets that let families and older attendees catch the best bits without staying too late.</w:t>
      </w:r>
      <w:r/>
    </w:p>
    <w:p>
      <w:pPr>
        <w:pStyle w:val="Heading2"/>
      </w:pPr>
      <w:r>
        <w:t>Vendors and causes: shopping with a conscience</w:t>
      </w:r>
      <w:r/>
    </w:p>
    <w:p>
      <w:r/>
      <w:r>
        <w:t>The market was a real community snapshot: handmade jewellery, bath salts, art and stalls run by public agencies offering foster-care info and volunteer sign-ups. One stall donated part of its takings to a youth recovery house, an example of how small businesses can make events more than commerce , they can support local services, too.</w:t>
      </w:r>
      <w:r/>
    </w:p>
    <w:p>
      <w:r/>
      <w:r>
        <w:t>Organisers said months of planning went into coordinating vendors and outreach, and it showed. For visitors, the stalls were easy to browse and felt welcoming rather than frenetic.</w:t>
      </w:r>
      <w:r/>
    </w:p>
    <w:p>
      <w:r/>
      <w:r>
        <w:t>Practical tip: if you’re a vendor, pick a cause or local charity to partner with , it gives customers an emotional reason to buy and strengthens ties with your neighbours.</w:t>
      </w:r>
      <w:r/>
    </w:p>
    <w:p>
      <w:pPr>
        <w:pStyle w:val="Heading2"/>
      </w:pPr>
      <w:r>
        <w:t>Volunteers, logistics and staying visible</w:t>
      </w:r>
      <w:r/>
    </w:p>
    <w:p>
      <w:r/>
      <w:r>
        <w:t>Volunteers were an obvious presence , some wore oversized rainbow accessories so they’d be easy to spot. That playful practicality kept the day organised and friendly; it’s a small detail that goes a long way when you’ve got kids, elders and big crowds moving through an outdoor site.</w:t>
      </w:r>
      <w:r/>
    </w:p>
    <w:p>
      <w:r/>
      <w:r>
        <w:t>Langley Pride Society leaders framed the day around inclusivity and respect, and their planning included simple accessibility touches and clear signage. Those choices make events more usable for seniors and families, and keep the tone upbeat rather than chaotic.</w:t>
      </w:r>
      <w:r/>
    </w:p>
    <w:p>
      <w:r/>
      <w:r>
        <w:t>If you’re attending, find a volunteer early on , they’re your best source of quick directions, meeting spots and event tips.</w:t>
      </w:r>
      <w:r/>
    </w:p>
    <w:p>
      <w:pPr>
        <w:pStyle w:val="Heading2"/>
      </w:pPr>
      <w:r>
        <w:t>What this means for community festivals going forward</w:t>
      </w:r>
      <w:r/>
    </w:p>
    <w:p>
      <w:r/>
      <w:r>
        <w:t>Langley’s expanded Pride Day shows how a neighbourhood event can evolve without losing its heart. By keeping elders and long-time advocates in the mix while inviting younger artists, vendors and families, organisers created something both celebratory and meaningful.</w:t>
      </w:r>
      <w:r/>
    </w:p>
    <w:p>
      <w:r/>
      <w:r>
        <w:t>The day was a reminder that visibility, thoughtful planning and small acts of generosity , a donated portion of sales, a speaker sharing their story , add up to a festival that actually feels like community.</w:t>
      </w:r>
      <w:r/>
    </w:p>
    <w:p>
      <w:r/>
      <w:r>
        <w:t>It’s the kind of change that makes Pride day visits stick in your memory.</w:t>
      </w:r>
      <w:r/>
    </w:p>
    <w:p>
      <w:r/>
      <w:r>
        <w:t>It's a small change that can make every celebration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[4]</w:t>
        </w:r>
      </w:hyperlink>
      <w:r>
        <w:t xml:space="preserve">- Paragraph 5: </w:t>
      </w:r>
      <w:hyperlink r:id="rId9">
        <w:r>
          <w:rPr>
            <w:color w:val="0000EE"/>
            <w:u w:val="single"/>
          </w:rPr>
          <w:t>[1]</w:t>
        </w:r>
      </w:hyperlink>
      <w:r>
        <w:t xml:space="preserve">, </w:t>
      </w:r>
      <w:hyperlink r:id="rId13">
        <w:r>
          <w:rPr>
            <w:color w:val="0000EE"/>
            <w:u w:val="single"/>
          </w:rPr>
          <w:t>[7]</w:t>
        </w:r>
      </w:hyperlink>
      <w:r>
        <w:t xml:space="preserve">- Paragraph 6: </w:t>
      </w:r>
      <w:hyperlink r:id="rId14">
        <w:r>
          <w:rPr>
            <w:color w:val="0000EE"/>
            <w:u w:val="single"/>
          </w:rPr>
          <w:t>[6]</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https://langleyadvancetimes.com/2026/08/10/video-a-bigger-and-better-pride-day-2026-in-langley-city/</w:t>
        </w:r>
      </w:hyperlink>
      <w:r>
        <w:t xml:space="preserve"> - Please view link - unable to able to access data</w:t>
      </w:r>
      <w:r/>
    </w:p>
    <w:p>
      <w:pPr>
        <w:pStyle w:val="ListNumber"/>
        <w:spacing w:line="240" w:lineRule="auto"/>
        <w:ind w:left="720"/>
      </w:pPr>
      <w:r/>
      <w:hyperlink r:id="rId10">
        <w:r>
          <w:rPr>
            <w:color w:val="0000EE"/>
            <w:u w:val="single"/>
          </w:rPr>
          <w:t>https://www.langleypridesociety.ca/Pride2026</w:t>
        </w:r>
      </w:hyperlink>
      <w:r>
        <w:t xml:space="preserve"> - The Langley Pride Society and the Langley Senior Resources Society are hosting Langley Pride Day on Saturday, August 8, 2026, at Creekside Hall in Langley, BC. The free, all-ages festival runs from 12:00 noon to 9:30 pm and features over 30 local vendors and community groups. Activities include drag bingo, educational panels, live music, and drag performances. The event is sponsored by organizations such as Inclusion Langley Society, Langley City, and local breweries Camp Beer Co. and Locality Brewing.</w:t>
      </w:r>
      <w:r/>
    </w:p>
    <w:p>
      <w:pPr>
        <w:pStyle w:val="ListNumber"/>
        <w:spacing w:line="240" w:lineRule="auto"/>
        <w:ind w:left="720"/>
      </w:pPr>
      <w:r/>
      <w:hyperlink r:id="rId12">
        <w:r>
          <w:rPr>
            <w:color w:val="0000EE"/>
            <w:u w:val="single"/>
          </w:rPr>
          <w:t>https://www.langleypridesociety.ca/about-us</w:t>
        </w:r>
      </w:hyperlink>
      <w:r>
        <w:t xml:space="preserve"> - The Langley Pride Society is dedicated to creating vibrant, inclusive, and supportive spaces for 2SLGBTQIA+ individuals in Langley. Their mission is to empower community members to live authentically and unapologetically, fostering events grounded in love, respect, and equality. The society acknowledges its work takes place on the traditional and unceded territories of the Coast Salish people, specifically the lands of the Kwantlen, Katzie, Matsqui, and Semiahmoo First Nations.</w:t>
      </w:r>
      <w:r/>
    </w:p>
    <w:p>
      <w:pPr>
        <w:pStyle w:val="ListNumber"/>
        <w:spacing w:line="240" w:lineRule="auto"/>
        <w:ind w:left="720"/>
      </w:pPr>
      <w:r/>
      <w:hyperlink r:id="rId11">
        <w:r>
          <w:rPr>
            <w:color w:val="0000EE"/>
            <w:u w:val="single"/>
          </w:rPr>
          <w:t>https://www.langleypridesociety.ca/PrideDay</w:t>
        </w:r>
      </w:hyperlink>
      <w:r>
        <w:t xml:space="preserve"> - Langley Pride Day 2025 was a collaborative event hosted by the Langley Senior Resources Society, the Senior Pride Social Group, and the Langley Pride Society. Held on Saturday, August 9, 2025, at the Langley Senior Resources Society, the event aimed to encourage inclusiveness, diversity, and acceptance for 2SLGBTQ+ members and allies. Activities included a flag-raising ceremony, a vendor and artist market, and performances by artists such as Scarlett Rosé, Justin Abit, and Lavender Flame.</w:t>
      </w:r>
      <w:r/>
    </w:p>
    <w:p>
      <w:pPr>
        <w:pStyle w:val="ListNumber"/>
        <w:spacing w:line="240" w:lineRule="auto"/>
        <w:ind w:left="720"/>
      </w:pPr>
      <w:r/>
      <w:hyperlink r:id="rId15">
        <w:r>
          <w:rPr>
            <w:color w:val="0000EE"/>
            <w:u w:val="single"/>
          </w:rPr>
          <w:t>https://www.langleycity.ca/community-culture/events/community-day</w:t>
        </w:r>
      </w:hyperlink>
      <w:r>
        <w:t xml:space="preserve"> - Langley City's Community Day is an annual all-ages celebration that brings people together to connect, explore local resources, and enjoy a lively atmosphere. The 2026 event, held on June 13 at Douglas Park, featured hands-on activity stations, live performances, food trucks, a bustling marketplace, and community booths. Families enjoyed inflatable games, mini golf, crafts, and a zip line, with a sensory-friendly space available. The event highlighted the community's vibrancy and unity.</w:t>
      </w:r>
      <w:r/>
    </w:p>
    <w:p>
      <w:pPr>
        <w:pStyle w:val="ListNumber"/>
        <w:spacing w:line="240" w:lineRule="auto"/>
        <w:ind w:left="720"/>
      </w:pPr>
      <w:r/>
      <w:hyperlink r:id="rId14">
        <w:r>
          <w:rPr>
            <w:color w:val="0000EE"/>
            <w:u w:val="single"/>
          </w:rPr>
          <w:t>https://www.langleycity.ca/news/langley-city-invests-nearly-170000-community-programs-events-and-services-through-2026-grant</w:t>
        </w:r>
      </w:hyperlink>
      <w:r>
        <w:t xml:space="preserve"> - In May 2026, Langley City Council announced an investment of nearly $170,000 through the 2026 Community Grant Program. This funding supports 45 community organizations and initiatives, aiming to strengthen neighbourhood connections, expand access to services, celebrate arts and culture, and enhance residents' quality of life. The grants cover a wide range of initiatives, including youth leadership events, seniors programming, arts and cultural festivals, and community-based health and wellness programs.</w:t>
      </w:r>
      <w:r/>
    </w:p>
    <w:p>
      <w:pPr>
        <w:pStyle w:val="ListNumber"/>
        <w:spacing w:line="240" w:lineRule="auto"/>
        <w:ind w:left="720"/>
      </w:pPr>
      <w:r/>
      <w:hyperlink r:id="rId13">
        <w:r>
          <w:rPr>
            <w:color w:val="0000EE"/>
            <w:u w:val="single"/>
          </w:rPr>
          <w:t>https://inclusionlangley.com/</w:t>
        </w:r>
      </w:hyperlink>
      <w:r>
        <w:t xml:space="preserve"> - Inclusion Langley Society is a registered society and charitable organization that offers a range of programs and services for children with developmental or support needs and adults with intellectual disabilities or autism spectrum disorder. Their services include an Infant Development Program, Supported Child Development Program, Early Years, Children's Respite, Adult Respite, and various residential supports. The society is governed by a Board of Directors and is funded by various BC Ministries and Crown agencies.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ngleyadvancetimes.com/2026/08/10/video-a-bigger-and-better-pride-day-2026-in-langley-city/" TargetMode="External"/><Relationship Id="rId10" Type="http://schemas.openxmlformats.org/officeDocument/2006/relationships/hyperlink" Target="https://www.langleypridesociety.ca/Pride2026" TargetMode="External"/><Relationship Id="rId11" Type="http://schemas.openxmlformats.org/officeDocument/2006/relationships/hyperlink" Target="https://www.langleypridesociety.ca/PrideDay" TargetMode="External"/><Relationship Id="rId12" Type="http://schemas.openxmlformats.org/officeDocument/2006/relationships/hyperlink" Target="https://www.langleypridesociety.ca/about-us" TargetMode="External"/><Relationship Id="rId13" Type="http://schemas.openxmlformats.org/officeDocument/2006/relationships/hyperlink" Target="https://inclusionlangley.com/" TargetMode="External"/><Relationship Id="rId14" Type="http://schemas.openxmlformats.org/officeDocument/2006/relationships/hyperlink" Target="https://www.langleycity.ca/news/langley-city-invests-nearly-170000-community-programs-events-and-services-through-2026-grant" TargetMode="External"/><Relationship Id="rId15" Type="http://schemas.openxmlformats.org/officeDocument/2006/relationships/hyperlink" Target="https://www.langleycity.ca/community-culture/events/community-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