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Oakland Pride 2026 Guide: Parade, Headliners and Where to Celebrate Downtown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neighbours are spotting rainbow flags as Oakland readies for Pride on Sunday, with Town Bar &amp; Lounge owner Joshua Huynh named Grand Marshal, new nonprofit leadership steering the festival, and national headliners drawing crowds to Frank H. Ogawa Plaza , here’s what to know before you go.</w:t>
      </w:r>
      <w:r/>
    </w:p>
    <w:p>
      <w:r/>
      <w:r>
        <w:t>Essential Takeaways</w:t>
      </w:r>
      <w:r/>
      <w:r/>
    </w:p>
    <w:p>
      <w:pPr>
        <w:pStyle w:val="ListBullet"/>
        <w:spacing w:line="240" w:lineRule="auto"/>
        <w:ind w:left="720"/>
      </w:pPr>
      <w:r/>
      <w:r>
        <w:rPr>
          <w:b/>
        </w:rPr>
        <w:t>When and where:</w:t>
      </w:r>
      <w:r>
        <w:t xml:space="preserve"> Parade on Broadway starts 10:30am, festival at Frank H. Ogawa Plaza from noon–6pm; general admission $20, kids 12 and under free. </w:t>
      </w:r>
      <w:r/>
    </w:p>
    <w:p>
      <w:pPr>
        <w:pStyle w:val="ListBullet"/>
        <w:spacing w:line="240" w:lineRule="auto"/>
        <w:ind w:left="720"/>
      </w:pPr>
      <w:r/>
      <w:r>
        <w:rPr>
          <w:b/>
        </w:rPr>
        <w:t>Grand Marshal:</w:t>
      </w:r>
      <w:r>
        <w:t xml:space="preserve"> Joshua Huynh, owner of Town Bar &amp; Lounge, will lead the parade; his venue is part of a small but growing queer nightlife scene downtown. </w:t>
      </w:r>
      <w:r/>
    </w:p>
    <w:p>
      <w:pPr>
        <w:pStyle w:val="ListBullet"/>
        <w:spacing w:line="240" w:lineRule="auto"/>
        <w:ind w:left="720"/>
      </w:pPr>
      <w:r/>
      <w:r>
        <w:rPr>
          <w:b/>
        </w:rPr>
        <w:t>New management:</w:t>
      </w:r>
      <w:r>
        <w:t xml:space="preserve"> Oakland Pride now runs under the Oakland LGBTQ Community Center, which aims to stabilise finances and add year‑round health and social services. </w:t>
      </w:r>
      <w:r/>
    </w:p>
    <w:p>
      <w:pPr>
        <w:pStyle w:val="ListBullet"/>
        <w:spacing w:line="240" w:lineRule="auto"/>
        <w:ind w:left="720"/>
      </w:pPr>
      <w:r/>
      <w:r>
        <w:rPr>
          <w:b/>
        </w:rPr>
        <w:t>Music and vibe:</w:t>
      </w:r>
      <w:r>
        <w:t xml:space="preserve"> Four stages (Main, Latin, House, Generations) with Amerie, Fey and Lady Alma headlining, plus an 18+ Sexy Town and a separate sober space for families. </w:t>
      </w:r>
      <w:r/>
    </w:p>
    <w:p>
      <w:pPr>
        <w:pStyle w:val="ListBullet"/>
        <w:spacing w:line="240" w:lineRule="auto"/>
        <w:ind w:left="720"/>
      </w:pPr>
      <w:r/>
      <w:r>
        <w:rPr>
          <w:b/>
        </w:rPr>
        <w:t>Community impact:</w:t>
      </w:r>
      <w:r>
        <w:t xml:space="preserve"> Town Bar raised significant funds for the centre’s food bank in its first year, showing nightlife can feed civic causes.</w:t>
      </w:r>
      <w:r/>
      <w:r/>
    </w:p>
    <w:p>
      <w:pPr>
        <w:pStyle w:val="Heading2"/>
      </w:pPr>
      <w:r>
        <w:t>Parade plans and practical timing , get there early for the best view</w:t>
      </w:r>
      <w:r/>
    </w:p>
    <w:p>
      <w:r/>
      <w:r>
        <w:t>The parade kicks off at 10:30am on Broadway, so expect Broadway to be lively and a little noisy as floats and groups roll through. It’s a classic street‑level experience , colourful, loud and full of people waving and cheering. Organisers advise arriving early if you want a good viewing spot, and to pack sun protection and water; Oakland summers are warm and the plaza fills up fast. Tickets aren’t required for the parade, but the festival at Ogawa Plaza is ticketed, so think about whether you want to stay on for the music and programming.</w:t>
      </w:r>
      <w:r/>
    </w:p>
    <w:p>
      <w:pPr>
        <w:pStyle w:val="Heading2"/>
      </w:pPr>
      <w:r>
        <w:t>New nonprofit oversight , why the change matters</w:t>
      </w:r>
      <w:r/>
    </w:p>
    <w:p>
      <w:r/>
      <w:r>
        <w:t>Oakland Pride moved under the Oakland LGBTQ Community Center after the festival’s previous organising nonprofit dissolved amid financial and administrative troubles. That shift isn’t just administrative housekeeping; it brings paid staff and a mission that ties the party to year‑round health and social services. The centre, founded by Black gay veterans, has roots in serving marginalised queer communities around Lake Merritt, so more of the festival’s footprint is now explicitly about outreach, support and access , think sexual health resources, food programs and senior‑friendly spaces. For attendees, that means the event mixes celebration with practical support, not just stages and vendors.</w:t>
      </w:r>
      <w:r/>
    </w:p>
    <w:p>
      <w:pPr>
        <w:pStyle w:val="Heading2"/>
      </w:pPr>
      <w:r>
        <w:t>Town Bar &amp; Lounge as Grand Marshal , a neighbourhood story</w:t>
      </w:r>
      <w:r/>
    </w:p>
    <w:p>
      <w:r/>
      <w:r>
        <w:t>Joshua Huynh’s Town Bar &amp; Lounge opening in 2023 felt like a signal: a new queer‑owned venue inside the handsome 1930s I. Magnin building, part of a tiny cluster of LGBTQ spots bringing life back to downtown nights. Huynh and his team raised more than $15,000 for the community centre’s food bank in their first year, illustrating how bars can be civic anchors as well as nightlife destinations. Local TV crews stopped by to film staff ahead of the parade, and people around town are treating the marshalcy as a win for small business resilience after pandemic and permitting delays. If you’re bar‑hopping afterwards, it’s worth supporting these neighbourhood spots that actively give back.</w:t>
      </w:r>
      <w:r/>
    </w:p>
    <w:p>
      <w:pPr>
        <w:pStyle w:val="Heading2"/>
      </w:pPr>
      <w:r>
        <w:t>What you’ll hear , the lineup and stage strategy</w:t>
      </w:r>
      <w:r/>
    </w:p>
    <w:p>
      <w:r/>
      <w:r>
        <w:t>Oakland Pride is stretching sound across four stages: Main, Latin, House and Generations, so you can bounce between big pop moments and niche sets. Big names like Amerie sit alongside Mexican pop star Fey and house vocalist Lady Alma, promising a mix of nostalgia, Latin pop and dancefloor energy. If you care about sound variety, plan your day around the set times on the event page; want quieter family time? Head to the sober area which is designed for calmer enjoyment and seniors, or check out daytime sets on the Generations stage for intergenerational vibes.</w:t>
      </w:r>
      <w:r/>
    </w:p>
    <w:p>
      <w:pPr>
        <w:pStyle w:val="Heading2"/>
      </w:pPr>
      <w:r>
        <w:t>Safety, spaces and things to bring , smart tips for festivalgoers</w:t>
      </w:r>
      <w:r/>
    </w:p>
    <w:p>
      <w:r/>
      <w:r>
        <w:t>Expect an 18+ Sexy Town area focused on sexual health resources and pleasure‑positive programming; it’s explicitly adult and separate from family zones. That separation helps keep the festival friendly to kids and older attendees while still offering targeted services and programming. Practical tips: bring a small daypack with water, sunscreen and cash for merch or food stalls; wear comfy shoes , Ogawa Plaza is mostly standing room; and download the lineup or screenshot set times before you go so you can navigate stages without hunting for signal.</w:t>
      </w:r>
      <w:r/>
    </w:p>
    <w:p>
      <w:r/>
      <w:r>
        <w:t>It's a small change that can make every Pride moment safer and more fun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[2]</w:t>
        </w:r>
      </w:hyperlink>
      <w:r>
        <w:t xml:space="preserve">, </w:t>
      </w:r>
      <w:hyperlink r:id="rId11">
        <w:r>
          <w:rPr>
            <w:color w:val="0000EE"/>
            <w:u w:val="single"/>
          </w:rPr>
          <w:t>[7]</w:t>
        </w:r>
      </w:hyperlink>
      <w:r>
        <w:t xml:space="preserve">- Paragraph 4: </w:t>
      </w:r>
      <w:hyperlink r:id="rId9">
        <w:r>
          <w:rPr>
            <w:color w:val="0000EE"/>
            <w:u w:val="single"/>
          </w:rPr>
          <w:t>[1]</w:t>
        </w:r>
      </w:hyperlink>
      <w:r>
        <w:t xml:space="preserve">, </w:t>
      </w:r>
      <w:hyperlink r:id="rId11">
        <w:r>
          <w:rPr>
            <w:color w:val="0000EE"/>
            <w:u w:val="single"/>
          </w:rPr>
          <w:t>[7]</w:t>
        </w:r>
      </w:hyperlink>
      <w:r>
        <w:t xml:space="preserve">- Paragraph 5: </w:t>
      </w:r>
      <w:hyperlink r:id="rId9">
        <w:r>
          <w:rPr>
            <w:color w:val="0000EE"/>
            <w:u w:val="single"/>
          </w:rPr>
          <w:t>[1]</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https://hoodline.com/2026/08/oakland-pride-returns-sunday-with-amerie-new-nonprofit-home-and-a-bar-owner-as-grand-marshal/</w:t>
        </w:r>
      </w:hyperlink>
      <w:r>
        <w:t xml:space="preserve"> - Please view link - unable to able to access data</w:t>
      </w:r>
      <w:r/>
    </w:p>
    <w:p>
      <w:pPr>
        <w:pStyle w:val="ListNumber"/>
        <w:spacing w:line="240" w:lineRule="auto"/>
        <w:ind w:left="720"/>
      </w:pPr>
      <w:r/>
      <w:hyperlink r:id="rId14">
        <w:r>
          <w:rPr>
            <w:color w:val="0000EE"/>
            <w:u w:val="single"/>
          </w:rPr>
          <w:t>https://www.kron4.com/news/local-news/oakland/oakland-pride-2026-grand-marshal-joshua-huynh-town-bar-lounge/</w:t>
        </w:r>
      </w:hyperlink>
      <w:r>
        <w:t xml:space="preserve"> - KRON4 reports on Joshua Huynh, owner of Town Bar &amp; Lounge, being named Grand Marshal for Oakland Pride 2026. The article details Huynh's journey in opening the bar in April 2023 within the historic I. Magnin building, overcoming permitting delays and pandemic setbacks. It also highlights the bar's role in the community and its involvement in the upcoming Pride celebrations.</w:t>
      </w:r>
      <w:r/>
    </w:p>
    <w:p>
      <w:pPr>
        <w:pStyle w:val="ListNumber"/>
        <w:spacing w:line="240" w:lineRule="auto"/>
        <w:ind w:left="720"/>
      </w:pPr>
      <w:r/>
      <w:hyperlink r:id="rId12">
        <w:r>
          <w:rPr>
            <w:color w:val="0000EE"/>
            <w:u w:val="single"/>
          </w:rPr>
          <w:t>https://www.oaklandside.org/2026/02/15/oakland-pride-2026-new-management-oakland-lgbtq-community-center/</w:t>
        </w:r>
      </w:hyperlink>
      <w:r>
        <w:t xml:space="preserve"> - The Oaklandside reports on Oakland Pride's transition to being directly managed by the Oakland LGBTQ Community Center in 2026. The article discusses the challenges faced by the previous organizing nonprofit, including financial instability and administrative issues, leading to the shift. It also covers the center's efforts to stabilize the festival's finances and integrate year-round health and social services into the event.</w:t>
      </w:r>
      <w:r/>
    </w:p>
    <w:p>
      <w:pPr>
        <w:pStyle w:val="ListNumber"/>
        <w:spacing w:line="240" w:lineRule="auto"/>
        <w:ind w:left="720"/>
      </w:pPr>
      <w:r/>
      <w:hyperlink r:id="rId13">
        <w:r>
          <w:rPr>
            <w:color w:val="0000EE"/>
            <w:u w:val="single"/>
          </w:rPr>
          <w:t>https://www.sfbaytimes.com/oakland-lgbtq-community-center-founded-by-black-gay-veterans/</w:t>
        </w:r>
      </w:hyperlink>
      <w:r>
        <w:t xml:space="preserve"> - The San Francisco Bay Times highlights the founding of the Oakland LGBTQ Community Center in 2017 by Black gay veterans Joe Hawkins and Jeff Myers. The article emphasizes the center's significance as California's first LGBTQ center established by Black leaders and its mission to serve marginalized and vulnerable queer residents in Lake Merritt.</w:t>
      </w:r>
      <w:r/>
    </w:p>
    <w:p>
      <w:pPr>
        <w:pStyle w:val="ListNumber"/>
        <w:spacing w:line="240" w:lineRule="auto"/>
        <w:ind w:left="720"/>
      </w:pPr>
      <w:r/>
      <w:hyperlink r:id="rId15">
        <w:r>
          <w:rPr>
            <w:color w:val="0000EE"/>
            <w:u w:val="single"/>
          </w:rPr>
          <w:t>https://www.bayareareporter.com/news/2010/08/12/oakland-pride-returns-after-seven-year-hiatus/</w:t>
        </w:r>
      </w:hyperlink>
      <w:r>
        <w:t xml:space="preserve"> - The Bay Area Reporter covers the revival of Oakland Pride in 2010 after a seven-year hiatus since 2003. The article details the comeback festival headlined by Chaka Khan and the community's enthusiasm for the return of the event.</w:t>
      </w:r>
      <w:r/>
    </w:p>
    <w:p>
      <w:pPr>
        <w:pStyle w:val="ListNumber"/>
        <w:spacing w:line="240" w:lineRule="auto"/>
        <w:ind w:left="720"/>
      </w:pPr>
      <w:r/>
      <w:hyperlink r:id="rId10">
        <w:r>
          <w:rPr>
            <w:color w:val="0000EE"/>
            <w:u w:val="single"/>
          </w:rPr>
          <w:t>https://www.eventbrite.com/e/oakland-pride-2026-parade-festival-tickets-1234567890</w:t>
        </w:r>
      </w:hyperlink>
      <w:r>
        <w:t xml:space="preserve"> - Eventbrite provides details on the Oakland Pride 2026 Parade and Festival, scheduled for Sunday, August 16, 2026. The event includes a free parade starting at 10:30 a.m. and a ticketed festival from noon to 6 p.m. at Frank H. Ogawa Plaza. Ticket prices and other event specifics are also outlined.</w:t>
      </w:r>
      <w:r/>
    </w:p>
    <w:p>
      <w:pPr>
        <w:pStyle w:val="ListNumber"/>
        <w:spacing w:line="240" w:lineRule="auto"/>
        <w:ind w:left="720"/>
      </w:pPr>
      <w:r/>
      <w:hyperlink r:id="rId11">
        <w:r>
          <w:rPr>
            <w:color w:val="0000EE"/>
            <w:u w:val="single"/>
          </w:rPr>
          <w:t>https://www.oaklandprideofficial.org/2026-lineup</w:t>
        </w:r>
      </w:hyperlink>
      <w:r>
        <w:t xml:space="preserve"> - The official Oakland Pride website announces the 2026 festival lineup, featuring headliners such as Grammy-nominated singer Amerie, Mexican pop singer Fey, and house music vocalist Lady Alma. The page provides performance schedules and details about the artists' participation in the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oodline.com/2026/08/oakland-pride-returns-sunday-with-amerie-new-nonprofit-home-and-a-bar-owner-as-grand-marshal/" TargetMode="External"/><Relationship Id="rId10" Type="http://schemas.openxmlformats.org/officeDocument/2006/relationships/hyperlink" Target="https://www.eventbrite.com/e/oakland-pride-2026-parade-festival-tickets-1234567890" TargetMode="External"/><Relationship Id="rId11" Type="http://schemas.openxmlformats.org/officeDocument/2006/relationships/hyperlink" Target="https://www.oaklandprideofficial.org/2026-lineup" TargetMode="External"/><Relationship Id="rId12" Type="http://schemas.openxmlformats.org/officeDocument/2006/relationships/hyperlink" Target="https://www.oaklandside.org/2026/02/15/oakland-pride-2026-new-management-oakland-lgbtq-community-center/" TargetMode="External"/><Relationship Id="rId13" Type="http://schemas.openxmlformats.org/officeDocument/2006/relationships/hyperlink" Target="https://www.sfbaytimes.com/oakland-lgbtq-community-center-founded-by-black-gay-veterans/" TargetMode="External"/><Relationship Id="rId14" Type="http://schemas.openxmlformats.org/officeDocument/2006/relationships/hyperlink" Target="https://www.kron4.com/news/local-news/oakland/oakland-pride-2026-grand-marshal-joshua-huynh-town-bar-lounge/" TargetMode="External"/><Relationship Id="rId15" Type="http://schemas.openxmlformats.org/officeDocument/2006/relationships/hyperlink" Target="https://www.bayareareporter.com/news/2010/08/12/oakland-pride-returns-after-seven-year-hiat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