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Montreal Pride Parade Guide 2024: Where to Watch, When and What to Expect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Step into the confetti: Montreal’s Pride Parade takes over downtown with music, colour and community energy, and here’s a friendly guide to where to stand, what’s on and how to make the most of the celebrations this year.</w:t>
      </w:r>
      <w:r/>
    </w:p>
    <w:p>
      <w:r/>
      <w:r>
        <w:t>Essential Takeaways</w:t>
      </w:r>
      <w:r/>
      <w:r/>
    </w:p>
    <w:p>
      <w:pPr>
        <w:pStyle w:val="ListBullet"/>
        <w:spacing w:line="240" w:lineRule="auto"/>
        <w:ind w:left="720"/>
      </w:pPr>
      <w:r/>
      <w:r>
        <w:rPr>
          <w:b/>
        </w:rPr>
        <w:t>When and where:</w:t>
      </w:r>
      <w:r>
        <w:t xml:space="preserve"> The parade moves through downtown Montreal on the scheduled Pride day; expect road closures and large crowds along the main route. </w:t>
      </w:r>
      <w:r/>
    </w:p>
    <w:p>
      <w:pPr>
        <w:pStyle w:val="ListBullet"/>
        <w:spacing w:line="240" w:lineRule="auto"/>
        <w:ind w:left="720"/>
      </w:pPr>
      <w:r/>
      <w:r>
        <w:rPr>
          <w:b/>
        </w:rPr>
        <w:t>Vibrant route:</w:t>
      </w:r>
      <w:r>
        <w:t xml:space="preserve"> Floats, performers and marching groups travel a route that passes major hubs , lively, loud and rainbow-bright. </w:t>
      </w:r>
      <w:r/>
    </w:p>
    <w:p>
      <w:pPr>
        <w:pStyle w:val="ListBullet"/>
        <w:spacing w:line="240" w:lineRule="auto"/>
        <w:ind w:left="720"/>
      </w:pPr>
      <w:r/>
      <w:r>
        <w:rPr>
          <w:b/>
        </w:rPr>
        <w:t>Family-friendly vibe:</w:t>
      </w:r>
      <w:r>
        <w:t xml:space="preserve"> Programming includes stages, free activities and accessible viewing areas; bring water and sun protection. </w:t>
      </w:r>
      <w:r/>
    </w:p>
    <w:p>
      <w:pPr>
        <w:pStyle w:val="ListBullet"/>
        <w:spacing w:line="240" w:lineRule="auto"/>
        <w:ind w:left="720"/>
      </w:pPr>
      <w:r/>
      <w:r>
        <w:rPr>
          <w:b/>
        </w:rPr>
        <w:t>Getting there:</w:t>
      </w:r>
      <w:r>
        <w:t xml:space="preserve"> Public transit is the smartest move , some STM stops will be busier or temporarily rerouted. </w:t>
      </w:r>
      <w:r/>
    </w:p>
    <w:p>
      <w:pPr>
        <w:pStyle w:val="ListBullet"/>
        <w:spacing w:line="240" w:lineRule="auto"/>
        <w:ind w:left="720"/>
      </w:pPr>
      <w:r/>
      <w:r>
        <w:rPr>
          <w:b/>
        </w:rPr>
        <w:t>Practical tip:</w:t>
      </w:r>
      <w:r>
        <w:t xml:space="preserve"> Pick a viewing spot early, charge your phone, and plan a meeting place in case your group gets split.</w:t>
      </w:r>
      <w:r/>
      <w:r/>
    </w:p>
    <w:p>
      <w:pPr>
        <w:pStyle w:val="Heading2"/>
      </w:pPr>
      <w:r>
        <w:t>Where the parade goes and what the route feels like</w:t>
      </w:r>
      <w:r/>
    </w:p>
    <w:p>
      <w:r/>
      <w:r>
        <w:t>Montreal’s Pride Parade threads a familiar path through downtown, offering a parade route that’s both scenic and practical for spectators. CityNews and event organisers map out a route that typically travels past key streets and squares, so you’re guaranteed plenty of action and photo ops. Expect the roar of music, the clop of marching shoes and the smell of street food wafting by.</w:t>
      </w:r>
      <w:r/>
    </w:p>
    <w:p>
      <w:r/>
      <w:r>
        <w:t>Behind the spectacle there’s a logistical machine: street closures, temporary signage and added security to keep things flowing. That means arriving early pays off , grab a kerbside spot if you want unobstructed views, or stake out near a side street for easier exits. If you value quieter viewing, aim for spots slightly off the main intersections where the crowd thins.</w:t>
      </w:r>
      <w:r/>
    </w:p>
    <w:p>
      <w:pPr>
        <w:pStyle w:val="Heading2"/>
      </w:pPr>
      <w:r>
        <w:t>How the festival programme spills into the city beyond the parade</w:t>
      </w:r>
      <w:r/>
    </w:p>
    <w:p>
      <w:r/>
      <w:r>
        <w:t>Pride in Montreal isn’t a single event; it’s a season. Concordia University and local organisations highlight a wider festival schedule with concerts, talks and community gatherings that run alongside the parade. There are day-time family events, evening performances and neighbourhood activations that let you keep the party going long after the floats pass.</w:t>
      </w:r>
      <w:r/>
    </w:p>
    <w:p>
      <w:r/>
      <w:r>
        <w:t>This spread-out programming also means there are quieter pockets where families and older attendees can enjoy accessible activities. Look for community tents and officially designated family zones if you want a gentler experience. It’s a good way to sample the festival without being in the crush of parade crowds.</w:t>
      </w:r>
      <w:r/>
    </w:p>
    <w:p>
      <w:pPr>
        <w:pStyle w:val="Heading2"/>
      </w:pPr>
      <w:r>
        <w:t>Practical travel and transit advice</w:t>
      </w:r>
      <w:r/>
    </w:p>
    <w:p>
      <w:r/>
      <w:r>
        <w:t>Public transport is your friend on parade day. STM trains and buses will be the easiest way to arrive and depart, though some stops near the route will be busy or subject to temporary changes. AideauxTrans and Pride organisers advise checking service updates before you leave and allowing extra time for both arrival and return trips.</w:t>
      </w:r>
      <w:r/>
    </w:p>
    <w:p>
      <w:r/>
      <w:r>
        <w:t>If you do drive, anticipate limited parking and many detours; drop-offs and pick-up points will be altered. Cyclists should look out for temporary bike lane changes, and everyone should be ready to walk a little further than usual. Pro tip: pick a less central metro stop and walk a few blocks to avoid the densest clusters.</w:t>
      </w:r>
      <w:r/>
    </w:p>
    <w:p>
      <w:pPr>
        <w:pStyle w:val="Heading2"/>
      </w:pPr>
      <w:r>
        <w:t>Accessibility and safety , what to know before you go</w:t>
      </w:r>
      <w:r/>
    </w:p>
    <w:p>
      <w:r/>
      <w:r>
        <w:t>Organisers make accessibility a priority with designated viewing areas, accessible washrooms and volunteer support. The festival’s official pages list services and maps to help visitors with mobility needs. If you require specific assistance, reach out to the event organisers ahead of time so they can advise on the best meeting points and routes.</w:t>
      </w:r>
      <w:r/>
    </w:p>
    <w:p>
      <w:r/>
      <w:r>
        <w:t>On the safety front, expect a visible presence of stewards and police to manage crowds. Keep personal items secure, stay hydrated and choose a clear rendezvous point with friends in case your phone battery dies. Small preparations like a printed map or a physical meeting landmark really help in big crowds.</w:t>
      </w:r>
      <w:r/>
    </w:p>
    <w:p>
      <w:pPr>
        <w:pStyle w:val="Heading2"/>
      </w:pPr>
      <w:r>
        <w:t>Best ways to enjoy the day , tips from locals and organisers</w:t>
      </w:r>
      <w:r/>
    </w:p>
    <w:p>
      <w:r/>
      <w:r>
        <w:t>Go early to enjoy warm-up acts and family programming, but stay late for after-parties and neighbourhood events , many bars, cultural centres and plazas host fringe events that are less crowded and more intimate. Bring sunscreen, a refillable water bottle and comfortable shoes; you’ll be on your feet and in the sun for a while.</w:t>
      </w:r>
      <w:r/>
    </w:p>
    <w:p>
      <w:r/>
      <w:r>
        <w:t>If you want photos, respect performers and marchers: ask before you take close-up pictures, and be mindful of banners and signs that carry messages. And finally, leave room for spontaneous fun , Montreal’s Pride is as much about unexpected connections as it is about planned programming.</w:t>
      </w:r>
      <w:r/>
    </w:p>
    <w:p>
      <w:r/>
      <w:r>
        <w:t>It's a small change in plans that can make the day easier, safer and far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[5]</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[6]</w:t>
        </w:r>
      </w:hyperlink>
      <w:r>
        <w:t xml:space="preserve">, </w:t>
      </w:r>
      <w:hyperlink r:id="rId15">
        <w:r>
          <w:rPr>
            <w:color w:val="0000EE"/>
            <w:u w:val="single"/>
          </w:rPr>
          <w:t>[4]</w:t>
        </w:r>
      </w:hyperlink>
      <w:r>
        <w:t xml:space="preserve">- Paragraph 6: </w:t>
      </w:r>
      <w:hyperlink r:id="rId12">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https://www.thestar.com/news/canada/quebec/pride-celebrations-take-over-downtown-montreal-with-parade/article_cece490d-6fee-5e83-9d22-3b1c5f11b563.html</w:t>
        </w:r>
      </w:hyperlink>
      <w:r>
        <w:t xml:space="preserve"> - Please view link - unable to able to access data</w:t>
      </w:r>
      <w:r/>
    </w:p>
    <w:p>
      <w:pPr>
        <w:pStyle w:val="ListNumber"/>
        <w:spacing w:line="240" w:lineRule="auto"/>
        <w:ind w:left="720"/>
      </w:pPr>
      <w:r/>
      <w:hyperlink r:id="rId10">
        <w:r>
          <w:rPr>
            <w:color w:val="0000EE"/>
            <w:u w:val="single"/>
          </w:rPr>
          <w:t>https://montreal.citynews.ca/2024/08/09/route-montreal-2024-pride-parade/</w:t>
        </w:r>
      </w:hyperlink>
      <w:r>
        <w:t xml:space="preserve"> - Thousands gathered along the streets of downtown Montreal on August 11, 2024, for the Pride Parade, celebrating inclusion and the progress of the 2SLGBTQIA+ community. Martine Roy, Chair of the LGBT Purge Fund, highlighted the event's significance beyond a parade, emphasizing the ongoing need for pride and inclusion. (</w:t>
      </w:r>
      <w:hyperlink r:id="rId16">
        <w:r>
          <w:rPr>
            <w:color w:val="0000EE"/>
            <w:u w:val="single"/>
          </w:rPr>
          <w:t>montreal.citynews.ca</w:t>
        </w:r>
      </w:hyperlink>
      <w:r>
        <w:t>)</w:t>
      </w:r>
      <w:r/>
    </w:p>
    <w:p>
      <w:pPr>
        <w:pStyle w:val="ListNumber"/>
        <w:spacing w:line="240" w:lineRule="auto"/>
        <w:ind w:left="720"/>
      </w:pPr>
      <w:r/>
      <w:hyperlink r:id="rId14">
        <w:r>
          <w:rPr>
            <w:color w:val="0000EE"/>
            <w:u w:val="single"/>
          </w:rPr>
          <w:t>https://aideauxtrans.com/en/events/pride-parade-2024-montreal-pride</w:t>
        </w:r>
      </w:hyperlink>
      <w:r>
        <w:t xml:space="preserve"> - The 2024 Montreal Pride Parade took place on August 11, starting at 1 p.m. along Boulevard René-Lévesque O, between Metcalfe and Stanley streets. The event aimed to celebrate advancements in the rights of 2SLGBTQIA+ communities and highlight ongoing demands. Participants were invited to join the contingent and engage with the team to learn more about available services. (</w:t>
      </w:r>
      <w:hyperlink r:id="rId17">
        <w:r>
          <w:rPr>
            <w:color w:val="0000EE"/>
            <w:u w:val="single"/>
          </w:rPr>
          <w:t>aideauxtrans.com</w:t>
        </w:r>
      </w:hyperlink>
      <w:r>
        <w:t>)</w:t>
      </w:r>
      <w:r/>
    </w:p>
    <w:p>
      <w:pPr>
        <w:pStyle w:val="ListNumber"/>
        <w:spacing w:line="240" w:lineRule="auto"/>
        <w:ind w:left="720"/>
      </w:pPr>
      <w:r/>
      <w:hyperlink r:id="rId15">
        <w:r>
          <w:rPr>
            <w:color w:val="0000EE"/>
            <w:u w:val="single"/>
          </w:rPr>
          <w:t>https://montrealcentreville.ca/en/events/nacarat-pride/</w:t>
        </w:r>
      </w:hyperlink>
      <w:r>
        <w:t xml:space="preserve"> - On August 11, 2024, from noon to 5 p.m., the Nacarat Bar Terrace hosted Nacarat Pride, a vibrant celebration during the Montreal Pride Festival. Attendees enjoyed live DJ sets, sparkling cocktails, gourmet BBQ, and drag performances by artists like Lady Boom Boom, Adriana, and Bobépine. The event offered a stunning view of René-Lévesque Boulevard, coinciding with the Pride Parade. (</w:t>
      </w:r>
      <w:hyperlink r:id="rId18">
        <w:r>
          <w:rPr>
            <w:color w:val="0000EE"/>
            <w:u w:val="single"/>
          </w:rPr>
          <w:t>montrealcentreville.ca</w:t>
        </w:r>
      </w:hyperlink>
      <w:r>
        <w:t>)</w:t>
      </w:r>
      <w:r/>
    </w:p>
    <w:p>
      <w:pPr>
        <w:pStyle w:val="ListNumber"/>
        <w:spacing w:line="240" w:lineRule="auto"/>
        <w:ind w:left="720"/>
      </w:pPr>
      <w:r/>
      <w:hyperlink r:id="rId12">
        <w:r>
          <w:rPr>
            <w:color w:val="0000EE"/>
            <w:u w:val="single"/>
          </w:rPr>
          <w:t>https://www.concordia.ca/events/pridemontreal.html</w:t>
        </w:r>
      </w:hyperlink>
      <w:r>
        <w:t xml:space="preserve"> - Concordia University participated in Montreal Pride 2024, held from August 1 to 11, celebrating the 2SLGBTQIA+ community with performances, art showings, and drag performances. The university highlighted its support for 2SLGBTQIA+ students, alumni, faculty, staff, and friends, fostering an environment where everyone can express their true selves without fear or judgment. (</w:t>
      </w:r>
      <w:hyperlink r:id="rId19">
        <w:r>
          <w:rPr>
            <w:color w:val="0000EE"/>
            <w:u w:val="single"/>
          </w:rPr>
          <w:t>concordia.ca</w:t>
        </w:r>
      </w:hyperlink>
      <w:r>
        <w:t>)</w:t>
      </w:r>
      <w:r/>
    </w:p>
    <w:p>
      <w:pPr>
        <w:pStyle w:val="ListNumber"/>
        <w:spacing w:line="240" w:lineRule="auto"/>
        <w:ind w:left="720"/>
      </w:pPr>
      <w:r/>
      <w:hyperlink r:id="rId11">
        <w:r>
          <w:rPr>
            <w:color w:val="0000EE"/>
            <w:u w:val="single"/>
          </w:rPr>
          <w:t>https://fiertemontreal.com/en/event/defile-de-la-fierte-2</w:t>
        </w:r>
      </w:hyperlink>
      <w:r>
        <w:t xml:space="preserve"> - The Montreal Pride Parade, held on August 11, 2024, from 1 p.m. to 5 p.m., took place along Boulevard René-Lévesque. The approximately 2.2 km route began at the corner of René-Lévesque Blvd. and Metcalfe St. and ended at the corner of René-Lévesque Blvd. and Atataken St. The event was accessible to people with reduced mobility and featured a moment of silence at 2:15 p.m. to honour lives lost to AIDS and homophobic attacks. (</w:t>
      </w:r>
      <w:hyperlink r:id="rId20">
        <w:r>
          <w:rPr>
            <w:color w:val="0000EE"/>
            <w:u w:val="single"/>
          </w:rPr>
          <w:t>fiertemontreal.com</w:t>
        </w:r>
      </w:hyperlink>
      <w:r>
        <w:t>)</w:t>
      </w:r>
      <w:r/>
    </w:p>
    <w:p>
      <w:pPr>
        <w:pStyle w:val="ListNumber"/>
        <w:spacing w:line="240" w:lineRule="auto"/>
        <w:ind w:left="720"/>
      </w:pPr>
      <w:r/>
      <w:hyperlink r:id="rId13">
        <w:r>
          <w:rPr>
            <w:color w:val="0000EE"/>
            <w:u w:val="single"/>
          </w:rPr>
          <w:t>https://montrealcentreville.ca/en/events/le-festival-fierte-montreal/</w:t>
        </w:r>
      </w:hyperlink>
      <w:r>
        <w:t xml:space="preserve"> - From August 1 to 11, 2024, the 18th edition of the Montreal Pride Festival, under the theme 'Our Rainbow,' celebrated sexual and gender diversity throughout Montreal. The festival featured over 240 artists performing across three main hubs: the Urban Hub in downtown Montreal, the Village Hub in the 2SLGBTQIA+ district, and the Olympic Hub at the Olympic Park. Highlights included ten major free shows and the celebrated Pride Parade on August 11 along René-Lévesque Boulevard. (</w:t>
      </w:r>
      <w:hyperlink r:id="rId21">
        <w:r>
          <w:rPr>
            <w:color w:val="0000EE"/>
            <w:u w:val="single"/>
          </w:rPr>
          <w:t>montrealcentreville.ca</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canada/quebec/pride-celebrations-take-over-downtown-montreal-with-parade/article_cece490d-6fee-5e83-9d22-3b1c5f11b563.html" TargetMode="External"/><Relationship Id="rId10" Type="http://schemas.openxmlformats.org/officeDocument/2006/relationships/hyperlink" Target="https://montreal.citynews.ca/2024/08/09/route-montreal-2024-pride-parade/" TargetMode="External"/><Relationship Id="rId11" Type="http://schemas.openxmlformats.org/officeDocument/2006/relationships/hyperlink" Target="https://fiertemontreal.com/en/event/defile-de-la-fierte-2" TargetMode="External"/><Relationship Id="rId12" Type="http://schemas.openxmlformats.org/officeDocument/2006/relationships/hyperlink" Target="https://www.concordia.ca/events/pridemontreal.html" TargetMode="External"/><Relationship Id="rId13" Type="http://schemas.openxmlformats.org/officeDocument/2006/relationships/hyperlink" Target="https://montrealcentreville.ca/en/events/le-festival-fierte-montreal/" TargetMode="External"/><Relationship Id="rId14" Type="http://schemas.openxmlformats.org/officeDocument/2006/relationships/hyperlink" Target="https://aideauxtrans.com/en/events/pride-parade-2024-montreal-pride" TargetMode="External"/><Relationship Id="rId15" Type="http://schemas.openxmlformats.org/officeDocument/2006/relationships/hyperlink" Target="https://montrealcentreville.ca/en/events/nacarat-pride/" TargetMode="External"/><Relationship Id="rId16" Type="http://schemas.openxmlformats.org/officeDocument/2006/relationships/hyperlink" Target="https://montreal.citynews.ca/2024/08/09/route-montreal-2024-pride-parade/?utm_source=openai" TargetMode="External"/><Relationship Id="rId17" Type="http://schemas.openxmlformats.org/officeDocument/2006/relationships/hyperlink" Target="https://aideauxtrans.com/en/events/pride-parade-2024-montreal-pride?utm_source=openai" TargetMode="External"/><Relationship Id="rId18" Type="http://schemas.openxmlformats.org/officeDocument/2006/relationships/hyperlink" Target="https://montrealcentreville.ca/en/events/nacarat-pride/?utm_source=openai" TargetMode="External"/><Relationship Id="rId19" Type="http://schemas.openxmlformats.org/officeDocument/2006/relationships/hyperlink" Target="https://www.concordia.ca/events/pridemontreal.html?utm_source=openai" TargetMode="External"/><Relationship Id="rId20" Type="http://schemas.openxmlformats.org/officeDocument/2006/relationships/hyperlink" Target="https://fiertemontreal.com/en/event/defile-de-la-fierte-2?utm_source=openai" TargetMode="External"/><Relationship Id="rId21" Type="http://schemas.openxmlformats.org/officeDocument/2006/relationships/hyperlink" Target="https://montrealcentreville.ca/en/events/le-festival-fierte-montre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