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Mobile STI Testing in Lisbon: Where Free, Confidential Checks Are Winning Trust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a mobile clinic: residents in Lisbon are using free, confidential STI testing from GAT Move-se at transport hubs and community spots, and it’s proving vital for early detection and prevention. Who’s organising it, what’s on offer, and why returning to visible condom campaigns matters now more than ever.</w:t>
      </w:r>
      <w:r/>
    </w:p>
    <w:p>
      <w:r/>
      <w:r>
        <w:t>Essential Takeaways</w:t>
      </w:r>
      <w:r/>
      <w:r/>
    </w:p>
    <w:p>
      <w:pPr>
        <w:pStyle w:val="ListBullet"/>
        <w:spacing w:line="240" w:lineRule="auto"/>
        <w:ind w:left="720"/>
      </w:pPr>
      <w:r/>
      <w:r>
        <w:rPr>
          <w:b/>
        </w:rPr>
        <w:t>Free and fast:</w:t>
      </w:r>
      <w:r>
        <w:t xml:space="preserve"> GAT Move-se offers rapid finger-prick tests for HIV, syphilis, hepatitis B and C at no cost.</w:t>
      </w:r>
      <w:r/>
    </w:p>
    <w:p>
      <w:pPr>
        <w:pStyle w:val="ListBullet"/>
        <w:spacing w:line="240" w:lineRule="auto"/>
        <w:ind w:left="720"/>
      </w:pPr>
      <w:r/>
      <w:r>
        <w:rPr>
          <w:b/>
        </w:rPr>
        <w:t>Low-barrier access:</w:t>
      </w:r>
      <w:r>
        <w:t xml:space="preserve"> The unit parks near busy stations and community sites, making checks discreet and convenient.</w:t>
      </w:r>
      <w:r/>
    </w:p>
    <w:p>
      <w:pPr>
        <w:pStyle w:val="ListBullet"/>
        <w:spacing w:line="240" w:lineRule="auto"/>
        <w:ind w:left="720"/>
      </w:pPr>
      <w:r/>
      <w:r>
        <w:rPr>
          <w:b/>
        </w:rPr>
        <w:t>Friendly, non-judgemental care:</w:t>
      </w:r>
      <w:r>
        <w:t xml:space="preserve"> Nurses and outreach teams prioritise confidentiality and harm reduction.</w:t>
      </w:r>
      <w:r/>
    </w:p>
    <w:p>
      <w:pPr>
        <w:pStyle w:val="ListBullet"/>
        <w:spacing w:line="240" w:lineRule="auto"/>
        <w:ind w:left="720"/>
      </w:pPr>
      <w:r/>
      <w:r>
        <w:rPr>
          <w:b/>
        </w:rPr>
        <w:t>Prevention matters:</w:t>
      </w:r>
      <w:r>
        <w:t xml:space="preserve"> Visible condom campaigns and outreach remain essential as STI rates climb across Europe.</w:t>
      </w:r>
      <w:r/>
    </w:p>
    <w:p>
      <w:pPr>
        <w:pStyle w:val="ListBullet"/>
        <w:spacing w:line="240" w:lineRule="auto"/>
        <w:ind w:left="720"/>
      </w:pPr>
      <w:r/>
      <w:r>
        <w:rPr>
          <w:b/>
        </w:rPr>
        <w:t>Good to know:</w:t>
      </w:r>
      <w:r>
        <w:t xml:space="preserve"> Services welcome everyone, though outreach targets people at higher risk or with less healthcare access.</w:t>
      </w:r>
      <w:r/>
      <w:r/>
    </w:p>
    <w:p>
      <w:pPr>
        <w:pStyle w:val="Heading2"/>
      </w:pPr>
      <w:r>
        <w:t>Why a van by the station makes a difference</w:t>
      </w:r>
      <w:r/>
    </w:p>
    <w:p>
      <w:r/>
      <w:r>
        <w:t>There’s something quietly reassuring about a crisp white van parked by a busy transport hub, the sort of practical visibility that says help is nearby. GAT Move-se’s mobile unit sets up at places like Oriente station, offering finger-prick tests that return results quickly and without fuss. For people juggling work, travel and life, that pop-up convenience removes a huge barrier to care.</w:t>
      </w:r>
      <w:r/>
    </w:p>
    <w:p>
      <w:r/>
      <w:r>
        <w:t>The idea grew from community activism and public-health outreach, not a clinic’s waiting list. According to the organisation behind the service, the approach is deliberately low-threshold: anyone can walk up, register, and be tested confidentially. It’s an important reminder that testing doesn’t need to be medicalised to be professional and effective.</w:t>
      </w:r>
      <w:r/>
    </w:p>
    <w:p>
      <w:pPr>
        <w:pStyle w:val="Heading2"/>
      </w:pPr>
      <w:r>
        <w:t>What tests you can get and how they feel</w:t>
      </w:r>
      <w:r/>
    </w:p>
    <w:p>
      <w:r/>
      <w:r>
        <w:t>On a practical level, the checks are simple , a tiny finger prick, a friendly chat, then a waiting period for rapid results. Tests commonly offered include screening for HIV, syphilis, hepatitis B and hepatitis C. For many people the process is surprising in its speed and minimal discomfort; the emotional relief of knowing your status often outweighs the brief sting.</w:t>
      </w:r>
      <w:r/>
    </w:p>
    <w:p>
      <w:r/>
      <w:r>
        <w:t>Staff explain results clearly and point people to follow-up care if needed. That immediate linkage is crucial: testing without a clear path to treatment does little good. If you’re nervous about blood draws or clinics, these mobile services are designed to make the experience gentle and private.</w:t>
      </w:r>
      <w:r/>
    </w:p>
    <w:p>
      <w:pPr>
        <w:pStyle w:val="Heading2"/>
      </w:pPr>
      <w:r>
        <w:t>Outreach, prevention and why condoms shouldn’t be forgotten</w:t>
      </w:r>
      <w:r/>
    </w:p>
    <w:p>
      <w:r/>
      <w:r>
        <w:t>While testing is vital, prevention remains the simplest first line of defence , and that includes visible condom distribution and public campaigns. With sexual infections on the rise across parts of Europe, experts are warning that we can’t rely solely on treatment and diagnostics. Outreach teams often hand out condoms alongside tests, pairing practical prevention with screening.</w:t>
      </w:r>
      <w:r/>
    </w:p>
    <w:p>
      <w:r/>
      <w:r>
        <w:t>Campaigns normalise safe sex and reduce stigma, making people more likely to attend testing events. If you’re organising community health work or just curious, remember: a small pack of condoms handed out at a station can prevent more than one uncomfortable phone call later.</w:t>
      </w:r>
      <w:r/>
    </w:p>
    <w:p>
      <w:pPr>
        <w:pStyle w:val="Heading2"/>
      </w:pPr>
      <w:r>
        <w:t>Who uses the service and who it’s for</w:t>
      </w:r>
      <w:r/>
    </w:p>
    <w:p>
      <w:r/>
      <w:r>
        <w:t>Although outreach targets groups at higher risk and those less likely to use traditional healthcare, these services are explicitly open to everyone. Students, shift-workers, migrants, sex workers and people who simply prefer anonymous checks all find the mobile unit useful. Nurses report that people are often relieved to find a non-judgemental space where they can ask questions and get honest advice.</w:t>
      </w:r>
      <w:r/>
    </w:p>
    <w:p>
      <w:r/>
      <w:r>
        <w:t>If you’re unsure which test you need, the team can guide you based on recent exposures and symptoms. They’ll also explain vaccination options for hepatitis B where appropriate, and detail referral routes for treatment.</w:t>
      </w:r>
      <w:r/>
    </w:p>
    <w:p>
      <w:pPr>
        <w:pStyle w:val="Heading2"/>
      </w:pPr>
      <w:r>
        <w:t>How to make the most of a mobile check-up</w:t>
      </w:r>
      <w:r/>
    </w:p>
    <w:p>
      <w:r/>
      <w:r>
        <w:t>Turn up during advertised hours to avoid queues, bring ID if you want follow-up care linked to your record, and don’t be shy about asking what each test covers. If you’re in a rush, tell the team , they’ll help prioritise. And if a positive result arrives, take comfort in the fact that immediate counselling and care options are standard practice.</w:t>
      </w:r>
      <w:r/>
    </w:p>
    <w:p>
      <w:r/>
      <w:r>
        <w:t>For communities, supporting visible, regular outreach means testing becomes part of everyday life, not a crisis-only resource. It’s public health that meets people where they are.</w:t>
      </w:r>
      <w:r/>
    </w:p>
    <w:p>
      <w:r/>
      <w:r>
        <w:t>It's a small change that can make regular sexual health checks normal and easy.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[7]</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https://expresso.pt/geracao-e/2026-08-10-infecoes-sexuais-estao-a-bater-recordes-na-europa-e-os-especialistas-alertam-e-urgente-voltar-as-campanhas-para-usar-preservativo-46a83082</w:t>
        </w:r>
      </w:hyperlink>
      <w:r>
        <w:t xml:space="preserve"> - Please view link - unable to able to access data</w:t>
      </w:r>
      <w:r/>
    </w:p>
    <w:p>
      <w:pPr>
        <w:pStyle w:val="ListNumber"/>
        <w:spacing w:line="240" w:lineRule="auto"/>
        <w:ind w:left="720"/>
      </w:pPr>
      <w:r/>
      <w:hyperlink r:id="rId10">
        <w:r>
          <w:rPr>
            <w:color w:val="0000EE"/>
            <w:u w:val="single"/>
          </w:rPr>
          <w:t>https://www.gatportugal.org/servicos/gat-movese_6</w:t>
        </w:r>
      </w:hyperlink>
      <w:r>
        <w:t xml:space="preserve"> - The GAT Move-se project is a mobile unit offering free, anonymous, and confidential screenings for HIV, hepatitis B, hepatitis C, and syphilis. It operates in various locations across Lisbon and the Setúbal Peninsula, providing accessible sexual health services to the community. The initiative aims to promote health literacy and prevent sexually transmitted infections through outreach and education.</w:t>
      </w:r>
      <w:r/>
    </w:p>
    <w:p>
      <w:pPr>
        <w:pStyle w:val="ListNumber"/>
        <w:spacing w:line="240" w:lineRule="auto"/>
        <w:ind w:left="720"/>
      </w:pPr>
      <w:r/>
      <w:hyperlink r:id="rId11">
        <w:r>
          <w:rPr>
            <w:color w:val="0000EE"/>
            <w:u w:val="single"/>
          </w:rPr>
          <w:t>https://www.cm-seixal.pt/noticia/gat-move-se-leva-rastreios-gratuitos-comunidade</w:t>
        </w:r>
      </w:hyperlink>
      <w:r>
        <w:t xml:space="preserve"> - In March 2026, the GAT Move-se mobile unit conducted free screenings for HIV, hepatitis B, hepatitis C, and syphilis in the Seixal municipality. The initiative, supported by the Directorate-General of Health and the Seixal City Council, aimed to promote health literacy and prevent sexually transmitted infections through outreach and education.</w:t>
      </w:r>
      <w:r/>
    </w:p>
    <w:p>
      <w:pPr>
        <w:pStyle w:val="ListNumber"/>
        <w:spacing w:line="240" w:lineRule="auto"/>
        <w:ind w:left="720"/>
      </w:pPr>
      <w:r/>
      <w:hyperlink r:id="rId13">
        <w:r>
          <w:rPr>
            <w:color w:val="0000EE"/>
            <w:u w:val="single"/>
          </w:rPr>
          <w:t>https://www.fct.unl.pt/en/news/2019/12/free-screenings-promote-health-nova-school-science-and-technology-campus</w:t>
        </w:r>
      </w:hyperlink>
      <w:r>
        <w:t xml:space="preserve"> - On December 2, 2019, the GAT Move-se mobile unit conducted free screenings for HIV, hepatitis B, hepatitis C, and syphilis at the Caparica campus of the NOVA School of Science and Technology. The initiative aimed to promote health literacy and prevent sexually transmitted infections among the academic community.</w:t>
      </w:r>
      <w:r/>
    </w:p>
    <w:p>
      <w:pPr>
        <w:pStyle w:val="ListNumber"/>
        <w:spacing w:line="240" w:lineRule="auto"/>
        <w:ind w:left="720"/>
      </w:pPr>
      <w:r/>
      <w:hyperlink r:id="rId14">
        <w:r>
          <w:rPr>
            <w:color w:val="0000EE"/>
            <w:u w:val="single"/>
          </w:rPr>
          <w:t>https://www.planoaproxima.org/fazer-praca/material-e-teste-gratuitos-onde/gat-checkpointlx</w:t>
        </w:r>
      </w:hyperlink>
      <w:r>
        <w:t xml:space="preserve"> - GAT Checkpoint LX is a community-based centre in Lisbon offering free, anonymous, and confidential rapid testing for HIV, syphilis, hepatitis B, hepatitis C, chlamydia, and gonorrhoea. The centre provides a non-judgmental space for men who have sex with men, offering peer-led services and health education.</w:t>
      </w:r>
      <w:r/>
    </w:p>
    <w:p>
      <w:pPr>
        <w:pStyle w:val="ListNumber"/>
        <w:spacing w:line="240" w:lineRule="auto"/>
        <w:ind w:left="720"/>
      </w:pPr>
      <w:r/>
      <w:hyperlink r:id="rId12">
        <w:r>
          <w:rPr>
            <w:color w:val="0000EE"/>
            <w:u w:val="single"/>
          </w:rPr>
          <w:t>https://www.gatportugal.org/public/uploads/noticias/The_experience_of_sexually_transmitted_infections_clinic_in_Grupo_de_Ativistas_em_Tratamentos__Lisbon_Portugal_.pdf</w:t>
        </w:r>
      </w:hyperlink>
      <w:r>
        <w:t xml:space="preserve"> - This document outlines the experience of the Grupo de Ativistas em Tratamentos (GAT) in providing sexually transmitted infections (STI) services in Lisbon, Portugal. GAT offers confidential and free STI appointments in three of its centres: GAT CheckpointLX for men who have sex with men, GAT Intendente for trans people, sex workers, and migrants, and GAT Afrik for African migrants. The organisation focuses on prevention, detection, treatment, and linkage to care for STIs.</w:t>
      </w:r>
      <w:r/>
    </w:p>
    <w:p>
      <w:pPr>
        <w:pStyle w:val="ListNumber"/>
        <w:spacing w:line="240" w:lineRule="auto"/>
        <w:ind w:left="720"/>
      </w:pPr>
      <w:r/>
      <w:hyperlink r:id="rId10">
        <w:r>
          <w:rPr>
            <w:color w:val="0000EE"/>
            <w:u w:val="single"/>
          </w:rPr>
          <w:t>https://www.gatportugal.org/servicos/gat-movese_6</w:t>
        </w:r>
      </w:hyperlink>
      <w:r>
        <w:t xml:space="preserve"> - The GAT Move-se project is a mobile unit offering free, anonymous, and confidential screenings for HIV, hepatitis B, hepatitis C, and syphilis. It operates in various locations across Lisbon and the Setúbal Peninsula, providing accessible sexual health services to the community. The initiative aims to promote health literacy and prevent sexually transmitted infections through outreach and education.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xpresso.pt/geracao-e/2026-08-10-infecoes-sexuais-estao-a-bater-recordes-na-europa-e-os-especialistas-alertam-e-urgente-voltar-as-campanhas-para-usar-preservativo-46a83082" TargetMode="External"/><Relationship Id="rId10" Type="http://schemas.openxmlformats.org/officeDocument/2006/relationships/hyperlink" Target="https://www.gatportugal.org/servicos/gat-movese_6" TargetMode="External"/><Relationship Id="rId11" Type="http://schemas.openxmlformats.org/officeDocument/2006/relationships/hyperlink" Target="https://www.cm-seixal.pt/noticia/gat-move-se-leva-rastreios-gratuitos-comunidade" TargetMode="External"/><Relationship Id="rId12" Type="http://schemas.openxmlformats.org/officeDocument/2006/relationships/hyperlink" Target="https://www.gatportugal.org/public/uploads/noticias/The_experience_of_sexually_transmitted_infections_clinic_in_Grupo_de_Ativistas_em_Tratamentos__Lisbon_Portugal_.pdf" TargetMode="External"/><Relationship Id="rId13" Type="http://schemas.openxmlformats.org/officeDocument/2006/relationships/hyperlink" Target="https://www.fct.unl.pt/en/news/2019/12/free-screenings-promote-health-nova-school-science-and-technology-campus" TargetMode="External"/><Relationship Id="rId14" Type="http://schemas.openxmlformats.org/officeDocument/2006/relationships/hyperlink" Target="https://www.planoaproxima.org/fazer-praca/material-e-teste-gratuitos-onde/gat-checkpointl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