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Indie Pride Bundle 2026: How to Back Queer Indies on Steam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flocking to a new Indie Pride Bundle on Steam that makes it simple to support queer-led studios while scoring great games; this curated trio , Kitty Powers’ Matchmaker Makeover, Steel Century Groove and Hungry Horrors , showcases LGBTQ+ creativity, varied gameplay and a clear way to put your money where your pride is.</w:t>
      </w:r>
      <w:r/>
    </w:p>
    <w:p>
      <w:r/>
      <w:r>
        <w:t>Essential Takeaways</w:t>
      </w:r>
      <w:r/>
      <w:r/>
    </w:p>
    <w:p>
      <w:pPr>
        <w:pStyle w:val="ListBullet"/>
        <w:spacing w:line="240" w:lineRule="auto"/>
        <w:ind w:left="720"/>
      </w:pPr>
      <w:r/>
      <w:r>
        <w:rPr>
          <w:b/>
        </w:rPr>
        <w:t>What’s included:</w:t>
      </w:r>
      <w:r>
        <w:t xml:space="preserve"> Three queer-friendly indie titles bundled on Steam for a lower combined price.</w:t>
      </w:r>
      <w:r/>
    </w:p>
    <w:p>
      <w:pPr>
        <w:pStyle w:val="ListBullet"/>
        <w:spacing w:line="240" w:lineRule="auto"/>
        <w:ind w:left="720"/>
      </w:pPr>
      <w:r/>
      <w:r>
        <w:rPr>
          <w:b/>
        </w:rPr>
        <w:t>Varied gameplay:</w:t>
      </w:r>
      <w:r>
        <w:t xml:space="preserve"> Dating sim, mech rhythm-battler and cooking deck-builder give very different vibes and replay value.</w:t>
      </w:r>
      <w:r/>
    </w:p>
    <w:p>
      <w:pPr>
        <w:pStyle w:val="ListBullet"/>
        <w:spacing w:line="240" w:lineRule="auto"/>
        <w:ind w:left="720"/>
      </w:pPr>
      <w:r/>
      <w:r>
        <w:rPr>
          <w:b/>
        </w:rPr>
        <w:t>Developer focus:</w:t>
      </w:r>
      <w:r>
        <w:t xml:space="preserve"> All games are from LGBTQ+ or allied creators aiming to expand queer representation.</w:t>
      </w:r>
      <w:r/>
    </w:p>
    <w:p>
      <w:pPr>
        <w:pStyle w:val="ListBullet"/>
        <w:spacing w:line="240" w:lineRule="auto"/>
        <w:ind w:left="720"/>
      </w:pPr>
      <w:r/>
      <w:r>
        <w:rPr>
          <w:b/>
        </w:rPr>
        <w:t>Sensory notes:</w:t>
      </w:r>
      <w:r>
        <w:t xml:space="preserve"> Bright visuals, catchy music and cosy pixel art offer emotional warmth and humour.</w:t>
      </w:r>
      <w:r/>
    </w:p>
    <w:p>
      <w:pPr>
        <w:pStyle w:val="ListBullet"/>
        <w:spacing w:line="240" w:lineRule="auto"/>
        <w:ind w:left="720"/>
      </w:pPr>
      <w:r/>
      <w:r>
        <w:rPr>
          <w:b/>
        </w:rPr>
        <w:t>Why it matters:</w:t>
      </w:r>
      <w:r>
        <w:t xml:space="preserve"> Bundles like this amplify small studios and make discovery easy for players.</w:t>
      </w:r>
      <w:r/>
      <w:r/>
    </w:p>
    <w:p>
      <w:pPr>
        <w:pStyle w:val="Heading2"/>
      </w:pPr>
      <w:r>
        <w:t>Why this bundle feels like a celebration, not just a sale</w:t>
      </w:r>
      <w:r/>
    </w:p>
    <w:p>
      <w:r/>
      <w:r>
        <w:t>The first thing you notice is how joyful the line-up looks on paper and in play , bright colours, loud music and a cheeky sense of humour that feels intentionally queer. According to listings on Steam, bundles remain one of the best ways to sample multiple indies at once, and this Pride collection does that while foregrounding creators who identify as LGBTQ+ or explicitly centre queer themes. For players who want to feel good about where their spend goes, it’s a neat, low-effort way to support diverse voices.</w:t>
      </w:r>
      <w:r/>
    </w:p>
    <w:p>
      <w:pPr>
        <w:pStyle w:val="Heading2"/>
      </w:pPr>
      <w:r>
        <w:t>Kitty Powers’ Matchmaker Makeover: camp, craft and inclusive character creation</w:t>
      </w:r>
      <w:r/>
    </w:p>
    <w:p>
      <w:r/>
      <w:r>
        <w:t>Kitty Powers’ Matchmaker Makeover revisits a long-loved dating sim with a fresh lick of paint and expanded gender and appearance options. The drag-hosted tone is as loud and funny as you’d hope, and the management-style gameplay keeps things tactile and rewarding. If you liked the original Kitty Powers, this remaster gives the same chaotic charm with modernised inclusivity; it’s a safe pick for anyone who enjoys humour, customisation and rom-com energy.</w:t>
      </w:r>
      <w:r/>
    </w:p>
    <w:p>
      <w:pPr>
        <w:pStyle w:val="Heading2"/>
      </w:pPr>
      <w:r>
        <w:t>Steel Century Groove: mechs, music and oddly satisfying rhythm combat</w:t>
      </w:r>
      <w:r/>
    </w:p>
    <w:p>
      <w:r/>
      <w:r>
        <w:t>Steel Century Groove flips the rhythm game into something wonderfully strange: mech pilots battling via dance routines. The core loop is equal parts timing and strategy, and you can even sync your own music for personalised battles. It’s a bright, kinetic change of pace if you usually stick to more conventional indie genres, and it’s already drawing attention for its inventive premise and catchy in-game soundtrack , perfect for players who want something that looks and sounds different.</w:t>
      </w:r>
      <w:r/>
    </w:p>
    <w:p>
      <w:pPr>
        <w:pStyle w:val="Heading2"/>
      </w:pPr>
      <w:r>
        <w:t>Hungry Horrors: deck-building, cooking and folk-myth charm</w:t>
      </w:r>
      <w:r/>
    </w:p>
    <w:p>
      <w:r/>
      <w:r>
        <w:t>Hungry Horrors pairs deck-building mechanics with a love of traditional British and Irish recipes, turning meals into weapons and ingredients into card synergies. The pixel art is warm and detailed, and the idea of calming monsters with a well-cooked dish feels delightfully queer in its gentle subversion. If you enjoy strategy with a cosy heart and a dash of folklore, this title offers slow-burn satisfaction and a lot of character.</w:t>
      </w:r>
      <w:r/>
    </w:p>
    <w:p>
      <w:pPr>
        <w:pStyle w:val="Heading2"/>
      </w:pPr>
      <w:r>
        <w:t>Bundles as a way to discover and support queer studios</w:t>
      </w:r>
      <w:r/>
    </w:p>
    <w:p>
      <w:r/>
      <w:r>
        <w:t>Bundles on platforms like Steam and itch.io have become reliable discovery tools; they put multiple smaller games in front of players who might otherwise miss them. Industry coverage and store pages show similar themed bundles , from Pride collections to charity packs , and the logic is simple: a lower price point plus curation increases play and visibility. For anyone wanting to vote with their wallet, grabbing a themed bundle is both affordable and effective.</w:t>
      </w:r>
      <w:r/>
    </w:p>
    <w:p>
      <w:pPr>
        <w:pStyle w:val="Heading2"/>
      </w:pPr>
      <w:r>
        <w:t>How to decide if this bundle is right for you</w:t>
      </w:r>
      <w:r/>
    </w:p>
    <w:p>
      <w:r/>
      <w:r>
        <w:t>Think about what you value: instant laughs and inclusivity (Kitty Powers), experimental rhythm and style (Steel Century Groove), or strategic pacing with folk flavour (Hungry Horrors). If you prefer to back the makers as much as the games, this bundle bundles the two goals neatly. Check system requirements on Steam, look at a few clips or streamers for live feel, and remember you’re buying into studio sustainability as much as gameplay time.</w:t>
      </w:r>
      <w:r/>
    </w:p>
    <w:p>
      <w:r/>
      <w:r>
        <w:t>It’s a small change that can make every play session feel a bit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[6]</w:t>
        </w:r>
      </w:hyperlink>
      <w:r>
        <w:t xml:space="preserve">, </w:t>
      </w:r>
      <w:hyperlink r:id="rId11">
        <w:r>
          <w:rPr>
            <w:color w:val="0000EE"/>
            <w:u w:val="single"/>
          </w:rPr>
          <w:t>[4]</w:t>
        </w:r>
      </w:hyperlink>
      <w:r>
        <w:t xml:space="preserve">- Paragraph 4: </w:t>
      </w:r>
      <w:hyperlink r:id="rId12">
        <w:r>
          <w:rPr>
            <w:color w:val="0000EE"/>
            <w:u w:val="single"/>
          </w:rPr>
          <w:t>[6]</w:t>
        </w:r>
      </w:hyperlink>
      <w:r>
        <w:t xml:space="preserve">, </w:t>
      </w:r>
      <w:hyperlink r:id="rId13">
        <w:r>
          <w:rPr>
            <w:color w:val="0000EE"/>
            <w:u w:val="single"/>
          </w:rPr>
          <w:t>[3]</w:t>
        </w:r>
      </w:hyperlink>
      <w:r>
        <w:t xml:space="preserve">- Paragraph 5: </w:t>
      </w:r>
      <w:hyperlink r:id="rId14">
        <w:r>
          <w:rPr>
            <w:color w:val="0000EE"/>
            <w:u w:val="single"/>
          </w:rPr>
          <w:t>[7]</w:t>
        </w:r>
      </w:hyperlink>
      <w:r>
        <w:t xml:space="preserve">, </w:t>
      </w:r>
      <w:hyperlink r:id="rId13">
        <w:r>
          <w:rPr>
            <w:color w:val="0000EE"/>
            <w:u w:val="single"/>
          </w:rPr>
          <w:t>[3]</w:t>
        </w:r>
      </w:hyperlink>
      <w:r>
        <w:t xml:space="preserve">- Paragraph 6: </w:t>
      </w:r>
      <w:hyperlink r:id="rId15">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https://gaymingmag.com/2026/08/this-indie-pride-bundle-just-made-it-easy-to-support-queer-indies-in-2026/?utm_source=rss&amp;utm_medium=rss&amp;utm_campaign=this-indie-pride-bundle-just-made-it-easy-to-support-queer-indies-in-2026</w:t>
        </w:r>
      </w:hyperlink>
      <w:r>
        <w:t xml:space="preserve"> - Please view link - unable to able to access data</w:t>
      </w:r>
      <w:r/>
    </w:p>
    <w:p>
      <w:pPr>
        <w:pStyle w:val="ListNumber"/>
        <w:spacing w:line="240" w:lineRule="auto"/>
        <w:ind w:left="720"/>
      </w:pPr>
      <w:r/>
      <w:hyperlink r:id="rId10">
        <w:r>
          <w:rPr>
            <w:color w:val="0000EE"/>
            <w:u w:val="single"/>
          </w:rPr>
          <w:t>https://store.steampowered.com/bundle/54887/Hearts_Choice_Pride_Bundle/</w:t>
        </w:r>
      </w:hyperlink>
      <w:r>
        <w:t xml:space="preserve"> - The Heart's Choice Pride Bundle on Steam offers a collection of queer-themed games, including titles like 'All World Pro Wrestling', 'A Player's Heart', and 'These Thieving Hearts'. Priced at $28.85, the bundle provides a 15% discount compared to the individual prices of $33.95. This bundle is part of Steam's initiative to support LGBTQ+ developers and players by curating content that reflects diverse narratives and experiences within the gaming community.</w:t>
      </w:r>
      <w:r/>
    </w:p>
    <w:p>
      <w:pPr>
        <w:pStyle w:val="ListNumber"/>
        <w:spacing w:line="240" w:lineRule="auto"/>
        <w:ind w:left="720"/>
      </w:pPr>
      <w:r/>
      <w:hyperlink r:id="rId13">
        <w:r>
          <w:rPr>
            <w:color w:val="0000EE"/>
            <w:u w:val="single"/>
          </w:rPr>
          <w:t>https://www.shacknews.com/article/149401/itchio-power-of-pride-bundle-2026</w:t>
        </w:r>
      </w:hyperlink>
      <w:r>
        <w:t xml:space="preserve"> - Itch.io's 'The Power of Pride Bundle 2026' features 396 projects from 284 queer creators, including games, zines, and art collections. Priced at $60, the bundle supports creators affected by delisting in 2025, offering a diverse range of content that highlights the contributions of LGBTQ+ individuals in the gaming industry. This initiative underscores Itch.io's commitment to inclusivity and support for marginalized creators.</w:t>
      </w:r>
      <w:r/>
    </w:p>
    <w:p>
      <w:pPr>
        <w:pStyle w:val="ListNumber"/>
        <w:spacing w:line="240" w:lineRule="auto"/>
        <w:ind w:left="720"/>
      </w:pPr>
      <w:r/>
      <w:hyperlink r:id="rId11">
        <w:r>
          <w:rPr>
            <w:color w:val="0000EE"/>
            <w:u w:val="single"/>
          </w:rPr>
          <w:t>https://store.steampowered.com/bundle/8037/Queer_Games_Bundle/</w:t>
        </w:r>
      </w:hyperlink>
      <w:r>
        <w:t xml:space="preserve"> - The Queer Games Bundle on Steam includes titles such as 'Gone Home', '2064: Read Only Memories', and 'Tacoma'. With a 25% discount, the bundle is priced at $65.37, down from the individual total of $87.18. This collection aims to showcase games that explore LGBTQ+ themes and narratives, providing players with a curated selection of inclusive and thought-provoking content.</w:t>
      </w:r>
      <w:r/>
    </w:p>
    <w:p>
      <w:pPr>
        <w:pStyle w:val="ListNumber"/>
        <w:spacing w:line="240" w:lineRule="auto"/>
        <w:ind w:left="720"/>
      </w:pPr>
      <w:r/>
      <w:hyperlink r:id="rId15">
        <w:r>
          <w:rPr>
            <w:color w:val="0000EE"/>
            <w:u w:val="single"/>
          </w:rPr>
          <w:t>https://www.indiegamebundles.com/humble-pride-month-bundle-2026/</w:t>
        </w:r>
      </w:hyperlink>
      <w:r>
        <w:t xml:space="preserve"> - The Humble Pride Month Bundle 2026 offers a selection of queer-centric and inclusive games across various genres. Titles include 'Thirsty Suitors', 'Harmony: The Fall of Reverie', and 'Tavern Talk'. The bundle supports the Trevor Project, with proceeds contributing to LGBTQ+ causes. This initiative highlights Humble's dedication to promoting diversity and inclusion within the gaming community.</w:t>
      </w:r>
      <w:r/>
    </w:p>
    <w:p>
      <w:pPr>
        <w:pStyle w:val="ListNumber"/>
        <w:spacing w:line="240" w:lineRule="auto"/>
        <w:ind w:left="720"/>
      </w:pPr>
      <w:r/>
      <w:hyperlink r:id="rId12">
        <w:r>
          <w:rPr>
            <w:color w:val="0000EE"/>
            <w:u w:val="single"/>
          </w:rPr>
          <w:t>https://steamdb.info/app/4713690/</w:t>
        </w:r>
      </w:hyperlink>
      <w:r>
        <w:t xml:space="preserve"> - The 'Kiln - Pride Decoration Pack' on Steam provides a multicoloured array of new decorations to showcase pride within the game 'Kiln'. Released on June 19, 2026, this DLC offers players additional customization options to express their support for LGBTQ+ communities. The pack is part of a broader trend of games incorporating pride-themed content to foster inclusivity and representation.</w:t>
      </w:r>
      <w:r/>
    </w:p>
    <w:p>
      <w:pPr>
        <w:pStyle w:val="ListNumber"/>
        <w:spacing w:line="240" w:lineRule="auto"/>
        <w:ind w:left="720"/>
      </w:pPr>
      <w:r/>
      <w:hyperlink r:id="rId14">
        <w:r>
          <w:rPr>
            <w:color w:val="0000EE"/>
            <w:u w:val="single"/>
          </w:rPr>
          <w:t>https://www.gamingonlinux.com/2026/06/power-of-pride-bundle-launches-on-itch-io/</w:t>
        </w:r>
      </w:hyperlink>
      <w:r>
        <w:t xml:space="preserve"> - The Power of Pride Bundle on Itch.io features a mixture of video games, physical games, comics, and more, supporting 284 creators from around the globe. Running from June 1 to July 6, 2026, the bundle includes 396 items, with some content marked as NSFW in solidarity with creators affected by censorship campaigns. This initiative follows the original Queer Games Bundle, continuing the support for LGBTQ+ creators and their work.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mingmag.com/2026/08/this-indie-pride-bundle-just-made-it-easy-to-support-queer-indies-in-2026/?utm_source=rss&amp;utm_medium=rss&amp;utm_campaign=this-indie-pride-bundle-just-made-it-easy-to-support-queer-indies-in-2026" TargetMode="External"/><Relationship Id="rId10" Type="http://schemas.openxmlformats.org/officeDocument/2006/relationships/hyperlink" Target="https://store.steampowered.com/bundle/54887/Hearts_Choice_Pride_Bundle/" TargetMode="External"/><Relationship Id="rId11" Type="http://schemas.openxmlformats.org/officeDocument/2006/relationships/hyperlink" Target="https://store.steampowered.com/bundle/8037/Queer_Games_Bundle/" TargetMode="External"/><Relationship Id="rId12" Type="http://schemas.openxmlformats.org/officeDocument/2006/relationships/hyperlink" Target="https://steamdb.info/app/4713690/" TargetMode="External"/><Relationship Id="rId13" Type="http://schemas.openxmlformats.org/officeDocument/2006/relationships/hyperlink" Target="https://www.shacknews.com/article/149401/itchio-power-of-pride-bundle-2026" TargetMode="External"/><Relationship Id="rId14" Type="http://schemas.openxmlformats.org/officeDocument/2006/relationships/hyperlink" Target="https://www.gamingonlinux.com/2026/06/power-of-pride-bundle-launches-on-itch-io/" TargetMode="External"/><Relationship Id="rId15" Type="http://schemas.openxmlformats.org/officeDocument/2006/relationships/hyperlink" Target="https://www.indiegamebundles.com/humble-pride-month-bundl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