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Houston Pride Parade 2026: What to Know Before You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and spectators are planning , Houston's 48th Pride Houston 365 Parade returns Saturday, Aug. 15, downtown, and here's a practical, upbeat guide on where to watch, how to stay cool, and what to expect from this free, family-friendly celebration.</w:t>
      </w:r>
      <w:r/>
    </w:p>
    <w:p>
      <w:r/>
      <w:r>
        <w:t>Essential Takeaways</w:t>
      </w:r>
      <w:r/>
      <w:r/>
    </w:p>
    <w:p>
      <w:pPr>
        <w:pStyle w:val="ListBullet"/>
        <w:spacing w:line="240" w:lineRule="auto"/>
        <w:ind w:left="720"/>
      </w:pPr>
      <w:r/>
      <w:r>
        <w:rPr>
          <w:b/>
        </w:rPr>
        <w:t>When and where:</w:t>
      </w:r>
      <w:r>
        <w:t xml:space="preserve"> Parade starts at 7 p.m., Saturday Aug. 15, with stage and grandstand open from 5 p.m. Downtown route runs from Smith and Lamar to Milam and Pease. </w:t>
      </w:r>
      <w:r/>
    </w:p>
    <w:p>
      <w:pPr>
        <w:pStyle w:val="ListBullet"/>
        <w:spacing w:line="240" w:lineRule="auto"/>
        <w:ind w:left="720"/>
      </w:pPr>
      <w:r/>
      <w:r>
        <w:rPr>
          <w:b/>
        </w:rPr>
        <w:t>Plan for closures:</w:t>
      </w:r>
      <w:r>
        <w:t xml:space="preserve"> Multiple downtown streets close Friday night and Saturday afternoon; expect lane restrictions around City Hall and Allen Parkway. </w:t>
      </w:r>
      <w:r/>
    </w:p>
    <w:p>
      <w:pPr>
        <w:pStyle w:val="ListBullet"/>
        <w:spacing w:line="240" w:lineRule="auto"/>
        <w:ind w:left="720"/>
      </w:pPr>
      <w:r/>
      <w:r>
        <w:rPr>
          <w:b/>
        </w:rPr>
        <w:t>Beat the heat:</w:t>
      </w:r>
      <w:r>
        <w:t xml:space="preserve"> Water stations, electrolyte drops, and misting fan areas will be set up along the route; organisers advise lightweight clothing and pre-hydration. </w:t>
      </w:r>
      <w:r/>
    </w:p>
    <w:p>
      <w:pPr>
        <w:pStyle w:val="ListBullet"/>
        <w:spacing w:line="240" w:lineRule="auto"/>
        <w:ind w:left="720"/>
      </w:pPr>
      <w:r/>
      <w:r>
        <w:rPr>
          <w:b/>
        </w:rPr>
        <w:t>Safety presence:</w:t>
      </w:r>
      <w:r>
        <w:t xml:space="preserve"> Law enforcement and event staff will be positioned along staging areas and closures; pick a meeting spot if you’re in a group. </w:t>
      </w:r>
      <w:r/>
    </w:p>
    <w:p>
      <w:pPr>
        <w:pStyle w:val="ListBullet"/>
        <w:spacing w:line="240" w:lineRule="auto"/>
        <w:ind w:left="720"/>
      </w:pPr>
      <w:r/>
      <w:r>
        <w:rPr>
          <w:b/>
        </w:rPr>
        <w:t>What to see:</w:t>
      </w:r>
      <w:r>
        <w:t xml:space="preserve"> Over 80 organisations, floats and performers, a cocktail garden with cooling fans, and the parade grand marshals leading the theme “Limitless.”</w:t>
      </w:r>
      <w:r/>
      <w:r/>
    </w:p>
    <w:p>
      <w:pPr>
        <w:pStyle w:val="Heading2"/>
      </w:pPr>
      <w:r>
        <w:t>Downtown timing and route , where to stake your spot</w:t>
      </w:r>
      <w:r/>
    </w:p>
    <w:p>
      <w:r/>
      <w:r>
        <w:t>The parade kicks off at 7 p.m., but the stage and grandstands open at 5 p.m., so arriving earlier gives you shady seating and less crush. The procession begins at Smith and Lamar and winds east to Milam and Pease, giving plenty of good viewing blocks for people watching and photos. If you like a quieter vantage, aim for the far end near Pease where crowds thin out a touch.</w:t>
      </w:r>
      <w:r/>
    </w:p>
    <w:p>
      <w:r/>
      <w:r>
        <w:t>Organisers delayed the event from June because of severe weather, so many attendees will still be in that summer groove , expect humid evenings and a lot of colour. If you’re choosing a spot, think about sun exposure and quick exits; a raised curb or a bench can make standing for a couple of hours far more comfortable.</w:t>
      </w:r>
      <w:r/>
    </w:p>
    <w:p>
      <w:pPr>
        <w:pStyle w:val="Heading2"/>
      </w:pPr>
      <w:r>
        <w:t>Street closures and travel tips , avoid getting stuck</w:t>
      </w:r>
      <w:r/>
    </w:p>
    <w:p>
      <w:r/>
      <w:r>
        <w:t>Closures start as early as Friday evening for VIP and set-up, with major downtown streets fully closed between mid-afternoon and late evening on Saturday. Allen Parkway also closes for staging, so don’t use that as a detour. If you’re driving, allow extra time and scope out public car parks before you go.</w:t>
      </w:r>
      <w:r/>
    </w:p>
    <w:p>
      <w:r/>
      <w:r>
        <w:t>Public transport or rideshare drops a block or two away are often the smarter call. Walk the last leg so you avoid being trapped by rolling closures. Keep a screenshot of the official street-closure map handy , it’ll save you a few detours and a lot of frustration.</w:t>
      </w:r>
      <w:r/>
    </w:p>
    <w:p>
      <w:pPr>
        <w:pStyle w:val="Heading2"/>
      </w:pPr>
      <w:r>
        <w:t>Staying cool and comfortable , small prep, big difference</w:t>
      </w:r>
      <w:r/>
    </w:p>
    <w:p>
      <w:r/>
      <w:r>
        <w:t>Evening parades can still feel sweltering, so organisers are bringing water stations, electrolyte supplies, and misting fans to key points along the route. There’s also a cocktail garden fitted with cooling fans if you want a more relaxed pit stop.</w:t>
      </w:r>
      <w:r/>
    </w:p>
    <w:p>
      <w:r/>
      <w:r>
        <w:t>Pack a lightweight, breathable outfit, a small refillable water bottle, and a hat. Consider portable battery-powered fans or cooling towels if you’re sensitive to heat. And remember: hidration before you arrive matters as much as what you sip on site.</w:t>
      </w:r>
      <w:r/>
    </w:p>
    <w:p>
      <w:pPr>
        <w:pStyle w:val="Heading2"/>
      </w:pPr>
      <w:r>
        <w:t>Safety and logistics , looking out for each other</w:t>
      </w:r>
      <w:r/>
    </w:p>
    <w:p>
      <w:r/>
      <w:r>
        <w:t>There will be visible law enforcement and event staff across staging and viewing areas, and organisers recommend deciding on a meeting point with your group in case phones die or crowds scatter. Keep valuables secure and be mindful of personal space , large parades work best when people look after one another.</w:t>
      </w:r>
      <w:r/>
    </w:p>
    <w:p>
      <w:r/>
      <w:r>
        <w:t>If you need medical help, event organisers will have first-aid setups and hydration stations; for anything beyond that, follow instructions from on-site staff. A calm plan and a meeting spot make reuniting quick and stress-free.</w:t>
      </w:r>
      <w:r/>
    </w:p>
    <w:p>
      <w:pPr>
        <w:pStyle w:val="Heading2"/>
      </w:pPr>
      <w:r>
        <w:t>What to expect in the parade , theme, floats and community spirit</w:t>
      </w:r>
      <w:r/>
    </w:p>
    <w:p>
      <w:r/>
      <w:r>
        <w:t>This year’s theme, “Limitless,” is meant to signal expansion and breaking boundaries , you’ll see that in the variety of floats, performers and more than 80 participating groups. Grand marshals who were announced earlier in the year will make their delayed-in-June appearance, and the procession tends to be lively, colourful and community-driven.</w:t>
      </w:r>
      <w:r/>
    </w:p>
    <w:p>
      <w:r/>
      <w:r>
        <w:t>Houston’s Pride celebration traces back to 1979 and has grown into one of the South’s biggest Pride events. Whether you’re celebrating with friends or watching from home, the parade offers a mix of pageantry and heartfelt moments , bring a sense of curiosity and a camera.</w:t>
      </w:r>
      <w:r/>
    </w:p>
    <w:p>
      <w:r/>
      <w:r>
        <w:t>It's a small change that can make every parade experience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2">
        <w:r>
          <w:rPr>
            <w:color w:val="0000EE"/>
            <w:u w:val="single"/>
          </w:rPr>
          <w:t>[6]</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1">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https://abc13.com/story/pride-houston-parade-2026-what-know-before-event-saturday-aug-15-city-hall/19656668/</w:t>
        </w:r>
      </w:hyperlink>
      <w:r>
        <w:t xml:space="preserve"> - Please view link - unable to able to access data</w:t>
      </w:r>
      <w:r/>
    </w:p>
    <w:p>
      <w:pPr>
        <w:pStyle w:val="ListNumber"/>
        <w:spacing w:line="240" w:lineRule="auto"/>
        <w:ind w:left="720"/>
      </w:pPr>
      <w:r/>
      <w:hyperlink r:id="rId11">
        <w:r>
          <w:rPr>
            <w:color w:val="0000EE"/>
            <w:u w:val="single"/>
          </w:rPr>
          <w:t>https://pridehouston.org/Celebration/</w:t>
        </w:r>
      </w:hyperlink>
      <w:r>
        <w:t xml:space="preserve"> - The official website for Pride Houston 365 provides comprehensive details about the 48th Annual Pride Houston Festival and Parade, scheduled for Saturday, June 6, 2026, at City Hall. The event includes a festival starting at 11:00 AM and a parade at 7:30 PM, featuring live entertainment, community vendors, and immersive activations. The website also offers information on parade registration, ticket purchases, and festival maps to assist attendees in planning their visit.</w:t>
      </w:r>
      <w:r/>
    </w:p>
    <w:p>
      <w:pPr>
        <w:pStyle w:val="ListNumber"/>
        <w:spacing w:line="240" w:lineRule="auto"/>
        <w:ind w:left="720"/>
      </w:pPr>
      <w:r/>
      <w:hyperlink r:id="rId15">
        <w:r>
          <w:rPr>
            <w:color w:val="0000EE"/>
            <w:u w:val="single"/>
          </w:rPr>
          <w:t>https://www.houstonpress.com/news/houston-pride-parade-canceled/</w:t>
        </w:r>
      </w:hyperlink>
      <w:r>
        <w:t xml:space="preserve"> - An article from the Houston Press reports that the 2026 Pride Houston 365 Parade was cancelled due to severe weather and flooding concerns. Organisers announced the postponement, stating that the safety of attendees, participants, volunteers, and staff was the primary concern. The event, which includes a day-long festival, had already been rescheduled from its original date at the end of June due to conflicts with the FIFA World Cup.</w:t>
      </w:r>
      <w:r/>
    </w:p>
    <w:p>
      <w:pPr>
        <w:pStyle w:val="ListNumber"/>
        <w:spacing w:line="240" w:lineRule="auto"/>
        <w:ind w:left="720"/>
      </w:pPr>
      <w:r/>
      <w:hyperlink r:id="rId10">
        <w:r>
          <w:rPr>
            <w:color w:val="0000EE"/>
            <w:u w:val="single"/>
          </w:rPr>
          <w:t>https://www.fox26houston.com/news/new-houston-pride-2026-parade-date-august</w:t>
        </w:r>
      </w:hyperlink>
      <w:r>
        <w:t xml:space="preserve"> - FOX 26 Houston reports that Pride Houston 365 announced the rescheduling of the 2026 parade to Saturday, August 15, 2026, in downtown Houston. The parade was initially postponed due to storms moving over the area. The article notes that the start time for the new parade date was not listed in the announcement, and that grandstand VIP ticket holders would still be able to use their tickets for the new date.</w:t>
      </w:r>
      <w:r/>
    </w:p>
    <w:p>
      <w:pPr>
        <w:pStyle w:val="ListNumber"/>
        <w:spacing w:line="240" w:lineRule="auto"/>
        <w:ind w:left="720"/>
      </w:pPr>
      <w:r/>
      <w:hyperlink r:id="rId13">
        <w:r>
          <w:rPr>
            <w:color w:val="0000EE"/>
            <w:u w:val="single"/>
          </w:rPr>
          <w:t>https://www.fox26houston.com/weather/houston-pride-parade-postponed-2026</w:t>
        </w:r>
      </w:hyperlink>
      <w:r>
        <w:t xml:space="preserve"> - An article from FOX 26 Houston details the postponement of the 2026 Pride Houston Parade due to storms affecting the area. The parade was postponed 'due to severe weather and flooding conditions,' while the festival continued as scheduled. Organisers planned to reschedule the parade sometime between July 19 and October 31, with the decision made out of concern for the safety of the community.</w:t>
      </w:r>
      <w:r/>
    </w:p>
    <w:p>
      <w:pPr>
        <w:pStyle w:val="ListNumber"/>
        <w:spacing w:line="240" w:lineRule="auto"/>
        <w:ind w:left="720"/>
      </w:pPr>
      <w:r/>
      <w:hyperlink r:id="rId12">
        <w:r>
          <w:rPr>
            <w:color w:val="0000EE"/>
            <w:u w:val="single"/>
          </w:rPr>
          <w:t>https://www.houstontx.gov/events/2026-Pride-Street-Closures.pdf</w:t>
        </w:r>
      </w:hyperlink>
      <w:r>
        <w:t xml:space="preserve"> - A PDF document from the City of Houston outlines the street closures for the 2026 Pride Festival and Parade. The document provides detailed information on event times, including the festival on Saturday, June 6, 2026, from 11:00 a.m. to 8:00 p.m., and the parade from 7:00 p.m. to 10:30 p.m. It lists specific street closures and times, such as McKinney from Bagby to Smith at 1:00 p.m. on Wednesday, June 3, 2026, and other closures leading up to and during the event.</w:t>
      </w:r>
      <w:r/>
    </w:p>
    <w:p>
      <w:pPr>
        <w:pStyle w:val="ListNumber"/>
        <w:spacing w:line="240" w:lineRule="auto"/>
        <w:ind w:left="720"/>
      </w:pPr>
      <w:r/>
      <w:hyperlink r:id="rId14">
        <w:r>
          <w:rPr>
            <w:color w:val="0000EE"/>
            <w:u w:val="single"/>
          </w:rPr>
          <w:t>https://pridehouston.org/events/</w:t>
        </w:r>
      </w:hyperlink>
      <w:r>
        <w:t xml:space="preserve"> - The events page on the Pride Houston 365 website provides information on various events leading up to the 2026 Pride Festival and Parade. It includes details on ticket information, such as the Limitless Pass and Entry Pass, and highlights events like Sapphic Garden on April 24 and Rock the Runway on June 3. The page also offers information on parade participation, including registration details and deadlines for different tiers of participation.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bc13.com/story/pride-houston-parade-2026-what-know-before-event-saturday-aug-15-city-hall/19656668/" TargetMode="External"/><Relationship Id="rId10" Type="http://schemas.openxmlformats.org/officeDocument/2006/relationships/hyperlink" Target="https://www.fox26houston.com/news/new-houston-pride-2026-parade-date-august" TargetMode="External"/><Relationship Id="rId11" Type="http://schemas.openxmlformats.org/officeDocument/2006/relationships/hyperlink" Target="https://pridehouston.org/Celebration/" TargetMode="External"/><Relationship Id="rId12" Type="http://schemas.openxmlformats.org/officeDocument/2006/relationships/hyperlink" Target="https://www.houstontx.gov/events/2026-Pride-Street-Closures.pdf" TargetMode="External"/><Relationship Id="rId13" Type="http://schemas.openxmlformats.org/officeDocument/2006/relationships/hyperlink" Target="https://www.fox26houston.com/weather/houston-pride-parade-postponed-2026" TargetMode="External"/><Relationship Id="rId14" Type="http://schemas.openxmlformats.org/officeDocument/2006/relationships/hyperlink" Target="https://pridehouston.org/events/" TargetMode="External"/><Relationship Id="rId15" Type="http://schemas.openxmlformats.org/officeDocument/2006/relationships/hyperlink" Target="https://www.houstonpress.com/news/houston-pride-parade-cance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