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Films and Events at the 33rd Long Beach QFilm Festival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queer cinema are already circling their calendars: the 33rd Long Beach QFilm Festival returns September 17–20 with gala vibes, a Billie Jean King tribute, award-winning features, and a packed slate of shorts and panels , all to raise funds for The LGBTQ Center Long Beach.</w:t>
      </w:r>
      <w:r/>
    </w:p>
    <w:p>
      <w:r/>
      <w:r>
        <w:t>Essential Takeaways</w:t>
      </w:r>
      <w:r/>
      <w:r/>
    </w:p>
    <w:p>
      <w:pPr>
        <w:pStyle w:val="ListBullet"/>
        <w:spacing w:line="240" w:lineRule="auto"/>
        <w:ind w:left="720"/>
      </w:pPr>
      <w:r/>
      <w:r>
        <w:rPr>
          <w:b/>
        </w:rPr>
        <w:t>Dates and locations:</w:t>
      </w:r>
      <w:r>
        <w:t xml:space="preserve"> Festival runs September 17–20; Opening Night at The Honda Pacific Visions Theater, weekend at the Historic Art Theatre. </w:t>
      </w:r>
      <w:r/>
    </w:p>
    <w:p>
      <w:pPr>
        <w:pStyle w:val="ListBullet"/>
        <w:spacing w:line="240" w:lineRule="auto"/>
        <w:ind w:left="720"/>
      </w:pPr>
      <w:r/>
      <w:r>
        <w:rPr>
          <w:b/>
        </w:rPr>
        <w:t>Opening night highlight:</w:t>
      </w:r>
      <w:r>
        <w:t xml:space="preserve"> Screening of Give Me the Ball!, a Billie Jean King–focused documentary, preceded by short Kiloran Bay starring Alan Cumming. </w:t>
      </w:r>
      <w:r/>
    </w:p>
    <w:p>
      <w:pPr>
        <w:pStyle w:val="ListBullet"/>
        <w:spacing w:line="240" w:lineRule="auto"/>
        <w:ind w:left="720"/>
      </w:pPr>
      <w:r/>
      <w:r>
        <w:rPr>
          <w:b/>
        </w:rPr>
        <w:t>Program variety:</w:t>
      </w:r>
      <w:r>
        <w:t xml:space="preserve"> Features include queer drama, horror and documentary; shorts blocks span Queer &amp; Trans, Latinx, student and local filmmakers. </w:t>
      </w:r>
      <w:r/>
    </w:p>
    <w:p>
      <w:pPr>
        <w:pStyle w:val="ListBullet"/>
        <w:spacing w:line="240" w:lineRule="auto"/>
        <w:ind w:left="720"/>
      </w:pPr>
      <w:r/>
      <w:r>
        <w:rPr>
          <w:b/>
        </w:rPr>
        <w:t>Community impact:</w:t>
      </w:r>
      <w:r>
        <w:t xml:space="preserve"> Proceeds benefit The LGBTQ Center Long Beach, supporting local services and programming. </w:t>
      </w:r>
      <w:r/>
    </w:p>
    <w:p>
      <w:pPr>
        <w:pStyle w:val="ListBullet"/>
        <w:spacing w:line="240" w:lineRule="auto"/>
        <w:ind w:left="720"/>
      </w:pPr>
      <w:r/>
      <w:r>
        <w:rPr>
          <w:b/>
        </w:rPr>
        <w:t>Practical info:</w:t>
      </w:r>
      <w:r>
        <w:t xml:space="preserve"> Passes on sale now; single tickets listed to follow at qfilmslongbeach.com.</w:t>
      </w:r>
      <w:r/>
      <w:r/>
    </w:p>
    <w:p>
      <w:pPr>
        <w:pStyle w:val="Heading2"/>
      </w:pPr>
      <w:r>
        <w:t>Why Opening Night Feels Like a Homecoming</w:t>
      </w:r>
      <w:r/>
    </w:p>
    <w:p>
      <w:r/>
      <w:r>
        <w:t>The festival opens with a tangible buzz, a mix of gala sparkle and neighbourhood warmth, set against the striking Pacific Visions screen at the Aquarium of the Pacific. Expect free popcorn, a cash bar, and that lifted-anticipation hush as lights dim.</w:t>
      </w:r>
      <w:r/>
    </w:p>
    <w:p>
      <w:r/>
      <w:r>
        <w:t>According to the festival's programme, Give Me the Ball! anchors the evening , a personal documentary about Billie Jean King , and it’s capped by a taped message from King herself. That combination of legend and intimacy sets a tone that’s celebratory but rooted in real stories and activism, which is exactly what locals appreciate.</w:t>
      </w:r>
      <w:r/>
    </w:p>
    <w:p>
      <w:r/>
      <w:r>
        <w:t>If you’re picking one night to start with, Opening Night gives you the red-carpet feel without the pretense. Bring a light jacket for the bay breeze and plan to linger after the screening; these are the moments where filmmakers, advocates and viewers trade ideas and recommendations.</w:t>
      </w:r>
      <w:r/>
    </w:p>
    <w:p>
      <w:pPr>
        <w:pStyle w:val="Heading2"/>
      </w:pPr>
      <w:r>
        <w:t>A Short-Film Buffet: Something Crisp for Every Palate</w:t>
      </w:r>
      <w:r/>
    </w:p>
    <w:p>
      <w:r/>
      <w:r>
        <w:t>The weekend programme swathes the Historic Art Theatre with curated short blocks: Queer &amp; Trans, Latinx, Student Shorts, Men in Briefs, Women in Shorts, and So Cal Local Shorts. There’s a pleasing mix of emotional beats , comic, tender, shocking , and a chance to see emerging talents before they break out.</w:t>
      </w:r>
      <w:r/>
    </w:p>
    <w:p>
      <w:r/>
      <w:r>
        <w:t>Shorts are a great way to sample new voices without committing to a two-hour run time, and the festival’s lineup is deliberately inclusive. Industry watchers often note that festival shorts can become calling cards for directors and actors; spotting a standout here is part of the fun.</w:t>
      </w:r>
      <w:r/>
    </w:p>
    <w:p>
      <w:r/>
      <w:r>
        <w:t>Tip: Arrive early for short blocks you don’t want to miss. Seats fill fast, and post-screening Q&amp;As are the time to ask the director how they pulled off that one memorable scene.</w:t>
      </w:r>
      <w:r/>
    </w:p>
    <w:p>
      <w:pPr>
        <w:pStyle w:val="Heading2"/>
      </w:pPr>
      <w:r>
        <w:t>A Rich Feature Slate: Drama, Doc, Horror, and Joy</w:t>
      </w:r>
      <w:r/>
    </w:p>
    <w:p>
      <w:r/>
      <w:r>
        <w:t>The feature list mixes tones and origins , from The Little Sister’s introspective beats to CAMP, a queer horror entry that promises the kind of deliciously unnerving fun festivalgoers crave. There are documentaries like Mineshaft: The Cruising Murders, directed by Emmy-winner Jeffrey Schwarz, which will likely spark tough conversations during its closing-night slot.</w:t>
      </w:r>
      <w:r/>
    </w:p>
    <w:p>
      <w:r/>
      <w:r>
        <w:t>The selection reflects broader trends: queer cinema is no longer monolithic. Audiences can follow personal memoir, political documentary, genre thrills, and diasporic stories in one weekend. For viewers, that variety keeps the schedule lively and lets you tailor your festival experience: deep-dive into documentaries, or choose a palate-cleansing queer comedy between heavier fare.</w:t>
      </w:r>
      <w:r/>
    </w:p>
    <w:p>
      <w:r/>
      <w:r>
        <w:t>Practical pick: Build your schedule with a mix of tones , one intense doc, one breezy feature, and a short-block interlude , so you leave each day energised, not drained.</w:t>
      </w:r>
      <w:r/>
    </w:p>
    <w:p>
      <w:pPr>
        <w:pStyle w:val="Heading2"/>
      </w:pPr>
      <w:r>
        <w:t>Panels, Parties and Community , Why It’s More Than Screenings</w:t>
      </w:r>
      <w:r/>
    </w:p>
    <w:p>
      <w:r/>
      <w:r>
        <w:t>Beyond films, expect Q&amp;As, panel discussions, parties and the annual Sunday Brunch. Those extras are where context and community happen: filmmakers explain choices, advocates situate films in policy or culture, and audiences swap personal takes. The festival’s funds support The LGBTQ Center Long Beach, so every ticket feeds local programmes.</w:t>
      </w:r>
      <w:r/>
    </w:p>
    <w:p>
      <w:r/>
      <w:r>
        <w:t>Industry partners and sponsors help keep the festival accessible, and the event’s press materials point to a deliberate focus on inclusivity and education. If you care about how cinema ties into activism or local services, these conversations are worth scheduling into your weekend.</w:t>
      </w:r>
      <w:r/>
    </w:p>
    <w:p>
      <w:r/>
      <w:r>
        <w:t>Insider note: Panels often attract creators and subject-matter experts; bring a question and a business card if you’re networking.</w:t>
      </w:r>
      <w:r/>
    </w:p>
    <w:p>
      <w:pPr>
        <w:pStyle w:val="Heading2"/>
      </w:pPr>
      <w:r>
        <w:t>How to Plan Your Weekend Without Missing the Best Bits</w:t>
      </w:r>
      <w:r/>
    </w:p>
    <w:p>
      <w:r/>
      <w:r>
        <w:t>Passes are on sale now at qfilmslongbeach.com, and individual tickets will follow , so decide early whether you want a weekend pass or to curate by title. Check running times closely; the Historic Art Theatre’s schedule can be tight when Q&amp;As and short blocks are stacked.</w:t>
      </w:r>
      <w:r/>
    </w:p>
    <w:p>
      <w:r/>
      <w:r>
        <w:t>Logistics matter: Historic Art Theatre is centrally located, but nearby parking and public transport can fill up. Book a late lunch spot for the Sunday Brunch if you’re staying through the end; it’s a nice decompression after back-to-back screenings.</w:t>
      </w:r>
      <w:r/>
    </w:p>
    <w:p>
      <w:r/>
      <w:r>
        <w:t>Final practical tip: download the festival schedule as soon as it’s posted, mark must-see titles and leave a little room for serendipity. That’s often where you find a surprise favourite.</w:t>
      </w:r>
      <w:r/>
    </w:p>
    <w:p>
      <w:r/>
      <w:r>
        <w:t>It's a small cultural weekend with big heart , pick a film, stay for a panel, and support a Centre that helps keep this community strong.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[5]</w:t>
        </w:r>
      </w:hyperlink>
      <w:r>
        <w:t xml:space="preserve">, </w:t>
      </w:r>
      <w:hyperlink r:id="rId13">
        <w:r>
          <w:rPr>
            <w:color w:val="0000EE"/>
            <w:u w:val="single"/>
          </w:rPr>
          <w:t>[7]</w:t>
        </w:r>
      </w:hyperlink>
      <w:r>
        <w:t xml:space="preserve">- Paragraph 5: </w:t>
      </w:r>
      <w:hyperlink r:id="rId11">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https://thefightmag.com/2026/08/33rd-annual-long-beach-qfilm-festival-returns-september-17-20/</w:t>
        </w:r>
      </w:hyperlink>
      <w:r>
        <w:t xml:space="preserve"> - Please view link - unable to able to access data</w:t>
      </w:r>
      <w:r/>
    </w:p>
    <w:p>
      <w:pPr>
        <w:pStyle w:val="ListNumber"/>
        <w:spacing w:line="240" w:lineRule="auto"/>
        <w:ind w:left="720"/>
      </w:pPr>
      <w:r/>
      <w:hyperlink r:id="rId10">
        <w:r>
          <w:rPr>
            <w:color w:val="0000EE"/>
            <w:u w:val="single"/>
          </w:rPr>
          <w:t>https://www.qfilmslongbeach.com/</w:t>
        </w:r>
      </w:hyperlink>
      <w:r>
        <w:t xml:space="preserve"> - The official website of the Long Beach QFilm Festival, the oldest film festival in Long Beach dedicated to showcasing the diversity of the LGBTQ+ community. The site provides information on the festival's history, mission, and upcoming events, including the 33rd annual festival scheduled for September 17–20, 2026. It also offers details on ticket purchases, film schedules, and descriptions, as well as information about the LGBTQ Center Long Beach, which benefits from the festival's proceeds.</w:t>
      </w:r>
      <w:r/>
    </w:p>
    <w:p>
      <w:pPr>
        <w:pStyle w:val="ListNumber"/>
        <w:spacing w:line="240" w:lineRule="auto"/>
        <w:ind w:left="720"/>
      </w:pPr>
      <w:r/>
      <w:hyperlink r:id="rId12">
        <w:r>
          <w:rPr>
            <w:color w:val="0000EE"/>
            <w:u w:val="single"/>
          </w:rPr>
          <w:t>https://www.qfilmslongbeach.com/about-1</w:t>
        </w:r>
      </w:hyperlink>
      <w:r>
        <w:t xml:space="preserve"> - An overview of the Long Beach QFilm Festival, highlighting its status as the longest-running film festival in Southern Los Angeles and its dedication to celebrating the rich diversity of LGBTQ+ stories and filmmakers. The page details the festival's founding in 1993, its growth over the years, and its role in providing a platform for LGBTQ+ filmmakers. It also emphasizes the festival's support for The LGBTQ Center Long Beach, which has served the community for over 40 years.</w:t>
      </w:r>
      <w:r/>
    </w:p>
    <w:p>
      <w:pPr>
        <w:pStyle w:val="ListNumber"/>
        <w:spacing w:line="240" w:lineRule="auto"/>
        <w:ind w:left="720"/>
      </w:pPr>
      <w:r/>
      <w:hyperlink r:id="rId15">
        <w:r>
          <w:rPr>
            <w:color w:val="0000EE"/>
            <w:u w:val="single"/>
          </w:rPr>
          <w:t>https://www.qfilmslongbeach.com/press</w:t>
        </w:r>
      </w:hyperlink>
      <w:r>
        <w:t xml:space="preserve"> - Press releases and official announcements related to the Long Beach QFilm Festival. This section includes detailed information about the festival's history, lineup, and special events. For instance, the August 1, 2024 press release announces the complete lineup and schedule for the 30th anniversary of the festival, featuring narrative features, documentaries, and short films that embody the diversity of LGBTQ+ communities.</w:t>
      </w:r>
      <w:r/>
    </w:p>
    <w:p>
      <w:pPr>
        <w:pStyle w:val="ListNumber"/>
        <w:spacing w:line="240" w:lineRule="auto"/>
        <w:ind w:left="720"/>
      </w:pPr>
      <w:r/>
      <w:hyperlink r:id="rId11">
        <w:r>
          <w:rPr>
            <w:color w:val="0000EE"/>
            <w:u w:val="single"/>
          </w:rPr>
          <w:t>https://www.qfilmslongbeach.com/events</w:t>
        </w:r>
      </w:hyperlink>
      <w:r>
        <w:t xml:space="preserve"> - Information about special events associated with the Long Beach QFilm Festival, including receptions, mixers, and community gatherings. The page provides details on events such as the Opening Night Reception and Special Exhibit, Ice Cream Social, Sunday Brunch, and Happy Hour, offering attendees opportunities to engage with filmmakers, actors, and fellow community members.</w:t>
      </w:r>
      <w:r/>
    </w:p>
    <w:p>
      <w:pPr>
        <w:pStyle w:val="ListNumber"/>
        <w:spacing w:line="240" w:lineRule="auto"/>
        <w:ind w:left="720"/>
      </w:pPr>
      <w:r/>
      <w:hyperlink r:id="rId14">
        <w:r>
          <w:rPr>
            <w:color w:val="0000EE"/>
            <w:u w:val="single"/>
          </w:rPr>
          <w:t>https://www.qfilmslongbeach.com/sponsors</w:t>
        </w:r>
      </w:hyperlink>
      <w:r>
        <w:t xml:space="preserve"> - Acknowledgment of the sponsors supporting the Long Beach QFilm Festival. The page lists various sponsors, including presenting, gold, silver, and bronze sponsors, as well as in-event sponsors for specific events like the Saturday Night Reception, QFilm Fest Happy Hour, Sunday Brunch, and Ice Cream Social. It also features film sponsors and community partners who contribute to the festival's success.</w:t>
      </w:r>
      <w:r/>
    </w:p>
    <w:p>
      <w:pPr>
        <w:pStyle w:val="ListNumber"/>
        <w:spacing w:line="240" w:lineRule="auto"/>
        <w:ind w:left="720"/>
      </w:pPr>
      <w:r/>
      <w:hyperlink r:id="rId13">
        <w:r>
          <w:rPr>
            <w:color w:val="0000EE"/>
            <w:u w:val="single"/>
          </w:rPr>
          <w:t>https://www.qfilmslongbeach.com/qfilmsawards</w:t>
        </w:r>
      </w:hyperlink>
      <w:r>
        <w:t xml:space="preserve"> - Details about the awards presented at the Long Beach QFilm Festival. The page lists award winners from the 2025 festival, including categories such as Documentary Feature, Narrative Feature, Best Feature Director, Best Documentary Director, and Best Screenplay. It also highlights special jury awards for various short film programs and audience award winners in different categories.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8/33rd-annual-long-beach-qfilm-festival-returns-september-17-20/" TargetMode="External"/><Relationship Id="rId10" Type="http://schemas.openxmlformats.org/officeDocument/2006/relationships/hyperlink" Target="https://www.qfilmslongbeach.com/" TargetMode="External"/><Relationship Id="rId11" Type="http://schemas.openxmlformats.org/officeDocument/2006/relationships/hyperlink" Target="https://www.qfilmslongbeach.com/events" TargetMode="External"/><Relationship Id="rId12" Type="http://schemas.openxmlformats.org/officeDocument/2006/relationships/hyperlink" Target="https://www.qfilmslongbeach.com/about-1" TargetMode="External"/><Relationship Id="rId13" Type="http://schemas.openxmlformats.org/officeDocument/2006/relationships/hyperlink" Target="https://www.qfilmslongbeach.com/qfilmsawards" TargetMode="External"/><Relationship Id="rId14" Type="http://schemas.openxmlformats.org/officeDocument/2006/relationships/hyperlink" Target="https://www.qfilmslongbeach.com/sponsors" TargetMode="External"/><Relationship Id="rId15" Type="http://schemas.openxmlformats.org/officeDocument/2006/relationships/hyperlink" Target="https://www.qfilmslongbeach.com/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