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Catholic School Symbols for Inclusion: Why Bishop O'Dowd Replaced Pride Flags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meaning have noticed a quiet swap at Bishop O'Dowd High School in Oakland: Pride flags that once hung in classrooms will no longer be displayed, replaced by a new rainbow-tinted "Inclusive O" the school says affirms LGBTQ+ students and staff. The move has sparked mixed reactions from parents, alumni and the wider community.</w:t>
      </w:r>
      <w:r/>
    </w:p>
    <w:p>
      <w:r/>
      <w:r>
        <w:t>Essential Takeaways</w:t>
      </w:r>
      <w:r/>
      <w:r/>
    </w:p>
    <w:p>
      <w:pPr>
        <w:pStyle w:val="ListBullet"/>
        <w:spacing w:line="240" w:lineRule="auto"/>
        <w:ind w:left="720"/>
      </w:pPr>
      <w:r/>
      <w:r>
        <w:rPr>
          <w:b/>
        </w:rPr>
        <w:t>What changed:</w:t>
      </w:r>
      <w:r>
        <w:t xml:space="preserve"> Pride flags previously visible in some classrooms are not being displayed this school year.</w:t>
      </w:r>
      <w:r/>
    </w:p>
    <w:p>
      <w:pPr>
        <w:pStyle w:val="ListBullet"/>
        <w:spacing w:line="240" w:lineRule="auto"/>
        <w:ind w:left="720"/>
      </w:pPr>
      <w:r/>
      <w:r>
        <w:rPr>
          <w:b/>
        </w:rPr>
        <w:t>New symbol:</w:t>
      </w:r>
      <w:r>
        <w:t xml:space="preserve"> The school introduced an "Inclusive O," the official O filled with rainbow watercolours, to signal belonging.</w:t>
      </w:r>
      <w:r/>
    </w:p>
    <w:p>
      <w:pPr>
        <w:pStyle w:val="ListBullet"/>
        <w:spacing w:line="240" w:lineRule="auto"/>
        <w:ind w:left="720"/>
      </w:pPr>
      <w:r/>
      <w:r>
        <w:rPr>
          <w:b/>
        </w:rPr>
        <w:t>Community reactions:</w:t>
      </w:r>
      <w:r>
        <w:t xml:space="preserve"> Some families welcome the gesture; others say removing original pride flags feels like a step back.</w:t>
      </w:r>
      <w:r/>
    </w:p>
    <w:p>
      <w:pPr>
        <w:pStyle w:val="ListBullet"/>
        <w:spacing w:line="240" w:lineRule="auto"/>
        <w:ind w:left="720"/>
      </w:pPr>
      <w:r/>
      <w:r>
        <w:rPr>
          <w:b/>
        </w:rPr>
        <w:t>Context:</w:t>
      </w:r>
      <w:r>
        <w:t xml:space="preserve"> School leaders framed the swap as a response to division and a desire for a unifying symbol.</w:t>
      </w:r>
      <w:r/>
    </w:p>
    <w:p>
      <w:pPr>
        <w:pStyle w:val="ListBullet"/>
        <w:spacing w:line="240" w:lineRule="auto"/>
        <w:ind w:left="720"/>
      </w:pPr>
      <w:r/>
      <w:r>
        <w:rPr>
          <w:b/>
        </w:rPr>
        <w:t>Practical note:</w:t>
      </w:r>
      <w:r>
        <w:t xml:space="preserve"> Watch how visible symbols and verbal commitments interact when assessing a school's inclusivity.</w:t>
      </w:r>
      <w:r/>
      <w:r/>
    </w:p>
    <w:p>
      <w:pPr>
        <w:pStyle w:val="Heading2"/>
      </w:pPr>
      <w:r>
        <w:t>Why the swap feels louder than it looks</w:t>
      </w:r>
      <w:r/>
    </w:p>
    <w:p>
      <w:r/>
      <w:r>
        <w:t>The most striking thing about the story is how a small visual change , swapping a Pride flag for a rainbow-coloured logo , touched a nerve. Parents told reporters their children notice the difference, and some felt unsettled; others said their kids still feel welcome. According to the school's own materials, the new mark was created to "affirm that our LGBTQ+ students, families, faculty, and staff are seen, known, loved, and belong here," which is meant to reassure those worried by the flags' removal.</w:t>
      </w:r>
      <w:r/>
    </w:p>
    <w:p>
      <w:pPr>
        <w:pStyle w:val="Heading2"/>
      </w:pPr>
      <w:r>
        <w:t>What school leaders say and why they made the call</w:t>
      </w:r>
      <w:r/>
    </w:p>
    <w:p>
      <w:r/>
      <w:r>
        <w:t>School officials described Pride flags as having become "a lightning rod" in the community, prompting leaders to look for a less divisive way to show support. The president's letter to families framed the change as a call to unity rather than exclusion. Meanwhile, community organisers and parent groups have speculated about influence from the Diocese, and the diocese referred inquiries back to the school's public statements. The shift shows how institutions sometimes prioritise a single visible symbol over a broader conversation.</w:t>
      </w:r>
      <w:r/>
    </w:p>
    <w:p>
      <w:pPr>
        <w:pStyle w:val="Heading2"/>
      </w:pPr>
      <w:r>
        <w:t>How parents and students reacted , mixed and emotional</w:t>
      </w:r>
      <w:r/>
    </w:p>
    <w:p>
      <w:r/>
      <w:r>
        <w:t>Reactions are predictably mixed: some parents called the move ironic, asking why the same colours are acceptable in a new shape but not as a Pride flag. Others emphasised that inclusion is deeper than a piece of fabric and applauded the school's stated values. Families who had relied on the flags as a quiet signal of safety said they felt disappointed, while some students reported that the presence of the Inclusive O still helps them feel seen. It’s a reminder that visual symbols carry different emotional weights for different people.</w:t>
      </w:r>
      <w:r/>
    </w:p>
    <w:p>
      <w:pPr>
        <w:pStyle w:val="Heading2"/>
      </w:pPr>
      <w:r>
        <w:t>The bigger trend in schools and universities</w:t>
      </w:r>
      <w:r/>
    </w:p>
    <w:p>
      <w:r/>
      <w:r>
        <w:t>This swap is part of a wider national conversation. Other institutions have recently faced similar debates over visible pride symbols in shared spaces, and those disputes often raise questions about institutional policy, freedom of expression, and the best ways to protect vulnerable students. Observers note that changing a flag is a tangible, headline-ready move; changing culture takes long-term policies, training and consistent support. So, look beyond the logo when you assess a school's commitment to belonging.</w:t>
      </w:r>
      <w:r/>
    </w:p>
    <w:p>
      <w:pPr>
        <w:pStyle w:val="Heading2"/>
      </w:pPr>
      <w:r>
        <w:t>Practical advice for parents and community members</w:t>
      </w:r>
      <w:r/>
    </w:p>
    <w:p>
      <w:r/>
      <w:r>
        <w:t>If you’re a parent or guardian weighing what this means, ask concrete questions: what policies protect LGBTQ+ students, how is staff trained to handle bias incidents, and where can students find confidential support? Visit the school's equity and belonging pages and ask for specifics about programs and reporting mechanisms. Small symbols matter, but they should be backed by action that students can rely on every day.</w:t>
      </w:r>
      <w:r/>
    </w:p>
    <w:p>
      <w:r/>
      <w:r>
        <w:t>It's a small change with outsized feelings , and a useful prompt to look at what inclusion really means in your school.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0">
        <w:r>
          <w:rPr>
            <w:color w:val="0000EE"/>
            <w:u w:val="single"/>
          </w:rPr>
          <w:t>[4]</w:t>
        </w:r>
      </w:hyperlink>
      <w:r>
        <w:t xml:space="preserve">- Paragraph 3: </w:t>
      </w:r>
      <w:hyperlink r:id="rId9">
        <w:r>
          <w:rPr>
            <w:color w:val="0000EE"/>
            <w:u w:val="single"/>
          </w:rPr>
          <w:t>[2]</w:t>
        </w:r>
      </w:hyperlink>
      <w:r>
        <w:t xml:space="preserve">, </w:t>
      </w:r>
      <w:hyperlink r:id="rId10">
        <w:r>
          <w:rPr>
            <w:color w:val="0000EE"/>
            <w:u w:val="single"/>
          </w:rPr>
          <w:t>[4]</w:t>
        </w:r>
      </w:hyperlink>
      <w:r>
        <w:t xml:space="preserve">- Paragraph 4: </w:t>
      </w:r>
      <w:hyperlink r:id="rId12">
        <w:r>
          <w:rPr>
            <w:color w:val="0000EE"/>
            <w:u w:val="single"/>
          </w:rPr>
          <w:t>[6]</w:t>
        </w:r>
      </w:hyperlink>
      <w:r>
        <w:t xml:space="preserve">, </w:t>
      </w:r>
      <w:hyperlink r:id="rId13">
        <w:r>
          <w:rPr>
            <w:color w:val="0000EE"/>
            <w:u w:val="single"/>
          </w:rPr>
          <w:t>[7]</w:t>
        </w:r>
      </w:hyperlink>
      <w:r>
        <w:t xml:space="preserve">- Paragraph 5: </w:t>
      </w:r>
      <w:hyperlink r:id="rId10">
        <w:r>
          <w:rPr>
            <w:color w:val="0000EE"/>
            <w:u w:val="single"/>
          </w:rPr>
          <w:t>[4]</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https://abc7news.com/post/oaklands-catholic-bishop-odowd-high-school-replaces-pride-flags-new-symbol-sparking-mixed-reactions/19645130/</w:t>
        </w:r>
      </w:hyperlink>
      <w:r>
        <w:t xml:space="preserve"> - Please view link - unable to able to access data</w:t>
      </w:r>
      <w:r/>
    </w:p>
    <w:p>
      <w:pPr>
        <w:pStyle w:val="ListNumber"/>
        <w:spacing w:line="240" w:lineRule="auto"/>
        <w:ind w:left="720"/>
      </w:pPr>
      <w:r/>
      <w:hyperlink r:id="rId9">
        <w:r>
          <w:rPr>
            <w:color w:val="0000EE"/>
            <w:u w:val="single"/>
          </w:rPr>
          <w:t>https://abc7news.com/post/oaklands-catholic-bishop-odowd-high-school-replaces-pride-flags-new-symbol-sparking-mixed-reactions/19645130/</w:t>
        </w:r>
      </w:hyperlink>
      <w:r>
        <w:t xml:space="preserve"> - Bishop O'Dowd High School in Oakland has decided to remove Pride flags from classrooms for the upcoming school year, replacing them with a new 'Inclusive O' symbol featuring the school's logo filled with rainbow watercolors. This change has sparked mixed reactions among parents and staff. Some parents, like Mujinga Mwamufiya, expressed concern, noting that their children, who identify with the Pride flag, feel conflicted about the new symbol. The school's president stated that the decision was made after Pride flags became 'a lightning rod within our own community.'</w:t>
      </w:r>
      <w:r/>
    </w:p>
    <w:p>
      <w:pPr>
        <w:pStyle w:val="ListNumber"/>
        <w:spacing w:line="240" w:lineRule="auto"/>
        <w:ind w:left="720"/>
      </w:pPr>
      <w:r/>
      <w:hyperlink r:id="rId11">
        <w:r>
          <w:rPr>
            <w:color w:val="0000EE"/>
            <w:u w:val="single"/>
          </w:rPr>
          <w:t>https://www.bishopodowd.org/</w:t>
        </w:r>
      </w:hyperlink>
      <w:r>
        <w:t xml:space="preserve"> - Bishop O'Dowd High School is a Catholic, co-educational, college preparatory institution in Oakland, California. Guided by the teachings of Jesus Christ, the school educates a diverse student body to build a more just, joyful, and sustainable world. The school's mission emphasizes finding God in all things, embracing diversity, and promoting social justice. The 20-acre campus offers a panoramic view of the San Francisco Bay and hosts facilities like the Center for Environmental Studies and the Bishop John S. Cummins Center.</w:t>
      </w:r>
      <w:r/>
    </w:p>
    <w:p>
      <w:pPr>
        <w:pStyle w:val="ListNumber"/>
        <w:spacing w:line="240" w:lineRule="auto"/>
        <w:ind w:left="720"/>
      </w:pPr>
      <w:r/>
      <w:hyperlink r:id="rId10">
        <w:r>
          <w:rPr>
            <w:color w:val="0000EE"/>
            <w:u w:val="single"/>
          </w:rPr>
          <w:t>https://www.bishopodowd.org/equity-and-belonging</w:t>
        </w:r>
      </w:hyperlink>
      <w:r>
        <w:t xml:space="preserve"> - Bishop O'Dowd High School's Equity &amp; Belonging initiative aims to create a culture that honours and celebrates the dignity of every human being. The school recognises the inherent dignity of all humans and strives to understand and respond to the real-world experiences of its community. The mission is to treat each other with love and compassion, envisioning community in diversity. The student body represents a rich diversity of races, ethnicities, religions, socio-economic backgrounds, traditions, cultures, learning styles, family compositions, and geographies.</w:t>
      </w:r>
      <w:r/>
    </w:p>
    <w:p>
      <w:pPr>
        <w:pStyle w:val="ListNumber"/>
        <w:spacing w:line="240" w:lineRule="auto"/>
        <w:ind w:left="720"/>
      </w:pPr>
      <w:r/>
      <w:hyperlink r:id="rId14">
        <w:r>
          <w:rPr>
            <w:color w:val="0000EE"/>
            <w:u w:val="single"/>
          </w:rPr>
          <w:t>https://www.bishopodowd.org/community-faith</w:t>
        </w:r>
      </w:hyperlink>
      <w:r>
        <w:t xml:space="preserve"> - Deeply grounded in the Catholic faith, Bishop O'Dowd High School unites its diverse student body in the values of love, justice, and peace. The school offers joyful Masses, inspiring retreats, and a long tradition of engaged service learning. These opportunities create a place of belonging for everyone and encourage students to use their voices to build a more equitable, connected world. The student-led Campus Ministry Team guides the community to explore all dimensions of the Catholic faith, shaping morning prayer, liturgies, and Masses that reflect on Gospel values.</w:t>
      </w:r>
      <w:r/>
    </w:p>
    <w:p>
      <w:pPr>
        <w:pStyle w:val="ListNumber"/>
        <w:spacing w:line="240" w:lineRule="auto"/>
        <w:ind w:left="720"/>
      </w:pPr>
      <w:r/>
      <w:hyperlink r:id="rId12">
        <w:r>
          <w:rPr>
            <w:color w:val="0000EE"/>
            <w:u w:val="single"/>
          </w:rPr>
          <w:t>https://www.insidehighered.com/news/quick-takes/2026/03/19/faculty-outraged-after-bu-removes-pride-flags-windows</w:t>
        </w:r>
      </w:hyperlink>
      <w:r>
        <w:t xml:space="preserve"> - Boston University removed Pride flags from several campus windows during spring break, sparking outrage among faculty. The flags were hanging in the Women’s, Gender and Sexuality Studies Department offices and in two different professors’ offices. Nathan Phillips, one of the professors, found his rainbow flag folded up on a chair with a note stating it had been removed 'per university police' because it violated a campus policy prohibiting signs, posters, or flags displayed through outward-facing windows or doors.</w:t>
      </w:r>
      <w:r/>
    </w:p>
    <w:p>
      <w:pPr>
        <w:pStyle w:val="ListNumber"/>
        <w:spacing w:line="240" w:lineRule="auto"/>
        <w:ind w:left="720"/>
      </w:pPr>
      <w:r/>
      <w:hyperlink r:id="rId13">
        <w:r>
          <w:rPr>
            <w:color w:val="0000EE"/>
            <w:u w:val="single"/>
          </w:rPr>
          <w:t>https://www.boston.com/news/local-news/2026/03/25/it-felt-like-a-gut-punch-pride-flags-removed-from-bu-offices-ignite-free-speech-inclusion-debate/</w:t>
        </w:r>
      </w:hyperlink>
      <w:r>
        <w:t xml:space="preserve"> - The removal of Pride flags from Boston University offices has ignited a debate over free speech and inclusion. Faculty and students are challenging the university's enforcement of a 'content-neutral' signage policy, arguing that it undermines free expression. The flags had been displayed in the Women’s, Gender, and Sexuality Studies offices, as well as in professors' offices. Their removal has sparked renewed discussions about institutional policies and LGBTQ+ visibility on campus.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bc7news.com/post/oaklands-catholic-bishop-odowd-high-school-replaces-pride-flags-new-symbol-sparking-mixed-reactions/19645130/" TargetMode="External"/><Relationship Id="rId10" Type="http://schemas.openxmlformats.org/officeDocument/2006/relationships/hyperlink" Target="https://www.bishopodowd.org/equity-and-belonging" TargetMode="External"/><Relationship Id="rId11" Type="http://schemas.openxmlformats.org/officeDocument/2006/relationships/hyperlink" Target="https://www.bishopodowd.org/" TargetMode="External"/><Relationship Id="rId12" Type="http://schemas.openxmlformats.org/officeDocument/2006/relationships/hyperlink" Target="https://www.insidehighered.com/news/quick-takes/2026/03/19/faculty-outraged-after-bu-removes-pride-flags-windows" TargetMode="External"/><Relationship Id="rId13" Type="http://schemas.openxmlformats.org/officeDocument/2006/relationships/hyperlink" Target="https://www.boston.com/news/local-news/2026/03/25/it-felt-like-a-gut-punch-pride-flags-removed-from-bu-offices-ignite-free-speech-inclusion-debate/" TargetMode="External"/><Relationship Id="rId14" Type="http://schemas.openxmlformats.org/officeDocument/2006/relationships/hyperlink" Target="https://www.bishopodowd.org/community-fai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