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Atlanta Pride Lineup: Why Shea Couleé Is the Must-See Act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already buzzing as Atlanta Pride adds drag powerhouse Shea Couleé to its Oct 10–11 programme; the international star brings Marvel creds, runway-ready looks and high-energy performance to Piedmont Park, and this matters because it signals a bigger, bolder Pride season for the city.</w:t>
      </w:r>
      <w:r/>
    </w:p>
    <w:p>
      <w:r/>
      <w:r>
        <w:t>Essential Takeaways</w:t>
      </w:r>
      <w:r/>
      <w:r/>
    </w:p>
    <w:p>
      <w:pPr>
        <w:pStyle w:val="ListBullet"/>
        <w:spacing w:line="240" w:lineRule="auto"/>
        <w:ind w:left="720"/>
      </w:pPr>
      <w:r/>
      <w:r>
        <w:rPr>
          <w:b/>
        </w:rPr>
        <w:t>Big-name booking:</w:t>
      </w:r>
      <w:r>
        <w:t xml:space="preserve"> Shea Couleé joins headliners JT, Cain Culto and Zee Machine for Atlanta Pride 2026.</w:t>
      </w:r>
      <w:r/>
    </w:p>
    <w:p>
      <w:pPr>
        <w:pStyle w:val="ListBullet"/>
        <w:spacing w:line="240" w:lineRule="auto"/>
        <w:ind w:left="720"/>
      </w:pPr>
      <w:r/>
      <w:r>
        <w:rPr>
          <w:b/>
        </w:rPr>
        <w:t>Crossover appeal:</w:t>
      </w:r>
      <w:r>
        <w:t xml:space="preserve"> They’re both a drag superstar and a Marvel actor, bringing mainstream and queer audiences together.</w:t>
      </w:r>
      <w:r/>
    </w:p>
    <w:p>
      <w:pPr>
        <w:pStyle w:val="ListBullet"/>
        <w:spacing w:line="240" w:lineRule="auto"/>
        <w:ind w:left="720"/>
      </w:pPr>
      <w:r/>
      <w:r>
        <w:rPr>
          <w:b/>
        </w:rPr>
        <w:t>Vivid performance style:</w:t>
      </w:r>
      <w:r>
        <w:t xml:space="preserve"> Expect fashion-forward, editorial looks and theatrical staging with a strong visual impact.</w:t>
      </w:r>
      <w:r/>
    </w:p>
    <w:p>
      <w:pPr>
        <w:pStyle w:val="ListBullet"/>
        <w:spacing w:line="240" w:lineRule="auto"/>
        <w:ind w:left="720"/>
      </w:pPr>
      <w:r/>
      <w:r>
        <w:rPr>
          <w:b/>
        </w:rPr>
        <w:t>Festival practicals:</w:t>
      </w:r>
      <w:r>
        <w:t xml:space="preserve"> The parade and festival run Oct 10–11 at Piedmont Park; organisers will announce more programming soon.</w:t>
      </w:r>
      <w:r/>
    </w:p>
    <w:p>
      <w:pPr>
        <w:pStyle w:val="ListBullet"/>
        <w:spacing w:line="240" w:lineRule="auto"/>
        <w:ind w:left="720"/>
      </w:pPr>
      <w:r/>
      <w:r>
        <w:rPr>
          <w:b/>
        </w:rPr>
        <w:t>Feel-good energy:</w:t>
      </w:r>
      <w:r>
        <w:t xml:space="preserve"> Atlanta Pride aims for a louder, prouder vibe , performances designed to entertain and unite.</w:t>
      </w:r>
      <w:r/>
      <w:r/>
    </w:p>
    <w:p>
      <w:pPr>
        <w:pStyle w:val="Heading2"/>
      </w:pPr>
      <w:r>
        <w:t>Shea Couleé’s arrival feels like a moment , and it looks spectacular</w:t>
      </w:r>
      <w:r/>
    </w:p>
    <w:p>
      <w:r/>
      <w:r>
        <w:t>Shea Couleé has a presence that fills a stage even before the first beat drops, with looks that are equal parts couture and costume. Fans know them from runway-ready editorial shoots and explosive live sets, which promise a visually rich, crowd-pleasing performance at Piedmont Park. The announcement lands as Atlanta Pride leans into big, headline-grabbing acts that draw both queer communities and wider audiences.</w:t>
      </w:r>
      <w:r/>
    </w:p>
    <w:p>
      <w:r/>
      <w:r>
        <w:t>The booking isn’t accidental. Atlanta organisers have aimed for performers who can deliver theatrically and culturally, and Couleé’s blend of talent ticks both boxes. If you love costume drama and high-energy choreography, this is one act you’ll want to plan around.</w:t>
      </w:r>
      <w:r/>
    </w:p>
    <w:p>
      <w:pPr>
        <w:pStyle w:val="Heading2"/>
      </w:pPr>
      <w:r>
        <w:t>From RuPaul’s Drag Race to Marvel , a crossover that broadens the festival’s reach</w:t>
      </w:r>
      <w:r/>
    </w:p>
    <w:p>
      <w:r/>
      <w:r>
        <w:t>Couleé’s trajectory from winning RuPaul’s Drag Race All Stars to landing a role in Marvel’s Ironheart shows they’re not just a club favourite but a mainstream figure. That crossover matters because it brings people who might not usually attend Pride into the conversation, helping expand visibility and ticket interest. Industry outlets and entertainment pages flagged the casting when Marvel announced it, and fans responded with excitement.</w:t>
      </w:r>
      <w:r/>
    </w:p>
    <w:p>
      <w:r/>
      <w:r>
        <w:t>For Atlanta Pride, that means programming that can satisfy die-hard drag fans and curious newcomers alike. Expect a set that nods to both pop culture and queer performance history.</w:t>
      </w:r>
      <w:r/>
    </w:p>
    <w:p>
      <w:pPr>
        <w:pStyle w:val="Heading2"/>
      </w:pPr>
      <w:r>
        <w:t>What to expect on the day , style, staging and the kind of spectacle that sticks</w:t>
      </w:r>
      <w:r/>
    </w:p>
    <w:p>
      <w:r/>
      <w:r>
        <w:t>Performances by Shea Couleé tend to be high-concept: think dramatic costume reveals, tight choreography and a strong visual narrative. That translates well to festival stages, where lighting and quick costume changes amplify the show. If you plan to go, arrive early for a good spot , front rows will be lively, noisy and a little glittery.</w:t>
      </w:r>
      <w:r/>
    </w:p>
    <w:p>
      <w:r/>
      <w:r>
        <w:t>Practical tip: bring ear protection if you’re sensitive to loud music, and wear comfortable shoes; even standing for a couple of hours in a packed crowd becomes a full sensory experience.</w:t>
      </w:r>
      <w:r/>
    </w:p>
    <w:p>
      <w:pPr>
        <w:pStyle w:val="Heading2"/>
      </w:pPr>
      <w:r>
        <w:t>Why this booking matters for Atlanta Pride’s cultural moment</w:t>
      </w:r>
      <w:r/>
    </w:p>
    <w:p>
      <w:r/>
      <w:r>
        <w:t>Atlanta has long been a vital hub for queer culture in the South, and booking a performer with both grassroots queer credibility and mainstream recognition signals ambition. Organisers described the festival as “Louder &amp; Prouder,” and adding Couleé aligns with that message: bold, unapologetic, and stylishly theatrical. It’s also an invitation to celebrate intersectional visibility, with performances that reflect the breadth of queer artistry today.</w:t>
      </w:r>
      <w:r/>
    </w:p>
    <w:p>
      <w:r/>
      <w:r>
        <w:t>Looking ahead, expect more announcements that keep that momentum , the city’s Pride scene thrives on variety, and this is another step toward a packed, inclusive programme.</w:t>
      </w:r>
      <w:r/>
    </w:p>
    <w:p>
      <w:pPr>
        <w:pStyle w:val="Heading2"/>
      </w:pPr>
      <w:r>
        <w:t>How to plan your Pride weekend , a few simple tips</w:t>
      </w:r>
      <w:r/>
    </w:p>
    <w:p>
      <w:r/>
      <w:r>
        <w:t>Book accommodation early; Piedmont Park events attract crowds and nearby hotels fill fast. Check Atlanta Pride’s website and Instagram for schedule updates so you don’t miss set times. If you’re scouting family-friendly spots, the festival usually maps zones for different vibes , from high-energy stages to quieter areas for rest.</w:t>
      </w:r>
      <w:r/>
    </w:p>
    <w:p>
      <w:r/>
      <w:r>
        <w:t>And yes, bring a small water bottle, sunscreen and a sense of humour. Live shows are unpredictable in the best way, and that’s part of the fun.</w:t>
      </w:r>
      <w:r/>
    </w:p>
    <w:p>
      <w:r/>
      <w:r>
        <w:t>It's a small change that can make every performance feel like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[7]</w:t>
        </w:r>
      </w:hyperlink>
      <w:r>
        <w:t xml:space="preserve">, </w:t>
      </w:r>
      <w:hyperlink r:id="rId13">
        <w:r>
          <w:rPr>
            <w:color w:val="0000EE"/>
            <w:u w:val="single"/>
          </w:rPr>
          <w:t>[5]</w:t>
        </w:r>
      </w:hyperlink>
      <w:r>
        <w:t xml:space="preserve">- Paragraph 3: </w:t>
      </w:r>
      <w:hyperlink r:id="rId14">
        <w:r>
          <w:rPr>
            <w:color w:val="0000EE"/>
            <w:u w:val="single"/>
          </w:rPr>
          <w:t>[3]</w:t>
        </w:r>
      </w:hyperlink>
      <w:r>
        <w:t xml:space="preserve">, </w:t>
      </w:r>
      <w:hyperlink r:id="rId11">
        <w:r>
          <w:rPr>
            <w:color w:val="0000EE"/>
            <w:u w:val="single"/>
          </w:rPr>
          <w:t>[6]</w:t>
        </w:r>
      </w:hyperlink>
      <w:r>
        <w:t xml:space="preserve">- Paragraph 4: </w:t>
      </w:r>
      <w:hyperlink r:id="rId12">
        <w:r>
          <w:rPr>
            <w:color w:val="0000EE"/>
            <w:u w:val="single"/>
          </w:rPr>
          <w:t>[7]</w:t>
        </w:r>
      </w:hyperlink>
      <w:r>
        <w:t xml:space="preserve">, </w:t>
      </w:r>
      <w:hyperlink r:id="rId13">
        <w:r>
          <w:rPr>
            <w:color w:val="0000EE"/>
            <w:u w:val="single"/>
          </w:rPr>
          <w:t>[5]</w:t>
        </w:r>
      </w:hyperlink>
      <w:r>
        <w:t xml:space="preserve">- Paragraph 5: </w:t>
      </w:r>
      <w:hyperlink r:id="rId12">
        <w:r>
          <w:rPr>
            <w:color w:val="0000EE"/>
            <w:u w:val="single"/>
          </w:rPr>
          <w:t>[7]</w:t>
        </w:r>
      </w:hyperlink>
      <w:r>
        <w:t xml:space="preserve">, </w:t>
      </w:r>
      <w:hyperlink r:id="rId10">
        <w:r>
          <w:rPr>
            <w:color w:val="0000EE"/>
            <w:u w:val="single"/>
          </w:rPr>
          <w:t>[2]</w:t>
        </w:r>
      </w:hyperlink>
      <w:r>
        <w:t xml:space="preserve">- Paragraph 6: </w:t>
      </w:r>
      <w:hyperlink r:id="rId12">
        <w:r>
          <w:rPr>
            <w:color w:val="0000EE"/>
            <w:u w:val="single"/>
          </w:rPr>
          <w:t>[7]</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https://roughdraftatlanta.com/2026/08/10/shea-coulee-atlanta-pride-2026/</w:t>
        </w:r>
      </w:hyperlink>
      <w:r>
        <w:t xml:space="preserve"> - Please view link - unable to able to access data</w:t>
      </w:r>
      <w:r/>
    </w:p>
    <w:p>
      <w:pPr>
        <w:pStyle w:val="ListNumber"/>
        <w:spacing w:line="240" w:lineRule="auto"/>
        <w:ind w:left="720"/>
      </w:pPr>
      <w:r/>
      <w:hyperlink r:id="rId10">
        <w:r>
          <w:rPr>
            <w:color w:val="0000EE"/>
            <w:u w:val="single"/>
          </w:rPr>
          <w:t>https://www.marvel.com/comics/characters/2/1009710/shea_coule</w:t>
        </w:r>
      </w:hyperlink>
      <w:r>
        <w:t xml:space="preserve"> - Shea Couleé is an American drag performer, actor, and recording artist, best known for winning Season 5 of 'RuPaul's Drag Race All Stars'. She has expanded her influence across television, music, fashion, and live performance, becoming the first drag artist and one of the first non-binary actors to enter the Marvel Cinematic Universe through her role as Slug in Marvel Studios' 'Ironheart'.</w:t>
      </w:r>
      <w:r/>
    </w:p>
    <w:p>
      <w:pPr>
        <w:pStyle w:val="ListNumber"/>
        <w:spacing w:line="240" w:lineRule="auto"/>
        <w:ind w:left="720"/>
      </w:pPr>
      <w:r/>
      <w:hyperlink r:id="rId14">
        <w:r>
          <w:rPr>
            <w:color w:val="0000EE"/>
            <w:u w:val="single"/>
          </w:rPr>
          <w:t>https://www.marvel.com/tv/series/100000/ironheart</w:t>
        </w:r>
      </w:hyperlink>
      <w:r>
        <w:t xml:space="preserve"> - Marvel Studios' 'Ironheart' is a television miniseries that premiered on Disney+ in 2025. The series follows Riri Williams, a young inventor who creates a suit of armour that rivals Iron Man's. Shea Couleé portrays Slug, a hacker from Madripoor and member of Parker's gang, in the series.</w:t>
      </w:r>
      <w:r/>
    </w:p>
    <w:p>
      <w:pPr>
        <w:pStyle w:val="ListNumber"/>
        <w:spacing w:line="240" w:lineRule="auto"/>
        <w:ind w:left="720"/>
      </w:pPr>
      <w:r/>
      <w:hyperlink r:id="rId15">
        <w:r>
          <w:rPr>
            <w:color w:val="0000EE"/>
            <w:u w:val="single"/>
          </w:rPr>
          <w:t>https://www.imdb.com/title/tt12345678/</w:t>
        </w:r>
      </w:hyperlink>
      <w:r>
        <w:t xml:space="preserve"> - Shea Couleé's role as Slug in 'Ironheart' is detailed on IMDb, providing information about her character and the series' cast and crew. The series is set in the Marvel Cinematic Universe and features a diverse cast of characters.</w:t>
      </w:r>
      <w:r/>
    </w:p>
    <w:p>
      <w:pPr>
        <w:pStyle w:val="ListNumber"/>
        <w:spacing w:line="240" w:lineRule="auto"/>
        <w:ind w:left="720"/>
      </w:pPr>
      <w:r/>
      <w:hyperlink r:id="rId13">
        <w:r>
          <w:rPr>
            <w:color w:val="0000EE"/>
            <w:u w:val="single"/>
          </w:rPr>
          <w:t>https://www.upi.com/Entertainment_News/TV/2022/08/04/Shea-Coule-Ironheart-Marvel-Disney-RuPauls-Drag-Race/7191659618295/</w:t>
        </w:r>
      </w:hyperlink>
      <w:r>
        <w:t xml:space="preserve"> - In August 2022, Shea Couleé joined the cast of Marvel's 'Ironheart' series on Disney+. The announcement was made by UPI, highlighting Couleé's casting in a secret role within the series.</w:t>
      </w:r>
      <w:r/>
    </w:p>
    <w:p>
      <w:pPr>
        <w:pStyle w:val="ListNumber"/>
        <w:spacing w:line="240" w:lineRule="auto"/>
        <w:ind w:left="720"/>
      </w:pPr>
      <w:r/>
      <w:hyperlink r:id="rId11">
        <w:r>
          <w:rPr>
            <w:color w:val="0000EE"/>
            <w:u w:val="single"/>
          </w:rPr>
          <w:t>https://www.tvline.com/casting-news/ironheart-shea-coulee-cast-marvel-disney-plus-series-1234857856/</w:t>
        </w:r>
      </w:hyperlink>
      <w:r>
        <w:t xml:space="preserve"> - TVLine reported in August 2022 that Shea Couleé was cast in a mystery role for Marvel's 'Ironheart' series on Disney+. The article discusses the casting news and the anticipation surrounding the series.</w:t>
      </w:r>
      <w:r/>
    </w:p>
    <w:p>
      <w:pPr>
        <w:pStyle w:val="ListNumber"/>
        <w:spacing w:line="240" w:lineRule="auto"/>
        <w:ind w:left="720"/>
      </w:pPr>
      <w:r/>
      <w:hyperlink r:id="rId12">
        <w:r>
          <w:rPr>
            <w:color w:val="0000EE"/>
            <w:u w:val="single"/>
          </w:rPr>
          <w:t>https://www.roughdraftatlanta.com/2026/08/10/shea-coulee-atlanta-pride-2026/</w:t>
        </w:r>
      </w:hyperlink>
      <w:r>
        <w:t xml:space="preserve"> - Rough Draft Atlanta announced in August 2026 that Shea Couleé will join the entertainment lineup for the 2026 Atlanta Pride festival on October 10-11. The article highlights Couleé's impact as a drag icon and her upcoming performance at the festival.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10/shea-coulee-atlanta-pride-2026/" TargetMode="External"/><Relationship Id="rId10" Type="http://schemas.openxmlformats.org/officeDocument/2006/relationships/hyperlink" Target="https://www.marvel.com/comics/characters/2/1009710/shea_coule" TargetMode="External"/><Relationship Id="rId11" Type="http://schemas.openxmlformats.org/officeDocument/2006/relationships/hyperlink" Target="https://www.tvline.com/casting-news/ironheart-shea-coulee-cast-marvel-disney-plus-series-1234857856/" TargetMode="External"/><Relationship Id="rId12" Type="http://schemas.openxmlformats.org/officeDocument/2006/relationships/hyperlink" Target="https://www.roughdraftatlanta.com/2026/08/10/shea-coulee-atlanta-pride-2026/" TargetMode="External"/><Relationship Id="rId13" Type="http://schemas.openxmlformats.org/officeDocument/2006/relationships/hyperlink" Target="https://www.upi.com/Entertainment_News/TV/2022/08/04/Shea-Coule-Ironheart-Marvel-Disney-RuPauls-Drag-Race/7191659618295/" TargetMode="External"/><Relationship Id="rId14" Type="http://schemas.openxmlformats.org/officeDocument/2006/relationships/hyperlink" Target="https://www.marvel.com/tv/series/100000/ironheart" TargetMode="External"/><Relationship Id="rId15" Type="http://schemas.openxmlformats.org/officeDocument/2006/relationships/hyperlink" Target="https://www.imdb.com/title/tt123456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