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West London Queer Project Street Party Guide: Free Community Birthday Bash in Chiswick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with neighbours and newcomers at WLQP’s sixth birthday street party in Chiswick , a free, family-friendly day of live music, stalls, food and community spirit on Sunday 30 August 2026. Everyone’s invited, whether you’re LGBTQ+, an ally or just curious.</w:t>
      </w:r>
      <w:r/>
    </w:p>
    <w:p>
      <w:r/>
      <w:r>
        <w:t>Essential Takeaways</w:t>
      </w:r>
      <w:r/>
      <w:r/>
    </w:p>
    <w:p>
      <w:pPr>
        <w:pStyle w:val="ListBullet"/>
        <w:spacing w:line="240" w:lineRule="auto"/>
        <w:ind w:left="720"/>
      </w:pPr>
      <w:r/>
      <w:r>
        <w:rPr>
          <w:b/>
        </w:rPr>
        <w:t>When and where:</w:t>
      </w:r>
      <w:r>
        <w:t xml:space="preserve"> Sunday 30 August 2026, Old Market Place, Chiswick (W4), 12pm–9pm, with family hours 12–2pm. </w:t>
      </w:r>
      <w:r/>
    </w:p>
    <w:p>
      <w:pPr>
        <w:pStyle w:val="ListBullet"/>
        <w:spacing w:line="240" w:lineRule="auto"/>
        <w:ind w:left="720"/>
      </w:pPr>
      <w:r/>
      <w:r>
        <w:rPr>
          <w:b/>
        </w:rPr>
        <w:t>Free to attend:</w:t>
      </w:r>
      <w:r>
        <w:t xml:space="preserve"> No ticket needed; voluntary donations welcome to support WLQP’s year-round work. </w:t>
      </w:r>
      <w:r/>
    </w:p>
    <w:p>
      <w:pPr>
        <w:pStyle w:val="ListBullet"/>
        <w:spacing w:line="240" w:lineRule="auto"/>
        <w:ind w:left="720"/>
      </w:pPr>
      <w:r/>
      <w:r>
        <w:rPr>
          <w:b/>
        </w:rPr>
        <w:t>What to expect:</w:t>
      </w:r>
      <w:r>
        <w:t xml:space="preserve"> Live entertainment, community and business stalls, food vendors, kids’ activities and an official evening After Party. </w:t>
      </w:r>
      <w:r/>
    </w:p>
    <w:p>
      <w:pPr>
        <w:pStyle w:val="ListBullet"/>
        <w:spacing w:line="240" w:lineRule="auto"/>
        <w:ind w:left="720"/>
      </w:pPr>
      <w:r/>
      <w:r>
        <w:rPr>
          <w:b/>
        </w:rPr>
        <w:t>Scale and reach:</w:t>
      </w:r>
      <w:r>
        <w:t xml:space="preserve"> WLQP supports over 5,000 members and runs 200+ activities annually; last year’s street party drew 4,000 people. </w:t>
      </w:r>
      <w:r/>
    </w:p>
    <w:p>
      <w:pPr>
        <w:pStyle w:val="ListBullet"/>
        <w:spacing w:line="240" w:lineRule="auto"/>
        <w:ind w:left="720"/>
      </w:pPr>
      <w:r/>
      <w:r>
        <w:rPr>
          <w:b/>
        </w:rPr>
        <w:t>Who’s behind it:</w:t>
      </w:r>
      <w:r>
        <w:t xml:space="preserve"> Organised by West London Queer Project , local-led, grown since 2020 into one of the UK’s largest LGBTQ+ community groups.</w:t>
      </w:r>
      <w:r/>
      <w:r/>
    </w:p>
    <w:p>
      <w:pPr>
        <w:pStyle w:val="Heading2"/>
      </w:pPr>
      <w:r>
        <w:t>A bright, inclusive day out , what the street party feels like</w:t>
      </w:r>
      <w:r/>
    </w:p>
    <w:p>
      <w:r/>
      <w:r>
        <w:t>Think bunting, music and a warm, bustling crowd , the kind of neighbourhood event that smells of street food and summer glue. According to WLQP, the party is their thank-you to the community, and you can feel that in the programme: family-friendly slots early on, then a full-on community celebration through the afternoon and evening. Expect a lively, accessible atmosphere where cost isn’t a barrier and kindness is part of the layout.</w:t>
      </w:r>
      <w:r/>
    </w:p>
    <w:p>
      <w:r/>
      <w:r>
        <w:t>The event’s sensory details matter , there’ll be live performances, kids’ games and the low hum of conversations around stall tables. If you loved last year’s energy, organisers are hoping for an even bigger turnout, so arrive early if you want a front-row spot for performances.</w:t>
      </w:r>
      <w:r/>
    </w:p>
    <w:p>
      <w:pPr>
        <w:pStyle w:val="Heading2"/>
      </w:pPr>
      <w:r>
        <w:t>How WLQP grew from a local start-up to a cornerstone of west London life</w:t>
      </w:r>
      <w:r/>
    </w:p>
    <w:p>
      <w:r/>
      <w:r>
        <w:t>WLQP launched in 2020 and has expanded fast, offering hundreds of activities a year and supporting thousands of members. Its growth mirrors a wider trend: community groups filling gaps left by other institutions, offering sports, wellness, culture and advocacy under one roof. The street party is both celebration and proof of concept , a public demonstration of how grassroots organising builds lasting networks.</w:t>
      </w:r>
      <w:r/>
    </w:p>
    <w:p>
      <w:r/>
      <w:r>
        <w:t>For locals, that expansion means more events to join and more volunteer opportunities. If you’re new to the area or want to plug into volunteering, the party is a low-pressure way to meet people and find out what WLQP does week by week.</w:t>
      </w:r>
      <w:r/>
    </w:p>
    <w:p>
      <w:pPr>
        <w:pStyle w:val="Heading2"/>
      </w:pPr>
      <w:r>
        <w:t>What to plan for the day , practical tips</w:t>
      </w:r>
      <w:r/>
    </w:p>
    <w:p>
      <w:r/>
      <w:r>
        <w:t>Bring cash and a light coat, just in case , while stalls will take cards, small vendors sometimes prefer notes, and London weather is famously changeable. Arrive during the 12–2pm family window if you have children or prefer a gentler pace; later hours are livelier and lead into the official After Party.</w:t>
      </w:r>
      <w:r/>
    </w:p>
    <w:p>
      <w:r/>
      <w:r>
        <w:t>If you want to support WLQP, a voluntary donation at the event helps keep activities running through the year. Local businesses and volunteers are encouraged to get involved, so small enterprises should consider pitching a stall or sponsoring an activity if they can.</w:t>
      </w:r>
      <w:r/>
    </w:p>
    <w:p>
      <w:pPr>
        <w:pStyle w:val="Heading2"/>
      </w:pPr>
      <w:r>
        <w:t>What the party means for Chiswick and local culture</w:t>
      </w:r>
      <w:r/>
    </w:p>
    <w:p>
      <w:r/>
      <w:r>
        <w:t>Community events like this change how people think about their high streets , not just retail corridors but places for connection. WLQP’s Street Party brings footfall to local traders, raises the profile of LGBTQ+ services and creates a visible, celebratory space for diversity. That has ripple effects: more inclusive local programming, increased volunteerism and a stronger sense of belonging.</w:t>
      </w:r>
      <w:r/>
    </w:p>
    <w:p>
      <w:r/>
      <w:r>
        <w:t>Organisers say the event is about giving back and celebrating friendships formed over six years. It’s also a gentle reminder that visibility and access can coexist with everyday neighbourhood life.</w:t>
      </w:r>
      <w:r/>
    </w:p>
    <w:p>
      <w:pPr>
        <w:pStyle w:val="Heading2"/>
      </w:pPr>
      <w:r>
        <w:t>After Party and late-night plans</w:t>
      </w:r>
      <w:r/>
    </w:p>
    <w:p>
      <w:r/>
      <w:r>
        <w:t>If you want to continue the celebrations, the official After Party rounds off the evening. Expect music, friendly queues and a late-night vibe that still feels like a neighbourhood reunion rather than a stacked club night. For those planning to head home afterwards, check transport options in advance , tube and bus services vary on Sundays.</w:t>
      </w:r>
      <w:r/>
    </w:p>
    <w:p>
      <w:r/>
      <w:r>
        <w:t>It’s a small change that can make every neighbour’s summer feel a bit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2">
        <w:r>
          <w:rPr>
            <w:color w:val="0000EE"/>
            <w:u w:val="single"/>
          </w:rPr>
          <w:t>[6]</w:t>
        </w:r>
      </w:hyperlink>
      <w:r>
        <w:t xml:space="preserve">- Paragraph 6: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https://www.qxmagazine.com/2026/08/west-london-queer-project-to-celebrate-sixth-birthday-with-free-community-street-party-in-chiswick-30-august-2026/</w:t>
        </w:r>
      </w:hyperlink>
      <w:r>
        <w:t xml:space="preserve"> - Please view link - unable to able to access data</w:t>
      </w:r>
      <w:r/>
    </w:p>
    <w:p>
      <w:pPr>
        <w:pStyle w:val="ListNumber"/>
        <w:spacing w:line="240" w:lineRule="auto"/>
        <w:ind w:left="720"/>
      </w:pPr>
      <w:r/>
      <w:hyperlink r:id="rId10">
        <w:r>
          <w:rPr>
            <w:color w:val="0000EE"/>
            <w:u w:val="single"/>
          </w:rPr>
          <w:t>https://www.wlqp.org/</w:t>
        </w:r>
      </w:hyperlink>
      <w:r>
        <w:t xml:space="preserve"> - The West London Queer Project (WLQP) is a non-profit Community Interest Company dedicated to connecting, supporting, and giving a voice to LGBTQ+ individuals in West London. Established in 2020, WLQP has grown into one of the UK's largest LGBTQ+ community organisations, supporting over 5,000 members and offering more than 200 activities annually. Their mission includes providing opportunities for LGBTQ+ individuals to connect through sports, wellness, social events, culture, and advocacy. The organisation is hosting its 6th Birthday Street Party on Sunday, 30 August 2026, at Old Market Place in Chiswick, London W4, from 12pm to 9pm, featuring live entertainment, community stalls, family-friendly activities, food, and drink, all celebrating diversity, inclusion, and community spirit.</w:t>
      </w:r>
      <w:r/>
    </w:p>
    <w:p>
      <w:pPr>
        <w:pStyle w:val="ListNumber"/>
        <w:spacing w:line="240" w:lineRule="auto"/>
        <w:ind w:left="720"/>
      </w:pPr>
      <w:r/>
      <w:hyperlink r:id="rId11">
        <w:r>
          <w:rPr>
            <w:color w:val="0000EE"/>
            <w:u w:val="single"/>
          </w:rPr>
          <w:t>https://www.wlqp.org/event-details/save-the-date-6th-birthday-street-party</w:t>
        </w:r>
      </w:hyperlink>
      <w:r>
        <w:t xml:space="preserve"> - WLQP has announced the Save the Date for their 6th Birthday Street Party, scheduled for Sunday, 30 August 2026, from 12:00 to 21:00 in Chiswick, London. The event aims to celebrate six years of community and togetherness, with further details to be provided as the date approaches. The organisation encourages attendees to mark their calendars for this significant occasion.</w:t>
      </w:r>
      <w:r/>
    </w:p>
    <w:p>
      <w:pPr>
        <w:pStyle w:val="ListNumber"/>
        <w:spacing w:line="240" w:lineRule="auto"/>
        <w:ind w:left="720"/>
      </w:pPr>
      <w:r/>
      <w:hyperlink r:id="rId13">
        <w:r>
          <w:rPr>
            <w:color w:val="0000EE"/>
            <w:u w:val="single"/>
          </w:rPr>
          <w:t>https://www.wlqp.org/event-details/wlqps-5th-birthday-street-party-3</w:t>
        </w:r>
      </w:hyperlink>
      <w:r>
        <w:t xml:space="preserve"> - In 2025, WLQP celebrated its 5th Birthday Street Party on Sunday, 31 August, from 12:00 to 21:00 at Old Market Place in Chiswick. The event featured a vibrant programme for families and children, including performances from Pop ‘n Olly and Gnome Theatre, sing-alongs, dance routines, and exciting prizes and giveaways. From 14:00 onwards, the main stage hosted live entertainment with performances by La Voix, X Factor winner Matt Terry, and a lineup of London's top drag artists and vocal talents. Attendees enjoyed street food and drink stalls, cocktail bars, a speed-glam station powered by NYX Professional Makeup, community and artisan stalls, interactive activities, and giveaways throughout the day.</w:t>
      </w:r>
      <w:r/>
    </w:p>
    <w:p>
      <w:pPr>
        <w:pStyle w:val="ListNumber"/>
        <w:spacing w:line="240" w:lineRule="auto"/>
        <w:ind w:left="720"/>
      </w:pPr>
      <w:r/>
      <w:hyperlink r:id="rId14">
        <w:r>
          <w:rPr>
            <w:color w:val="0000EE"/>
            <w:u w:val="single"/>
          </w:rPr>
          <w:t>https://www.qxmagazine.com/event/wlqp-birthday-street-party-after-party/</w:t>
        </w:r>
      </w:hyperlink>
      <w:r>
        <w:t xml:space="preserve"> - Following the 5th Birthday Street Party in 2025, WLQP hosted an After Party in The Boston Room at The George IV Chiswick. The After Party featured a live DJ, performances, merchandise giveaways, and additional surprises, providing continued celebrations into the evening. The event was part of WLQP's commitment to offering a vibrant and inclusive space for the LGBTQ+ community in West London.</w:t>
      </w:r>
      <w:r/>
    </w:p>
    <w:p>
      <w:pPr>
        <w:pStyle w:val="ListNumber"/>
        <w:spacing w:line="240" w:lineRule="auto"/>
        <w:ind w:left="720"/>
      </w:pPr>
      <w:r/>
      <w:hyperlink r:id="rId12">
        <w:r>
          <w:rPr>
            <w:color w:val="0000EE"/>
            <w:u w:val="single"/>
          </w:rPr>
          <w:t>https://chiswickcalendar.co.uk/west-london-queer-project-to-celebrate-fifth-birthday-with-a-street-party/</w:t>
        </w:r>
      </w:hyperlink>
      <w:r>
        <w:t xml:space="preserve"> - In August 2025, WLQP celebrated its fifth birthday with a street party on Sunday, 31 August, from 12:00 to 21:00 at Old Market Place on Chiswick High Road. The event was free and family-friendly, featuring performances for children from Pop ‘n Olly and Gnome Theatre in the early afternoon. WLQP, founded by Aubrey Crawley, is dedicated to supporting West London's LGBTQ+ community through social gatherings, sports teams, walks, seminars, and advocacy.</w:t>
      </w:r>
      <w:r/>
    </w:p>
    <w:p>
      <w:pPr>
        <w:pStyle w:val="ListNumber"/>
        <w:spacing w:line="240" w:lineRule="auto"/>
        <w:ind w:left="720"/>
      </w:pPr>
      <w:r/>
      <w:hyperlink r:id="rId15">
        <w:r>
          <w:rPr>
            <w:color w:val="0000EE"/>
            <w:u w:val="single"/>
          </w:rPr>
          <w:t>https://www.georgeiv.co.uk/whats-on/wlqps-5th-birthday-street-part</w:t>
        </w:r>
      </w:hyperlink>
      <w:r>
        <w:t xml:space="preserve"> - The George IV Chiswick hosted WLQP's 5th Birthday Street Party on Sunday, 31 August 2025, from 12:00 to 21:00 at Old Market Place in Chiswick. The event featured a vibrant programme for families and children, including performances from Pop ‘n Olly and Gnome Theatre, sing-alongs, dance routines, and exciting prizes and giveaways. From 14:00 onwards, the main stage hosted live entertainment with performances by La Voix, X Factor winner Matt Terry, and a lineup of London's top drag artists and vocal talents. Attendees enjoyed street food and drink stalls, cocktail bars, a speed-glam station powered by NYX Professional Makeup, community and artisan stalls, interactive activities, and giveaways throughout the 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xmagazine.com/2026/08/west-london-queer-project-to-celebrate-sixth-birthday-with-free-community-street-party-in-chiswick-30-august-2026/" TargetMode="External"/><Relationship Id="rId10" Type="http://schemas.openxmlformats.org/officeDocument/2006/relationships/hyperlink" Target="https://www.wlqp.org/" TargetMode="External"/><Relationship Id="rId11" Type="http://schemas.openxmlformats.org/officeDocument/2006/relationships/hyperlink" Target="https://www.wlqp.org/event-details/save-the-date-6th-birthday-street-party" TargetMode="External"/><Relationship Id="rId12" Type="http://schemas.openxmlformats.org/officeDocument/2006/relationships/hyperlink" Target="https://chiswickcalendar.co.uk/west-london-queer-project-to-celebrate-fifth-birthday-with-a-street-party/" TargetMode="External"/><Relationship Id="rId13" Type="http://schemas.openxmlformats.org/officeDocument/2006/relationships/hyperlink" Target="https://www.wlqp.org/event-details/wlqps-5th-birthday-street-party-3" TargetMode="External"/><Relationship Id="rId14" Type="http://schemas.openxmlformats.org/officeDocument/2006/relationships/hyperlink" Target="https://www.qxmagazine.com/event/wlqp-birthday-street-party-after-party/" TargetMode="External"/><Relationship Id="rId15" Type="http://schemas.openxmlformats.org/officeDocument/2006/relationships/hyperlink" Target="https://www.georgeiv.co.uk/whats-on/wlqps-5th-birthday-street-pa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