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Schitt’s Creek Changed TV: Why David and Patrick’s Love Mattered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Dan Levy’s quietly radical choice: he gave TV a gay love story that didn’t have to fight for permission to exist, and the result reshaped how audiences imagine queer romance, tenderness and everyday domestic messiness.</w:t>
      </w:r>
      <w:r/>
    </w:p>
    <w:p>
      <w:r/>
      <w:r>
        <w:t>Essential Takeaways</w:t>
      </w:r>
      <w:r/>
      <w:r/>
    </w:p>
    <w:p>
      <w:pPr>
        <w:pStyle w:val="ListBullet"/>
        <w:spacing w:line="240" w:lineRule="auto"/>
        <w:ind w:left="720"/>
      </w:pPr>
      <w:r/>
      <w:r>
        <w:rPr>
          <w:b/>
        </w:rPr>
        <w:t>Deliberate choice:</w:t>
      </w:r>
      <w:r>
        <w:t xml:space="preserve"> Dan Levy intentionally removed homophobia from Schitt’s Creek’s central story so queer love could be shown without being a battleground. </w:t>
      </w:r>
      <w:r/>
    </w:p>
    <w:p>
      <w:pPr>
        <w:pStyle w:val="ListBullet"/>
        <w:spacing w:line="240" w:lineRule="auto"/>
        <w:ind w:left="720"/>
      </w:pPr>
      <w:r/>
      <w:r>
        <w:rPr>
          <w:b/>
        </w:rPr>
        <w:t>Normalised intimacy:</w:t>
      </w:r>
      <w:r>
        <w:t xml:space="preserve"> David and Patrick face ordinary relationship problems, jealousy, insecurity, planning a wedding, not persecution. </w:t>
      </w:r>
      <w:r/>
    </w:p>
    <w:p>
      <w:pPr>
        <w:pStyle w:val="ListBullet"/>
        <w:spacing w:line="240" w:lineRule="auto"/>
        <w:ind w:left="720"/>
      </w:pPr>
      <w:r/>
      <w:r>
        <w:rPr>
          <w:b/>
        </w:rPr>
        <w:t>Representation with depth:</w:t>
      </w:r>
      <w:r>
        <w:t xml:space="preserve"> The show treats sexuality as part of character identity, not the only plot engine; David is pansexual and his identity isn’t dramatized. </w:t>
      </w:r>
      <w:r/>
    </w:p>
    <w:p>
      <w:pPr>
        <w:pStyle w:val="ListBullet"/>
        <w:spacing w:line="240" w:lineRule="auto"/>
        <w:ind w:left="720"/>
      </w:pPr>
      <w:r/>
      <w:r>
        <w:rPr>
          <w:b/>
        </w:rPr>
        <w:t>Joy as politics:</w:t>
      </w:r>
      <w:r>
        <w:t xml:space="preserve"> By making a gay wedding an emotional, non-political finale, the series made acceptance feel familiar rather than argued for. </w:t>
      </w:r>
      <w:r/>
    </w:p>
    <w:p>
      <w:pPr>
        <w:pStyle w:val="ListBullet"/>
        <w:spacing w:line="240" w:lineRule="auto"/>
        <w:ind w:left="720"/>
      </w:pPr>
      <w:r/>
      <w:r>
        <w:rPr>
          <w:b/>
        </w:rPr>
        <w:t>Practical payoff:</w:t>
      </w:r>
      <w:r>
        <w:t xml:space="preserve"> Viewers saw models for communication, compromise and partnership that many queer audiences had rarely seen on mainstream TV.</w:t>
      </w:r>
      <w:r/>
      <w:r/>
    </w:p>
    <w:p>
      <w:pPr>
        <w:pStyle w:val="Heading2"/>
      </w:pPr>
      <w:r>
        <w:t>Why removing homophobia felt revolutionary</w:t>
      </w:r>
      <w:r/>
    </w:p>
    <w:p>
      <w:r/>
      <w:r>
        <w:t>The first thing you notice watching Schitt’s Creek is how quietly ordinary so much of it feels; there’s a soft humour, a cosy visual palette and romance that smells faintly of cinnamon and small-town floristry. Dan Levy has said his exclusion of overt homophobia was intentional, and it matters because it let the show ask different questions. Rather than “Will David be allowed to exist?” the show asks “How do two people actually stay together?” That shift allowed emotional stakes to come from universal relationship work instead of from suffering.</w:t>
      </w:r>
      <w:r/>
    </w:p>
    <w:p>
      <w:pPr>
        <w:pStyle w:val="Heading2"/>
      </w:pPr>
      <w:r>
        <w:t>David Rose’s identity: nuanced and unperformative</w:t>
      </w:r>
      <w:r/>
    </w:p>
    <w:p>
      <w:r/>
      <w:r>
        <w:t>David arrives as dramatic, stylish and complicated, and Levy resists the urge to stage a confessional. The show explains David’s pansexuality with a little wine metaphor rather than a tearful reveal, which is both sly and humane. That choice avoids boxing him into a single lesson about queerness and instead lets viewers see a whole person: anxious, selfish, funny, tender. It’s an obvious win for representation because it models how sexuality can be one thread among many in a character’s life.</w:t>
      </w:r>
      <w:r/>
    </w:p>
    <w:p>
      <w:pPr>
        <w:pStyle w:val="Heading2"/>
      </w:pPr>
      <w:r>
        <w:t>Patrick: patience, practical kindness, and a realistic arc</w:t>
      </w:r>
      <w:r/>
    </w:p>
    <w:p>
      <w:r/>
      <w:r>
        <w:t>Patrick’s entrance as a business-savvy, patient partner could have been a cliché, but the writers let his discovery and growth feel lived-in. He’s nervous about his first kiss, he withholds parts of his past, and he navigates family conversations, without those moments being turned into moral trials. The result is a partner whose arc centres on learning and choosing, which gives same-sex relationships the everyday texture heterosexual couples on TV have long enjoyed.</w:t>
      </w:r>
      <w:r/>
    </w:p>
    <w:p>
      <w:pPr>
        <w:pStyle w:val="Heading2"/>
      </w:pPr>
      <w:r>
        <w:t>Ordinary conflicts, extraordinary effect</w:t>
      </w:r>
      <w:r/>
    </w:p>
    <w:p>
      <w:r/>
      <w:r>
        <w:t>Once homophobia is taken off the table, the show can explore trust, resentment, career tensions and wedding logistics, things that feel familiar whether you’re queer or not. Scenes like Patrick performing “The Best” at open mic nights aren’t grand political gestures; they’re intimate, embarrassing and wonderful. Those small moments accumulate into a persuasive political act: treating a gay romance with the same emotional generosity afforded to any mainstream love story.</w:t>
      </w:r>
      <w:r/>
    </w:p>
    <w:p>
      <w:pPr>
        <w:pStyle w:val="Heading2"/>
      </w:pPr>
      <w:r>
        <w:t>The wedding as punctuation, not proof</w:t>
      </w:r>
      <w:r/>
    </w:p>
    <w:p>
      <w:r/>
      <w:r>
        <w:t>By the finale, David and Patrick’s wedding is moving precisely because it isn’t framed as a triumph over hate. Rain, ruined decorations and Moira’s spectacular outfit make it delightfully human. Outside the narrative, though, its ordinariness becomes radical, presenting a gay marriage as the satisfying emotional conclusion of a sitcom normalises it for audiences who might still see such unions as controversial. That normalisation is the series’ most persuasive argument.</w:t>
      </w:r>
      <w:r/>
    </w:p>
    <w:p>
      <w:r/>
      <w:r>
        <w:t>Closing line</w:t>
      </w:r>
      <w:r/>
    </w:p>
    <w:p>
      <w:r/>
      <w:r>
        <w:t>It’s a small creative choice with big consequences: allow queer people their full romantic lives, and television will show viewers how love actually gets lived.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https://b-gay.com/for-dan-levys-43rd-birthday-remember-the-quietly-radical-gift-of-david-and-patrick/</w:t>
        </w:r>
      </w:hyperlink>
      <w:r>
        <w:t xml:space="preserve"> - Please view link - unable to able to access data</w:t>
      </w:r>
      <w:r/>
    </w:p>
    <w:p>
      <w:pPr>
        <w:pStyle w:val="ListNumber"/>
        <w:spacing w:line="240" w:lineRule="auto"/>
        <w:ind w:left="720"/>
      </w:pPr>
      <w:r/>
      <w:hyperlink r:id="rId12">
        <w:r>
          <w:rPr>
            <w:color w:val="0000EE"/>
            <w:u w:val="single"/>
          </w:rPr>
          <w:t>https://en.wikipedia.org/wiki/David_Rose_%28Schitt%27s_Creek%29</w:t>
        </w:r>
      </w:hyperlink>
      <w:r>
        <w:t xml:space="preserve"> - This Wikipedia article provides an in-depth look at David Rose, a central character in the Canadian sitcom 'Schitt's Creek'. Portrayed by co-creator Dan Levy, David is introduced as the spoiled adult son of Johnny and Moira Rose. The article details his evolution throughout the series, highlighting his pansexuality and the positive reception of his character. It also discusses the critical acclaim the show received, including multiple awards and nominations, and its impact on LGBTQ+ representation in television.</w:t>
      </w:r>
      <w:r/>
    </w:p>
    <w:p>
      <w:pPr>
        <w:pStyle w:val="ListNumber"/>
        <w:spacing w:line="240" w:lineRule="auto"/>
        <w:ind w:left="720"/>
      </w:pPr>
      <w:r/>
      <w:hyperlink r:id="rId11">
        <w:r>
          <w:rPr>
            <w:color w:val="0000EE"/>
            <w:u w:val="single"/>
          </w:rPr>
          <w:t>https://www.canalplus.com/articles/series/schitt-s-creek-a-change-la-representation-de-l-homosexualite-dans-les-series</w:t>
        </w:r>
      </w:hyperlink>
      <w:r>
        <w:t xml:space="preserve"> - This French-language article from Canal+ examines how 'Schitt's Creek' transformed the portrayal of LGBTQ+ characters in television. It focuses on David Rose's pansexuality and the show's departure from traditional narratives that often involve conflict or tragedy for queer characters. The piece highlights the significance of David's coming out scene, where he uses the metaphor 'I like the wine, not the label', and discusses the broader impact of the series on LGBTQ+ representation.</w:t>
      </w:r>
      <w:r/>
    </w:p>
    <w:p>
      <w:pPr>
        <w:pStyle w:val="ListNumber"/>
        <w:spacing w:line="240" w:lineRule="auto"/>
        <w:ind w:left="720"/>
      </w:pPr>
      <w:r/>
      <w:hyperlink r:id="rId15">
        <w:r>
          <w:rPr>
            <w:color w:val="0000EE"/>
            <w:u w:val="single"/>
          </w:rPr>
          <w:t>https://www.hercampus.com/school/usf/schitts-creek-the-popular-sitcoms-importance-to-the-lgbtq-community/</w:t>
        </w:r>
      </w:hyperlink>
      <w:r>
        <w:t xml:space="preserve"> - This article from Her Campus at the University of South Florida explores the importance of 'Schitt's Creek' to the LGBTQ+ community. It discusses the show's portrayal of the Rose family's journey, new relationships, and life struggles. The piece highlights the significance of David Rose's character and his relationship with Patrick Brewer, noting how the series addresses themes of acceptance and personal growth within the LGBTQ+ context.</w:t>
      </w:r>
      <w:r/>
    </w:p>
    <w:p>
      <w:pPr>
        <w:pStyle w:val="ListNumber"/>
        <w:spacing w:line="240" w:lineRule="auto"/>
        <w:ind w:left="720"/>
      </w:pPr>
      <w:r/>
      <w:hyperlink r:id="rId14">
        <w:r>
          <w:rPr>
            <w:color w:val="0000EE"/>
            <w:u w:val="single"/>
          </w:rPr>
          <w:t>https://www.newwaysministry.org/2020/11/14/in-review-catholic-magazine-lauds-schitts-creeks-positive-portrayal-of-queer-love/</w:t>
        </w:r>
      </w:hyperlink>
      <w:r>
        <w:t xml:space="preserve"> - This article from New Ways Ministry reviews 'Schitt's Creek' and its positive portrayal of queer love. It focuses on the relationship between David Rose and Patrick Brewer, highlighting the show's honest and complex illustration of their bond. The piece discusses how the series presents queer relationships without resorting to stereotypes or tragedy, offering a refreshing perspective on LGBTQ+ representation in media.</w:t>
      </w:r>
      <w:r/>
    </w:p>
    <w:p>
      <w:pPr>
        <w:pStyle w:val="ListNumber"/>
        <w:spacing w:line="240" w:lineRule="auto"/>
        <w:ind w:left="720"/>
      </w:pPr>
      <w:r/>
      <w:hyperlink r:id="rId13">
        <w:r>
          <w:rPr>
            <w:color w:val="0000EE"/>
            <w:u w:val="single"/>
          </w:rPr>
          <w:t>https://www.cinemablend.com/news/2568492/great-recent-lgbtq-movie-and-tv-characters-played-by-queer-actors</w:t>
        </w:r>
      </w:hyperlink>
      <w:r>
        <w:t xml:space="preserve"> - This article from CinemaBlend celebrates 22 impactful recent LGBTQ+ characters in film and television, portrayed by queer actors. It includes Dan Levy's portrayal of David Rose in 'Schitt's Creek', discussing how the character's pansexuality and the show's approach to LGBTQ+ themes have resonated with audiences. The piece highlights the importance of authentic representation and the role of queer actors in bringing these characters to life.</w:t>
      </w:r>
      <w:r/>
    </w:p>
    <w:p>
      <w:pPr>
        <w:pStyle w:val="ListNumber"/>
        <w:spacing w:line="240" w:lineRule="auto"/>
        <w:ind w:left="720"/>
      </w:pPr>
      <w:r/>
      <w:hyperlink r:id="rId10">
        <w:r>
          <w:rPr>
            <w:color w:val="0000EE"/>
            <w:u w:val="single"/>
          </w:rPr>
          <w:t>https://www.cbc.ca/news/entertainment/schitts-creek-dan-levy-homophobia-1.4930190</w:t>
        </w:r>
      </w:hyperlink>
      <w:r>
        <w:t xml:space="preserve"> - This CBC News article features an interview with Dan Levy, co-creator and star of 'Schitt's Creek', discussing his decision to exclude homophobia from the series. Levy explains that he wanted to create a world where queer love could exist without the threat of intolerance or bigotry, offering a projection of a kinder reality. The article delves into Levy's creative choices and the impact of the show's positive portrayal of LGBTQ+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gay.com/for-dan-levys-43rd-birthday-remember-the-quietly-radical-gift-of-david-and-patrick/" TargetMode="External"/><Relationship Id="rId10" Type="http://schemas.openxmlformats.org/officeDocument/2006/relationships/hyperlink" Target="https://www.cbc.ca/news/entertainment/schitts-creek-dan-levy-homophobia-1.4930190" TargetMode="External"/><Relationship Id="rId11" Type="http://schemas.openxmlformats.org/officeDocument/2006/relationships/hyperlink" Target="https://www.canalplus.com/articles/series/schitt-s-creek-a-change-la-representation-de-l-homosexualite-dans-les-series" TargetMode="External"/><Relationship Id="rId12" Type="http://schemas.openxmlformats.org/officeDocument/2006/relationships/hyperlink" Target="https://en.wikipedia.org/wiki/David_Rose_%28Schitt%27s_Creek%29" TargetMode="External"/><Relationship Id="rId13" Type="http://schemas.openxmlformats.org/officeDocument/2006/relationships/hyperlink" Target="https://www.cinemablend.com/news/2568492/great-recent-lgbtq-movie-and-tv-characters-played-by-queer-actors" TargetMode="External"/><Relationship Id="rId14" Type="http://schemas.openxmlformats.org/officeDocument/2006/relationships/hyperlink" Target="https://www.newwaysministry.org/2020/11/14/in-review-catholic-magazine-lauds-schitts-creeks-positive-portrayal-of-queer-love/" TargetMode="External"/><Relationship Id="rId15" Type="http://schemas.openxmlformats.org/officeDocument/2006/relationships/hyperlink" Target="https://www.hercampus.com/school/usf/schitts-creek-the-popular-sitcoms-importance-to-the-lgbtq-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