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Proud Hotels: How Booking.com’s Training Helps LGBTQ+ Guests Book with Confidence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choosing more than price and location , they're choosing safety and welcome. Booking.com’s Travel Proud programme trains hotels to be LGBTQ+ friendly, gives searchable badges and toolkits, and aims to reduce those anxious little moments that turn a holiday sour. Here’s why it matters and how to spot the right stay.</w:t>
      </w:r>
      <w:r/>
    </w:p>
    <w:p>
      <w:r/>
      <w:r>
        <w:t>Essential Takeaways</w:t>
      </w:r>
      <w:r/>
      <w:r/>
    </w:p>
    <w:p>
      <w:pPr>
        <w:pStyle w:val="ListBullet"/>
        <w:spacing w:line="240" w:lineRule="auto"/>
        <w:ind w:left="720"/>
      </w:pPr>
      <w:r/>
      <w:r>
        <w:rPr>
          <w:b/>
        </w:rPr>
        <w:t>Free training:</w:t>
      </w:r>
      <w:r>
        <w:t xml:space="preserve"> Travel Proud is a 90‑minute, no‑cost online course developed with HospitableMe to teach inclusive hospitality.</w:t>
      </w:r>
      <w:r/>
    </w:p>
    <w:p>
      <w:pPr>
        <w:pStyle w:val="ListBullet"/>
        <w:spacing w:line="240" w:lineRule="auto"/>
        <w:ind w:left="720"/>
      </w:pPr>
      <w:r/>
      <w:r>
        <w:rPr>
          <w:b/>
        </w:rPr>
        <w:t>Wide reach:</w:t>
      </w:r>
      <w:r>
        <w:t xml:space="preserve"> The programme now covers well over 100,000 properties worldwide, with badges and filters to help guests find welcoming hotels.</w:t>
      </w:r>
      <w:r/>
    </w:p>
    <w:p>
      <w:pPr>
        <w:pStyle w:val="ListBullet"/>
        <w:spacing w:line="240" w:lineRule="auto"/>
        <w:ind w:left="720"/>
      </w:pPr>
      <w:r/>
      <w:r>
        <w:rPr>
          <w:b/>
        </w:rPr>
        <w:t>Practical tools:</w:t>
      </w:r>
      <w:r>
        <w:t xml:space="preserve"> Accredited hotels receive a Customer Toolkit for staff and use inclusive language on Booking.com listings.</w:t>
      </w:r>
      <w:r/>
    </w:p>
    <w:p>
      <w:pPr>
        <w:pStyle w:val="ListBullet"/>
        <w:spacing w:line="240" w:lineRule="auto"/>
        <w:ind w:left="720"/>
      </w:pPr>
      <w:r/>
      <w:r>
        <w:rPr>
          <w:b/>
        </w:rPr>
        <w:t>Real impact:</w:t>
      </w:r>
      <w:r>
        <w:t xml:space="preserve"> The training targets everyday friction , awkward check‑ins, room assumptions and safety concerns , so travellers can relax sooner.</w:t>
      </w:r>
      <w:r/>
    </w:p>
    <w:p>
      <w:pPr>
        <w:pStyle w:val="ListBullet"/>
        <w:spacing w:line="240" w:lineRule="auto"/>
        <w:ind w:left="720"/>
      </w:pPr>
      <w:r/>
      <w:r>
        <w:rPr>
          <w:b/>
        </w:rPr>
        <w:t>Easy to use:</w:t>
      </w:r>
      <w:r>
        <w:t xml:space="preserve"> Search filters and a visible Travel Proud badge help LGBTQ+ travellers and allies quickly identify trained properties.</w:t>
      </w:r>
      <w:r/>
      <w:r/>
    </w:p>
    <w:p>
      <w:pPr>
        <w:pStyle w:val="Heading2"/>
      </w:pPr>
      <w:r>
        <w:t>Why Travel Proud started , and the small frictions that matter</w:t>
      </w:r>
      <w:r/>
    </w:p>
    <w:p>
      <w:r/>
      <w:r>
        <w:t>Booking.com learned what many LGBTQ+ travellers already knew: it’s often the tiny moments that create worry. Staff assumptions about bed choices, nervous check‑ins and uncertainty over gender identity can turn a simple arrival into a stress test. According to Booking.com’s research, only a minority of LGBTQ+ travellers feel fully “out” while travelling, and many now take extra precautions. The Travel Proud training tries to stop those micro‑aggressions before they start, so a hotel welcome feels calm and ordinary.</w:t>
      </w:r>
      <w:r/>
    </w:p>
    <w:p>
      <w:pPr>
        <w:pStyle w:val="Heading2"/>
      </w:pPr>
      <w:r>
        <w:t>What the course actually teaches , practical, not performative</w:t>
      </w:r>
      <w:r/>
    </w:p>
    <w:p>
      <w:r/>
      <w:r>
        <w:t>This isn’t a long corporate lecture. The 90‑minute online course, built with HospitableMe, focuses on real‑world skills: how to use inclusive language, how to ask about room preferences without implying anything, and how to handle sensitive situations respectfully. Hotels also get a Customer Toolkit so front‑of‑house teams can put lessons into practice the next day. That makes Travel Proud useful for small independents as well as big chains.</w:t>
      </w:r>
      <w:r/>
    </w:p>
    <w:p>
      <w:pPr>
        <w:pStyle w:val="Heading2"/>
      </w:pPr>
      <w:r>
        <w:t>The badge and the filter , how to spot a trained property</w:t>
      </w:r>
      <w:r/>
    </w:p>
    <w:p>
      <w:r/>
      <w:r>
        <w:t>If you want to skip the guesswork, look for the Travel Proud badge on Booking.com or use the “Travel Proud (LGBTQ+ friendly)” filter while searching. Those markers tell you the property has completed the training and received accreditation. It’s a practical way to shortlist places that have signalled a commitment to inclusive service, rather than relying on reviews alone.</w:t>
      </w:r>
      <w:r/>
    </w:p>
    <w:p>
      <w:pPr>
        <w:pStyle w:val="Heading2"/>
      </w:pPr>
      <w:r>
        <w:t>Scale and adoption , is this changing the market?</w:t>
      </w:r>
      <w:r/>
    </w:p>
    <w:p>
      <w:r/>
      <w:r>
        <w:t>Booking.com has rolled Travel Proud out across tens of thousands of properties in dozens of countries and multiple languages, so it’s increasingly common to find accredited stays around the world. That scale matters: the more hotels trained, the fewer awkward moments for travellers, and the easier it becomes to normalise inclusive hospitality in everyday bookings. Industry pieces and hotel tech guides are already flagging Travel Proud as a useful tool for hosts who want to attract diverse guests.</w:t>
      </w:r>
      <w:r/>
    </w:p>
    <w:p>
      <w:pPr>
        <w:pStyle w:val="Heading2"/>
      </w:pPr>
      <w:r>
        <w:t>What to bear in mind when you book , quick tips for travellers</w:t>
      </w:r>
      <w:r/>
    </w:p>
    <w:p>
      <w:r/>
      <w:r>
        <w:t>If you’re LGBTQ+ or travelling with someone who is, use the Travel Proud filter and read property descriptions for cues about inclusive language. When you check in, keep requests simple and clear , hotels trained through Travel Proud should be equipped to respond without fuss. And if you have accessibility needs or need specific assurances about privacy and safety, call ahead; the toolkit is designed to help staff, but clear communication helps everyone relax.</w:t>
      </w:r>
      <w:r/>
    </w:p>
    <w:p>
      <w:r/>
      <w:r>
        <w:t>It's a small change that can make every stay feel more like a holiday.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https://thepointsguy.com/news/booking-com-travel-proud/</w:t>
        </w:r>
      </w:hyperlink>
      <w:r>
        <w:t xml:space="preserve"> - Please view link - unable to able to access data</w:t>
      </w:r>
      <w:r/>
    </w:p>
    <w:p>
      <w:pPr>
        <w:pStyle w:val="ListNumber"/>
        <w:spacing w:line="240" w:lineRule="auto"/>
        <w:ind w:left="720"/>
      </w:pPr>
      <w:r/>
      <w:hyperlink r:id="rId10">
        <w:r>
          <w:rPr>
            <w:color w:val="0000EE"/>
            <w:u w:val="single"/>
          </w:rPr>
          <w:t>https://www.booking.com/proud.html</w:t>
        </w:r>
      </w:hyperlink>
      <w:r>
        <w:t xml:space="preserve"> - Booking.com's Travel Proud program aims to make travel more inclusive for LGBTQ+ travelers by offering free online training to accommodation providers. This training, developed in partnership with HospitableMe, helps hoteliers understand the challenges faced by LGBTQ+ guests and equips them with practical skills to create a welcoming environment. Upon completion, properties receive a Travel Proud badge, indicating their commitment to inclusivity. Travelers can use the 'Travel Proud (LGBTQ+ friendly)' filter on Booking.com to find accredited accommodations.</w:t>
      </w:r>
      <w:r/>
    </w:p>
    <w:p>
      <w:pPr>
        <w:pStyle w:val="ListNumber"/>
        <w:spacing w:line="240" w:lineRule="auto"/>
        <w:ind w:left="720"/>
      </w:pPr>
      <w:r/>
      <w:hyperlink r:id="rId11">
        <w:r>
          <w:rPr>
            <w:color w:val="0000EE"/>
            <w:u w:val="single"/>
          </w:rPr>
          <w:t>https://news.booking.com/check-in-feel-welcome-bookingcom-travel-proud-program-reaches-100000-properties/</w:t>
        </w:r>
      </w:hyperlink>
      <w:r>
        <w:t xml:space="preserve"> - Booking.com's Travel Proud program has expanded to over 100,000 properties across more than 150 countries and territories, marking a 49% increase from the previous year. This growth reflects the travel industry's commitment to inclusivity, with 73% of LGBTQ+ travelers feeling more comfortable due to increased inclusivity. The program offers free inclusive hospitality training to accommodation providers, helping them understand and address the specific challenges faced by LGBTQ+ travelers, ensuring a welcoming environment for all guests.</w:t>
      </w:r>
      <w:r/>
    </w:p>
    <w:p>
      <w:pPr>
        <w:pStyle w:val="ListNumber"/>
        <w:spacing w:line="240" w:lineRule="auto"/>
        <w:ind w:left="720"/>
      </w:pPr>
      <w:r/>
      <w:hyperlink r:id="rId13">
        <w:r>
          <w:rPr>
            <w:color w:val="0000EE"/>
            <w:u w:val="single"/>
          </w:rPr>
          <w:t>https://insidetourism.com/2025/06/27/booking-coms-travel-proud-program-drives-inclusive-hospitality/</w:t>
        </w:r>
      </w:hyperlink>
      <w:r>
        <w:t xml:space="preserve"> - Booking.com's Travel Proud program is driving inclusive hospitality in New Zealand, with nearly half of LGBTQ+ travelers reporting experiences of discrimination. The program ensures that properties have an active Travel Proud trained representative and an up-to-date Customer Toolkit to support team members in delivering inclusive hospitality. This initiative aims to create a welcoming environment for LGBTQ+ travelers by addressing operational challenges within accommodations.</w:t>
      </w:r>
      <w:r/>
    </w:p>
    <w:p>
      <w:pPr>
        <w:pStyle w:val="ListNumber"/>
        <w:spacing w:line="240" w:lineRule="auto"/>
        <w:ind w:left="720"/>
      </w:pPr>
      <w:r/>
      <w:hyperlink r:id="rId12">
        <w:r>
          <w:rPr>
            <w:color w:val="0000EE"/>
            <w:u w:val="single"/>
          </w:rPr>
          <w:t>https://www.smoobu.com/en/guides/booking-com/travel-proud/</w:t>
        </w:r>
      </w:hyperlink>
      <w:r>
        <w:t xml:space="preserve"> - Booking.com's Travel Proud initiative is a training program designed to make travel experiences more inclusive for all. The online course, taught by professionals from HospitableMe, a global strategy and education company specializing in inclusivity, is 1.5 hours long and helps accommodation providers meet the requirements to become Proud Certified. This certification indicates a commitment to offering a more inclusive travel experience for LGBTQ+ travelers.</w:t>
      </w:r>
      <w:r/>
    </w:p>
    <w:p>
      <w:pPr>
        <w:pStyle w:val="ListNumber"/>
        <w:spacing w:line="240" w:lineRule="auto"/>
        <w:ind w:left="720"/>
      </w:pPr>
      <w:r/>
      <w:hyperlink r:id="rId14">
        <w:r>
          <w:rPr>
            <w:color w:val="0000EE"/>
            <w:u w:val="single"/>
          </w:rPr>
          <w:t>https://www.youtube.com/watch?v=Z2j_cMebkKo</w:t>
        </w:r>
      </w:hyperlink>
      <w:r>
        <w:t xml:space="preserve"> - This video explains how Booking.com's Travel Proud program makes travel more inclusive for the LGBTQ+ community. It details the Proud Hospitality training session, which helps staff understand and connect with LGBTQ+ travelers. By completing the 75-minute online course and committing to building on the learned principles, properties become Proud Certified on Booking.com, indicating their dedication to inclusivity.</w:t>
      </w:r>
      <w:r/>
    </w:p>
    <w:p>
      <w:pPr>
        <w:pStyle w:val="ListNumber"/>
        <w:spacing w:line="240" w:lineRule="auto"/>
        <w:ind w:left="720"/>
      </w:pPr>
      <w:r/>
      <w:hyperlink r:id="rId15">
        <w:r>
          <w:rPr>
            <w:color w:val="0000EE"/>
            <w:u w:val="single"/>
          </w:rPr>
          <w:t>https://arxiv.org/abs/2507.21079</w:t>
        </w:r>
      </w:hyperlink>
      <w:r>
        <w:t xml:space="preserve"> - A study titled 'Metaverse Support Groups for LGBTQ+ Youth: An Observational Study on Safety, Self-Expression, and Early Intervention' assessed metaverse-based support groups designed to reduce social isolation and suicide risk among LGBTQ+ youths. The study found that 79.2% of participants chose avatars matching their gender identity, reporting high satisfaction and low discomfort. Social confidence significantly improved in virtual spaces compared to real-world interactions, highlighting the potential of virtual support in providing affirming spaces for LGBTQ+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pointsguy.com/news/booking-com-travel-proud/" TargetMode="External"/><Relationship Id="rId10" Type="http://schemas.openxmlformats.org/officeDocument/2006/relationships/hyperlink" Target="https://www.booking.com/proud.html" TargetMode="External"/><Relationship Id="rId11" Type="http://schemas.openxmlformats.org/officeDocument/2006/relationships/hyperlink" Target="https://news.booking.com/check-in-feel-welcome-bookingcom-travel-proud-program-reaches-100000-properties/" TargetMode="External"/><Relationship Id="rId12" Type="http://schemas.openxmlformats.org/officeDocument/2006/relationships/hyperlink" Target="https://www.smoobu.com/en/guides/booking-com/travel-proud/" TargetMode="External"/><Relationship Id="rId13" Type="http://schemas.openxmlformats.org/officeDocument/2006/relationships/hyperlink" Target="https://insidetourism.com/2025/06/27/booking-coms-travel-proud-program-drives-inclusive-hospitality/" TargetMode="External"/><Relationship Id="rId14" Type="http://schemas.openxmlformats.org/officeDocument/2006/relationships/hyperlink" Target="https://www.youtube.com/watch?v=Z2j_cMebkKo" TargetMode="External"/><Relationship Id="rId15" Type="http://schemas.openxmlformats.org/officeDocument/2006/relationships/hyperlink" Target="https://arxiv.org/abs/2507.210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