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Gay Men Bleach Their Hair: Culture, Crisis and Choice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spectators alike have noticed a striking trend: gay men bleaching their hair as a quick, visible reset. Across salons, socials and living rooms, men are changing colour to signal endings, fresh starts or simply to reclaim control, and it’s become a recognisable cultural shorthand.</w:t>
      </w:r>
      <w:r/>
    </w:p>
    <w:p>
      <w:r/>
      <w:r>
        <w:t>Essential Takeaways</w:t>
      </w:r>
      <w:r/>
      <w:r/>
    </w:p>
    <w:p>
      <w:pPr>
        <w:pStyle w:val="ListBullet"/>
        <w:spacing w:line="240" w:lineRule="auto"/>
        <w:ind w:left="720"/>
      </w:pPr>
      <w:r/>
      <w:r>
        <w:rPr>
          <w:b/>
        </w:rPr>
        <w:t>A symbolic reboot:</w:t>
      </w:r>
      <w:r>
        <w:t xml:space="preserve"> Many men bleach their hair after major life changes to mark a new chapter and feel a sense of agency.</w:t>
      </w:r>
      <w:r/>
    </w:p>
    <w:p>
      <w:pPr>
        <w:pStyle w:val="ListBullet"/>
        <w:spacing w:line="240" w:lineRule="auto"/>
        <w:ind w:left="720"/>
      </w:pPr>
      <w:r/>
      <w:r>
        <w:rPr>
          <w:b/>
        </w:rPr>
        <w:t>A social meme:</w:t>
      </w:r>
      <w:r>
        <w:t xml:space="preserve"> The “gay midlife crisis bleach” joke circulates widely on social media, turning a personal act into cultural shorthand.</w:t>
      </w:r>
      <w:r/>
    </w:p>
    <w:p>
      <w:pPr>
        <w:pStyle w:val="ListBullet"/>
        <w:spacing w:line="240" w:lineRule="auto"/>
        <w:ind w:left="720"/>
      </w:pPr>
      <w:r/>
      <w:r>
        <w:rPr>
          <w:b/>
        </w:rPr>
        <w:t>Emotional visibility:</w:t>
      </w:r>
      <w:r>
        <w:t xml:space="preserve"> Altering hair can externalise private turmoil in a way friends and followers can see.</w:t>
      </w:r>
      <w:r/>
    </w:p>
    <w:p>
      <w:pPr>
        <w:pStyle w:val="ListBullet"/>
        <w:spacing w:line="240" w:lineRule="auto"/>
        <w:ind w:left="720"/>
      </w:pPr>
      <w:r/>
      <w:r>
        <w:rPr>
          <w:b/>
        </w:rPr>
        <w:t>Style and signalling:</w:t>
      </w:r>
      <w:r>
        <w:t xml:space="preserve"> Platinum or tawny tones play into wider aesthetics within queer communities, bold, playful and attention-getting.</w:t>
      </w:r>
      <w:r/>
    </w:p>
    <w:p>
      <w:pPr>
        <w:pStyle w:val="ListBullet"/>
        <w:spacing w:line="240" w:lineRule="auto"/>
        <w:ind w:left="720"/>
      </w:pPr>
      <w:r/>
      <w:r>
        <w:rPr>
          <w:b/>
        </w:rPr>
        <w:t>Choose with care:</w:t>
      </w:r>
      <w:r>
        <w:t xml:space="preserve"> Bleaching is damaging hair; patch tests, professional help and aftercare matter if you want the look to last.</w:t>
      </w:r>
      <w:r/>
      <w:r/>
    </w:p>
    <w:p>
      <w:pPr>
        <w:pStyle w:val="Heading2"/>
      </w:pPr>
      <w:r>
        <w:t>Why bleaching has become shorthand for ‘something’s changed’</w:t>
      </w:r>
      <w:r/>
    </w:p>
    <w:p>
      <w:r/>
      <w:r>
        <w:t>Bleaching hair is loud in the best possible way, there’s an immediate visual shift that tells people something has happened, even before words do. According to first-person accounts, men often reach for peroxide after breakups, sobriety milestones, or other life upheavals because it’s cheap, fast and emotionally symbolic. Social posts and memes have amplified that instinct into a kind of cultural code: see blonde, check in.</w:t>
      </w:r>
      <w:r/>
    </w:p>
    <w:p>
      <w:r/>
      <w:r>
        <w:t>This pattern isn’t entirely new, but social media gave it fuel. The meme-ification means that bleaching can be both a private coping mechanism and a public performance, a way to narrate change with a single image.</w:t>
      </w:r>
      <w:r/>
    </w:p>
    <w:p>
      <w:pPr>
        <w:pStyle w:val="Heading2"/>
      </w:pPr>
      <w:r>
        <w:t>It’s partly about control, small, tactile reclamation</w:t>
      </w:r>
      <w:r/>
    </w:p>
    <w:p>
      <w:r/>
      <w:r>
        <w:t>When the rest of life feels messy, changing your hair is something you can do. People describe the act as reclaiming bodily autonomy: you pick a colour, you choose a barber or a bottle, and you watch the transformation happen. That control feels concrete in a moment of emotional uncertainty.</w:t>
      </w:r>
      <w:r/>
    </w:p>
    <w:p>
      <w:r/>
      <w:r>
        <w:t>Practically, that’s why many opt for bleaching rather than a tattoo or a big purchase, it’s accessible and reversible. But it’s also why the act carries weight: doing something visible to your body is a clear statement of “I’m changing.”</w:t>
      </w:r>
      <w:r/>
    </w:p>
    <w:p>
      <w:pPr>
        <w:pStyle w:val="Heading2"/>
      </w:pPr>
      <w:r>
        <w:t>The cultural backdrop: style, community and signalling</w:t>
      </w:r>
      <w:r/>
    </w:p>
    <w:p>
      <w:r/>
      <w:r>
        <w:t>Bleonde, or very light, hair has long been part of queer style vocabularies, from drag to nightlife to everyday looks. It’s flirtatious, it reads as fashion-forward, and it can contrast with previously low-key grooming choices in a striking way.</w:t>
      </w:r>
      <w:r/>
    </w:p>
    <w:p>
      <w:r/>
      <w:r>
        <w:t>Wider cultural examples show celebrities and reality TV figures adopting pale tones during public breaks or reinventions, which normalises the move. Within queer circles, that shared visual language helps others recognise and react, sometimes with humour, sometimes with concern.</w:t>
      </w:r>
      <w:r/>
    </w:p>
    <w:p>
      <w:pPr>
        <w:pStyle w:val="Heading2"/>
      </w:pPr>
      <w:r>
        <w:t>When it’s a cry for help versus a joyful experiment</w:t>
      </w:r>
      <w:r/>
    </w:p>
    <w:p>
      <w:r/>
      <w:r>
        <w:t>The meme “if a gay guy bleaches his hair, check on him” captures a real ambiguity: sometimes bleaching is a light-hearted experiment; other times it masks deeper grief. Friends and followers are usually the first to notice if the change accompanies visible distress or risky behaviour.</w:t>
      </w:r>
      <w:r/>
    </w:p>
    <w:p>
      <w:r/>
      <w:r>
        <w:t>If you’re on the receiving end of a bleach-and-breakup post, a gentle check-in goes farther than commentary. And if you’re the person considering the change, reflect: do you want a fun new look, or are you trying to externalise pain? Both are valid, but their needs differ.</w:t>
      </w:r>
      <w:r/>
    </w:p>
    <w:p>
      <w:pPr>
        <w:pStyle w:val="Heading2"/>
      </w:pPr>
      <w:r>
        <w:t>How to bleach well, and not regret it</w:t>
      </w:r>
      <w:r/>
    </w:p>
    <w:p>
      <w:r/>
      <w:r>
        <w:t>Bleaching is chemical and sometimes harsh. If you decide to go blonde, consider a professional colourist for the first lift, especially if you have dark or previously coloured hair. Ask for a strand test, and invest in routine aftercare: hydrating masks, protein treatments and colour-safe shampoo.</w:t>
      </w:r>
      <w:r/>
    </w:p>
    <w:p>
      <w:r/>
      <w:r>
        <w:t>If you’re DIY-ing, do your research: use the right-strength developer for your hair, space out sessions to avoid breakage, and be realistic about maintenance. A fresh, edgy colour can feel transformative, but it won’t be sustainable without upkeep.</w:t>
      </w:r>
      <w:r/>
    </w:p>
    <w:p>
      <w:r/>
      <w:r>
        <w:t>Closing line It’s a small, visible change that can mean a lot, bleaching hair can be a joyful reinvention or a sign someone needs a friend; either way, it’s worth noticing with curiosity and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https://maxberlinger.substack.com/p/why-do-gay-guys-bleach-their-hair</w:t>
        </w:r>
      </w:hyperlink>
      <w:r>
        <w:t xml:space="preserve"> - Please view link - unable to able to access data</w:t>
      </w:r>
      <w:r/>
    </w:p>
    <w:p>
      <w:pPr>
        <w:pStyle w:val="ListNumber"/>
        <w:spacing w:line="240" w:lineRule="auto"/>
        <w:ind w:left="720"/>
      </w:pPr>
      <w:r/>
      <w:hyperlink r:id="rId13">
        <w:r>
          <w:rPr>
            <w:color w:val="0000EE"/>
            <w:u w:val="single"/>
          </w:rPr>
          <w:t>https://www.tmz.com/2023/08/19/vanderpump-rules-tom-schwartz-new-bleach-blonde-hair-midlife-crisis/</w:t>
        </w:r>
      </w:hyperlink>
      <w:r>
        <w:t xml:space="preserve"> - In August 2023, Tom Schwartz, a star from 'Vanderpump Rules', revealed his new bleached blonde hair, attributing the change to a midlife crisis. At 41, he joked about the transformation, noting his age and referencing Madonna, highlighting the cultural association between hair changes and midlife transitions.</w:t>
      </w:r>
      <w:r/>
    </w:p>
    <w:p>
      <w:pPr>
        <w:pStyle w:val="ListNumber"/>
        <w:spacing w:line="240" w:lineRule="auto"/>
        <w:ind w:left="720"/>
      </w:pPr>
      <w:r/>
      <w:hyperlink r:id="rId11">
        <w:r>
          <w:rPr>
            <w:color w:val="0000EE"/>
            <w:u w:val="single"/>
          </w:rPr>
          <w:t>https://shunsalon.com/article/why-does-blond-hair-look-gay</w:t>
        </w:r>
      </w:hyperlink>
      <w:r>
        <w:t xml:space="preserve"> - An article from ShunSalon discusses the trend of gay men bleaching their hair, referring to it as the 'gay breakdown haircut'. The piece explores how this act can signify rebellion, a desire for autonomy, or an attempt to appear younger, reflecting societal pressures within the gay community.</w:t>
      </w:r>
      <w:r/>
    </w:p>
    <w:p>
      <w:pPr>
        <w:pStyle w:val="ListNumber"/>
        <w:spacing w:line="240" w:lineRule="auto"/>
        <w:ind w:left="720"/>
      </w:pPr>
      <w:r/>
      <w:hyperlink r:id="rId15">
        <w:r>
          <w:rPr>
            <w:color w:val="0000EE"/>
            <w:u w:val="single"/>
          </w:rPr>
          <w:t>https://pmc.ncbi.nlm.nih.gov/articles/PMC3712281/</w:t>
        </w:r>
      </w:hyperlink>
      <w:r>
        <w:t xml:space="preserve"> - A study published in the International Journal of Men's Health examines how midlife gay and heterosexual men perceive their bodies in relation to aging. It highlights that gay men express concerns about bodily appearance decline, influenced by cultural discourses of aging and masculinity.</w:t>
      </w:r>
      <w:r/>
    </w:p>
    <w:p>
      <w:pPr>
        <w:pStyle w:val="ListNumber"/>
        <w:spacing w:line="240" w:lineRule="auto"/>
        <w:ind w:left="720"/>
      </w:pPr>
      <w:r/>
      <w:hyperlink r:id="rId10">
        <w:r>
          <w:rPr>
            <w:color w:val="0000EE"/>
            <w:u w:val="single"/>
          </w:rPr>
          <w:t>https://melmagazine.com/en-us/story/gay-bleach-blond-hair-crisis-quarantine</w:t>
        </w:r>
      </w:hyperlink>
      <w:r>
        <w:t xml:space="preserve"> - In March 2020, MEL Magazine explored the phenomenon of gay men bleaching their hair during crises, such as breakups or the COVID-19 pandemic. The article delves into the cultural association between hair bleaching and personal upheavals within the gay community.</w:t>
      </w:r>
      <w:r/>
    </w:p>
    <w:p>
      <w:pPr>
        <w:pStyle w:val="ListNumber"/>
        <w:spacing w:line="240" w:lineRule="auto"/>
        <w:ind w:left="720"/>
      </w:pPr>
      <w:r/>
      <w:hyperlink r:id="rId12">
        <w:r>
          <w:rPr>
            <w:color w:val="0000EE"/>
            <w:u w:val="single"/>
          </w:rPr>
          <w:t>https://www.glamour.com/story/cute-or-creepy-guys-who-dye-th</w:t>
        </w:r>
      </w:hyperlink>
      <w:r>
        <w:t xml:space="preserve"> - A 2010 article in Glamour discusses the trend of men dyeing their hair, noting that while some view it as a sign of a midlife crisis, others see it as a fashion statement. The piece reflects on societal perceptions of male grooming and hair colour changes.</w:t>
      </w:r>
      <w:r/>
    </w:p>
    <w:p>
      <w:pPr>
        <w:pStyle w:val="ListNumber"/>
        <w:spacing w:line="240" w:lineRule="auto"/>
        <w:ind w:left="720"/>
      </w:pPr>
      <w:r/>
      <w:hyperlink r:id="rId14">
        <w:r>
          <w:rPr>
            <w:color w:val="0000EE"/>
            <w:u w:val="single"/>
          </w:rPr>
          <w:t>https://www.aol.com/articles/tan-france-swears-dramatic-hair-170353000.html</w:t>
        </w:r>
      </w:hyperlink>
      <w:r>
        <w:t xml:space="preserve"> - In April 2026, Tan France, known for his silver hair, debuted a new dark hairstyle. He clarified that the change was for a role and not a midlife crisis, addressing the cultural association between hair transformations and personal crises.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xberlinger.substack.com/p/why-do-gay-guys-bleach-their-hair" TargetMode="External"/><Relationship Id="rId10" Type="http://schemas.openxmlformats.org/officeDocument/2006/relationships/hyperlink" Target="https://melmagazine.com/en-us/story/gay-bleach-blond-hair-crisis-quarantine" TargetMode="External"/><Relationship Id="rId11" Type="http://schemas.openxmlformats.org/officeDocument/2006/relationships/hyperlink" Target="https://shunsalon.com/article/why-does-blond-hair-look-gay" TargetMode="External"/><Relationship Id="rId12" Type="http://schemas.openxmlformats.org/officeDocument/2006/relationships/hyperlink" Target="https://www.glamour.com/story/cute-or-creepy-guys-who-dye-th" TargetMode="External"/><Relationship Id="rId13" Type="http://schemas.openxmlformats.org/officeDocument/2006/relationships/hyperlink" Target="https://www.tmz.com/2023/08/19/vanderpump-rules-tom-schwartz-new-bleach-blonde-hair-midlife-crisis/" TargetMode="External"/><Relationship Id="rId14" Type="http://schemas.openxmlformats.org/officeDocument/2006/relationships/hyperlink" Target="https://www.aol.com/articles/tan-france-swears-dramatic-hair-170353000.html" TargetMode="External"/><Relationship Id="rId15" Type="http://schemas.openxmlformats.org/officeDocument/2006/relationships/hyperlink" Target="https://pmc.ncbi.nlm.nih.gov/articles/PMC37122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