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in the Park Tips for Enjoying Fargo-Moorhead’s 25th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colour and community spirit: hundreds turned out for Fargo-Moorhead Pride’s 25th anniversary weekend, with Pride in the Park at Fargo Civic Plaza drawing families, performers and pop-up activities , here’s what to know, how to plan your visit, and why this local festival matters.</w:t>
      </w:r>
      <w:r/>
    </w:p>
    <w:p>
      <w:r/>
      <w:r>
        <w:t>Essential Takeaways</w:t>
      </w:r>
      <w:r/>
      <w:r/>
    </w:p>
    <w:p>
      <w:pPr>
        <w:pStyle w:val="ListBullet"/>
        <w:spacing w:line="240" w:lineRule="auto"/>
        <w:ind w:left="720"/>
      </w:pPr>
      <w:r/>
      <w:r>
        <w:rPr>
          <w:b/>
        </w:rPr>
        <w:t>Big turnout:</w:t>
      </w:r>
      <w:r>
        <w:t xml:space="preserve"> Hundreds attended Pride in the Park at Fargo Civic Plaza, with a parade set to close the weekend on Sunday at 2 p.m.</w:t>
      </w:r>
      <w:r/>
    </w:p>
    <w:p>
      <w:pPr>
        <w:pStyle w:val="ListBullet"/>
        <w:spacing w:line="240" w:lineRule="auto"/>
        <w:ind w:left="720"/>
      </w:pPr>
      <w:r/>
      <w:r>
        <w:rPr>
          <w:b/>
        </w:rPr>
        <w:t>Family-friendly vibe:</w:t>
      </w:r>
      <w:r>
        <w:t xml:space="preserve"> Activities included photo booths, prize wheels, roller derby presence, line-dance lessons and a community mural , lively, inclusive and relaxed.</w:t>
      </w:r>
      <w:r/>
    </w:p>
    <w:p>
      <w:pPr>
        <w:pStyle w:val="ListBullet"/>
        <w:spacing w:line="240" w:lineRule="auto"/>
        <w:ind w:left="720"/>
      </w:pPr>
      <w:r/>
      <w:r>
        <w:rPr>
          <w:b/>
        </w:rPr>
        <w:t>Multiple venues:</w:t>
      </w:r>
      <w:r>
        <w:t xml:space="preserve"> Events ran across downtown spaces, including Red River Market and Broadway Square, so expect a short walk between highlights.</w:t>
      </w:r>
      <w:r/>
    </w:p>
    <w:p>
      <w:pPr>
        <w:pStyle w:val="ListBullet"/>
        <w:spacing w:line="240" w:lineRule="auto"/>
        <w:ind w:left="720"/>
      </w:pPr>
      <w:r/>
      <w:r>
        <w:rPr>
          <w:b/>
        </w:rPr>
        <w:t>Local reach:</w:t>
      </w:r>
      <w:r>
        <w:t xml:space="preserve"> Attendees came from around the region, driving in from nearby towns to join the celebration , there’s a strong regional draw.</w:t>
      </w:r>
      <w:r/>
    </w:p>
    <w:p>
      <w:pPr>
        <w:pStyle w:val="ListBullet"/>
        <w:spacing w:line="240" w:lineRule="auto"/>
        <w:ind w:left="720"/>
      </w:pPr>
      <w:r/>
      <w:r>
        <w:rPr>
          <w:b/>
        </w:rPr>
        <w:t>Practical comforts:</w:t>
      </w:r>
      <w:r>
        <w:t xml:space="preserve"> Shade, lawn seating near the library and casual booth setups made it easy to linger; bring water and sun protection for daytime events.</w:t>
      </w:r>
      <w:r/>
      <w:r/>
    </w:p>
    <w:p>
      <w:pPr>
        <w:pStyle w:val="Heading2"/>
      </w:pPr>
      <w:r>
        <w:t>What made this 25th anniversary feel special</w:t>
      </w:r>
      <w:r/>
    </w:p>
    <w:p>
      <w:r/>
      <w:r>
        <w:t>The plaza felt bright and busy, a soft hum of conversation and music under a summer sky. According to photos and onsite coverage, organisers set up booths and interactive stations that encouraged people to stay, chat and take pictures. That mix of performance, grassroots booths and community art gave the weekend a festival feel rather than a single parade day. If you want a relaxed Pride outing, arrive early and wander , there’s a pleasantly human scale to this celebration.</w:t>
      </w:r>
      <w:r/>
    </w:p>
    <w:p>
      <w:pPr>
        <w:pStyle w:val="Heading2"/>
      </w:pPr>
      <w:r>
        <w:t>Where to go and what to see across downtown Fargo</w:t>
      </w:r>
      <w:r/>
    </w:p>
    <w:p>
      <w:r/>
      <w:r>
        <w:t>Events weren’t confined to one square; Pride spread across the Civic Plaza, Red River Market and Broadway Square. The Downtown Neighborhood Association ran a neighbourhood mural painting at the market, while line-dance lessons and pop-up booths animated Broadway Square. Plan for short walks between sites and check the FM Pride schedule online for times, because some workshops and performances run only once. It’s a great chance to explore central Fargo while popping in for activities.</w:t>
      </w:r>
      <w:r/>
    </w:p>
    <w:p>
      <w:pPr>
        <w:pStyle w:val="Heading2"/>
      </w:pPr>
      <w:r>
        <w:t>Family, pets and accessibility , practical tips</w:t>
      </w:r>
      <w:r/>
    </w:p>
    <w:p>
      <w:r/>
      <w:r>
        <w:t>Families dotted the lawns and people strolled with dogs on leads, so the atmosphere felt inclusive and low-pressure. There were shaded spots by the library and casual seating, which makes the event good for kids or older visitors who need rests between activities. Bring water, sunscreen and a fold-up blanket or low chair. If you’re coming with a dog, keep them leashed and look out for cool pavement in the sun.</w:t>
      </w:r>
      <w:r/>
    </w:p>
    <w:p>
      <w:pPr>
        <w:pStyle w:val="Heading2"/>
      </w:pPr>
      <w:r>
        <w:t>How the parade and weekend schedule fit together</w:t>
      </w:r>
      <w:r/>
    </w:p>
    <w:p>
      <w:r/>
      <w:r>
        <w:t>The weekend reaches a crescendo with a downtown parade that starts at 2 p.m. on Sunday , that’s the marquee event, while Saturday is packed with park activities and market projects. According to local listings, the festival runs multiple days and organisers encourage people to pick the parts that suit them best: art and family time on Saturday, big community energy for the parade on Sunday. If you want a front-row spot, arrive early along the parade route.</w:t>
      </w:r>
      <w:r/>
    </w:p>
    <w:p>
      <w:pPr>
        <w:pStyle w:val="Heading2"/>
      </w:pPr>
      <w:r>
        <w:t>Why local Pride still matters in small-city America</w:t>
      </w:r>
      <w:r/>
    </w:p>
    <w:p>
      <w:r/>
      <w:r>
        <w:t>People drove in from neighbouring towns to attend, showing regional importance beyond Fargo’s borders. Events like the mural painting and therapy collective booths point to a community-building aim: it’s about visibility but also about creating spaces where folks can meet and access resources. Next year, expect organisers to lean into what worked , hands-on art, performances and accessible locations , while keeping an atmosphere that’s welcoming rather than overwhelming.</w:t>
      </w:r>
      <w:r/>
    </w:p>
    <w:p>
      <w:r/>
      <w:r>
        <w:t>It's a small change that can make every visit feel more celebratory , plan ahead, bring comforts, and stay for the parade.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https://www.inforum.com/community/photos-pride-celebrations-fill-red-river-market-fargo-civic-plaza</w:t>
        </w:r>
      </w:hyperlink>
      <w:r>
        <w:t xml:space="preserve"> - Please view link - unable to able to access data</w:t>
      </w:r>
      <w:r/>
    </w:p>
    <w:p>
      <w:pPr>
        <w:pStyle w:val="ListNumber"/>
        <w:spacing w:line="240" w:lineRule="auto"/>
        <w:ind w:left="720"/>
      </w:pPr>
      <w:r/>
      <w:hyperlink r:id="rId10">
        <w:r>
          <w:rPr>
            <w:color w:val="0000EE"/>
            <w:u w:val="single"/>
          </w:rPr>
          <w:t>https://fmpride.org/event/pride-in-the-park/</w:t>
        </w:r>
      </w:hyperlink>
      <w:r>
        <w:t xml:space="preserve"> - The 'Pride in the Park' event is scheduled for August 8, 2026, from 11:00 am to 4:00 pm at the Fargo Civic Plaza, located at 207 4th St N, Fargo, North Dakota 58102. This event promises a day of outdoor fun, live entertainment, and community spirit, celebrating love, acceptance, and equality. Attendees can expect a variety of LGBTQIA+ friendly vendors, interactive activities, delicious food trucks, and live performances suitable for all ages. For more details and vendor registration, visit the official Fargo-Moorhead Pride website.</w:t>
      </w:r>
      <w:r/>
    </w:p>
    <w:p>
      <w:pPr>
        <w:pStyle w:val="ListNumber"/>
        <w:spacing w:line="240" w:lineRule="auto"/>
        <w:ind w:left="720"/>
      </w:pPr>
      <w:r/>
      <w:hyperlink r:id="rId12">
        <w:r>
          <w:rPr>
            <w:color w:val="0000EE"/>
            <w:u w:val="single"/>
          </w:rPr>
          <w:t>https://www.fargomoorhead.org/event/pride/1245/</w:t>
        </w:r>
      </w:hyperlink>
      <w:r>
        <w:t xml:space="preserve"> - The Fargo-Moorhead Pride Festival is set to take place from August 6 to August 9, 2026. The schedule includes Pride Trivia on August 6 at Rhombus Guys, Pride Vinyl Night at Front Street Taproom, an All-Ages Drag Show at CMU Ballroom on August 7, FM Pride 5K Fun Run at Viking Ship Park Trail on August 8, Pride in the Park at Fargo Civic Center on August 8, Pride Dance Party at Drekker Brewing Company on August 8, Pride Market presented by Livewire at Broadway Square on August 9, and the FM Pride 25th Anniversary Parade in downtown Fargo on August 9. For more information, visit the Fargo-Moorhead Pride website.</w:t>
      </w:r>
      <w:r/>
    </w:p>
    <w:p>
      <w:pPr>
        <w:pStyle w:val="ListNumber"/>
        <w:spacing w:line="240" w:lineRule="auto"/>
        <w:ind w:left="720"/>
      </w:pPr>
      <w:r/>
      <w:hyperlink r:id="rId11">
        <w:r>
          <w:rPr>
            <w:color w:val="0000EE"/>
            <w:u w:val="single"/>
          </w:rPr>
          <w:t>https://gaypinkspots.com/event/fargo-moorhead-pride-festival--pride-in-the-park-north-dakota.html</w:t>
        </w:r>
      </w:hyperlink>
      <w:r>
        <w:t xml:space="preserve"> - The annual Fargo-Moorhead Pride Festival, known as 'Pride in the Park,' is scheduled for Saturday, August 8, 2026, from 11:00 am to 3:00 pm Central Time at the Civic Center Plaza, 207 4th Street N, Fargo, North Dakota 58102. This event transforms the plaza into a vibrant celebration of LGBTQ+ pride, featuring live music, drag performances, food, and more. The festival is open to all ages and aims to foster a sense of community and inclusivity. For more details, visit the Gay Pink Spots website.</w:t>
      </w:r>
      <w:r/>
    </w:p>
    <w:p>
      <w:pPr>
        <w:pStyle w:val="ListNumber"/>
        <w:spacing w:line="240" w:lineRule="auto"/>
        <w:ind w:left="720"/>
      </w:pPr>
      <w:r/>
      <w:hyperlink r:id="rId14">
        <w:r>
          <w:rPr>
            <w:color w:val="0000EE"/>
            <w:u w:val="single"/>
          </w:rPr>
          <w:t>https://www.eventeny.com/events/applications/application/?id=8548</w:t>
        </w:r>
      </w:hyperlink>
      <w:r>
        <w:t xml:space="preserve"> - The 2026 Fargo-Moorhead Pride Parade is part of the 2026 Fargo-Moorhead Pride Festival, taking place from August 7 to August 9, 2026, at 207 4th St N, Fargo, North Dakota 58102-4817, United States. The parade is a vibrant display of community, visibility, and inclusion, marking a significant milestone of 25 years of Pride in Fargo-Moorhead. For more information and to apply, visit the Eventeny website.</w:t>
      </w:r>
      <w:r/>
    </w:p>
    <w:p>
      <w:pPr>
        <w:pStyle w:val="ListNumber"/>
        <w:spacing w:line="240" w:lineRule="auto"/>
        <w:ind w:left="720"/>
      </w:pPr>
      <w:r/>
      <w:hyperlink r:id="rId13">
        <w:r>
          <w:rPr>
            <w:color w:val="0000EE"/>
            <w:u w:val="single"/>
          </w:rPr>
          <w:t>https://www.exploreminnesota.com/event/pride/31408</w:t>
        </w:r>
      </w:hyperlink>
      <w:r>
        <w:t xml:space="preserve"> - The Fargo-Moorhead Pride Festival is scheduled for August 6-9, 2026, celebrating 25 years of Pride in the Fargo-Moorhead area. The festival aims to unite and engage individuals and organizations to empower, educate, and support the LGBTQ+ community, promoting a positive image in the region through community activities and services. The event draws attendees from North Dakota, Minnesota, South Dakota, and Canada, positioning itself as one of the nation’s largest rural Pride celebrations. For more details, visit the Explore Minnesota website.</w:t>
      </w:r>
      <w:r/>
    </w:p>
    <w:p>
      <w:pPr>
        <w:pStyle w:val="ListNumber"/>
        <w:spacing w:line="240" w:lineRule="auto"/>
        <w:ind w:left="720"/>
      </w:pPr>
      <w:r/>
      <w:hyperlink r:id="rId15">
        <w:r>
          <w:rPr>
            <w:color w:val="0000EE"/>
            <w:u w:val="single"/>
          </w:rPr>
          <w:t>https://www.eventeny.com/events/applications/application/?id=8547</w:t>
        </w:r>
      </w:hyperlink>
      <w:r>
        <w:t xml:space="preserve"> - FM Pride is accepting submissions of interest from artists who are open to being contracted during Fargo-Moorhead's Pride Festival on August 5-9, 2026. Performers of all genres are encouraged to participate in this milestone 25th anniversary celebration. For more information and to apply, visit the Eventeny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forum.com/community/photos-pride-celebrations-fill-red-river-market-fargo-civic-plaza" TargetMode="External"/><Relationship Id="rId10" Type="http://schemas.openxmlformats.org/officeDocument/2006/relationships/hyperlink" Target="https://fmpride.org/event/pride-in-the-park/" TargetMode="External"/><Relationship Id="rId11" Type="http://schemas.openxmlformats.org/officeDocument/2006/relationships/hyperlink" Target="https://gaypinkspots.com/event/fargo-moorhead-pride-festival--pride-in-the-park-north-dakota.html" TargetMode="External"/><Relationship Id="rId12" Type="http://schemas.openxmlformats.org/officeDocument/2006/relationships/hyperlink" Target="https://www.fargomoorhead.org/event/pride/1245/" TargetMode="External"/><Relationship Id="rId13" Type="http://schemas.openxmlformats.org/officeDocument/2006/relationships/hyperlink" Target="https://www.exploreminnesota.com/event/pride/31408" TargetMode="External"/><Relationship Id="rId14" Type="http://schemas.openxmlformats.org/officeDocument/2006/relationships/hyperlink" Target="https://www.eventeny.com/events/applications/application/?id=8548" TargetMode="External"/><Relationship Id="rId15" Type="http://schemas.openxmlformats.org/officeDocument/2006/relationships/hyperlink" Target="https://www.eventeny.com/events/applications/application/?id=85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