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Pride-Forward College Athletes: How Sports Helped One Gay Student Come 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how playing sport can build confidence, this profile follows Mike Welch , a Nazareth College sprinter and soccer player , and why getting in the game helped him own his identity and thrive. It’s a timely reminder that sport can be a place of growth, resilience and community for LGBTQ+ students.</w:t>
      </w:r>
      <w:r/>
    </w:p>
    <w:p>
      <w:r/>
      <w:r>
        <w:t>Essential Takeaways</w:t>
      </w:r>
      <w:r/>
      <w:r/>
    </w:p>
    <w:p>
      <w:pPr>
        <w:pStyle w:val="ListBullet"/>
        <w:spacing w:line="240" w:lineRule="auto"/>
        <w:ind w:left="720"/>
      </w:pPr>
      <w:r/>
      <w:r>
        <w:rPr>
          <w:b/>
        </w:rPr>
        <w:t>Dual-sport standout:</w:t>
      </w:r>
      <w:r>
        <w:t xml:space="preserve"> Mike Welch competes in both soccer and track at Nazareth College, bringing speed and a competitive edge to both teams.</w:t>
      </w:r>
      <w:r/>
    </w:p>
    <w:p>
      <w:pPr>
        <w:pStyle w:val="ListBullet"/>
        <w:spacing w:line="240" w:lineRule="auto"/>
        <w:ind w:left="720"/>
      </w:pPr>
      <w:r/>
      <w:r>
        <w:rPr>
          <w:b/>
        </w:rPr>
        <w:t>Confidence through competition:</w:t>
      </w:r>
      <w:r>
        <w:t xml:space="preserve"> Training and winning gave Welch emotional strength and helped blunt casual homophobia with performance.</w:t>
      </w:r>
      <w:r/>
    </w:p>
    <w:p>
      <w:pPr>
        <w:pStyle w:val="ListBullet"/>
        <w:spacing w:line="240" w:lineRule="auto"/>
        <w:ind w:left="720"/>
      </w:pPr>
      <w:r/>
      <w:r>
        <w:rPr>
          <w:b/>
        </w:rPr>
        <w:t>Small-town challenges:</w:t>
      </w:r>
      <w:r>
        <w:t xml:space="preserve"> Growing up as the only out gay athlete nearby, Welch faced backhanded comments but found acceptance through teammate kindness.</w:t>
      </w:r>
      <w:r/>
    </w:p>
    <w:p>
      <w:pPr>
        <w:pStyle w:val="ListBullet"/>
        <w:spacing w:line="240" w:lineRule="auto"/>
        <w:ind w:left="720"/>
      </w:pPr>
      <w:r/>
      <w:r>
        <w:rPr>
          <w:b/>
        </w:rPr>
        <w:t>Practical resilience:</w:t>
      </w:r>
      <w:r>
        <w:t xml:space="preserve"> He argues gay athletes often push harder to belong in traditionally masculine spaces, turning pressure into motivation.</w:t>
      </w:r>
      <w:r/>
    </w:p>
    <w:p>
      <w:pPr>
        <w:pStyle w:val="ListBullet"/>
        <w:spacing w:line="240" w:lineRule="auto"/>
        <w:ind w:left="720"/>
      </w:pPr>
      <w:r/>
      <w:r>
        <w:rPr>
          <w:b/>
        </w:rPr>
        <w:t>Advice to others:</w:t>
      </w:r>
      <w:r>
        <w:t xml:space="preserve"> Welch urges younger athletes not to delay coming out and to use sport as a source of pride rather than hiding identity.</w:t>
      </w:r>
      <w:r/>
      <w:r/>
    </w:p>
    <w:p>
      <w:pPr>
        <w:pStyle w:val="Heading2"/>
      </w:pPr>
      <w:r>
        <w:t>Why sport became Mike Welch’s confidant</w:t>
      </w:r>
      <w:r/>
    </w:p>
    <w:p>
      <w:r/>
      <w:r>
        <w:t>At 14, Welch nearly quit , a tender age when bodies, identities and social circles are all in flux. Instead, he doubled down on kicking and running, and those hours on the pitch and the track turned into a place where he felt strong and capable. The sensation is almost physical: the endorphin surge after a sprint, the clean strike of a ball, the quiet confidence of being relied upon by a team.</w:t>
      </w:r>
      <w:r/>
    </w:p>
    <w:p>
      <w:r/>
      <w:r>
        <w:t>According to Nazareth College coverage, he went on to be a leading scorer for his high school and a top sprinter, undefeated in the 100 metres his senior year. That kind of success didn’t erase ignorance, but it shifted the tone in locker rooms , his ability to contribute made some critics think twice.</w:t>
      </w:r>
      <w:r/>
    </w:p>
    <w:p>
      <w:pPr>
        <w:pStyle w:val="Heading2"/>
      </w:pPr>
      <w:r>
        <w:t>How winning quietens casual homophobia</w:t>
      </w:r>
      <w:r/>
    </w:p>
    <w:p>
      <w:r/>
      <w:r>
        <w:t>Welch’s story shows a common dynamic: performance provides cover and credibility. He remembers a teammate who regularly tried to insult him; once Welch became the player who scored the goals, the taunts lost their bite. It’s not a fix-all , slurs and microaggressions still surface , but being visibly excellent in sport changes the conversation.</w:t>
      </w:r>
      <w:r/>
    </w:p>
    <w:p>
      <w:r/>
      <w:r>
        <w:t>This isn’t just anecdote. Coaches and players at small colleges like Nazareth often note that athletes who succeed earn a different kind of respect. For LGBTQ+ athletes, that respect can translate into safer day-to-day interactions and more room to be themselves.</w:t>
      </w:r>
      <w:r/>
    </w:p>
    <w:p>
      <w:pPr>
        <w:pStyle w:val="Heading2"/>
      </w:pPr>
      <w:r>
        <w:t>Coming out in a small town: the awkward moments and kind ones</w:t>
      </w:r>
      <w:r/>
    </w:p>
    <w:p>
      <w:r/>
      <w:r>
        <w:t>Small towns can be lonely places for out young people. Welch was often the only openly gay person around, and that made crushes and rejection extra painful , he recalls confessing feelings to a straight goalkeeper, who handled it kindly. Those small mercies matter; simple decency from teammates can be as powerful as any formal policy.</w:t>
      </w:r>
      <w:r/>
    </w:p>
    <w:p>
      <w:r/>
      <w:r>
        <w:t>At track meets, he encountered the baffled compliment , “You’re gay? But you’re so fast!” , which reveals how outdated assumptions about sexuality and athleticism still linger. Welch pushes back, saying that those stereotypes are precisely why he trained so hard: to prove that being gay doesn’t make you less athletic or less deserving of space in masculine sports.</w:t>
      </w:r>
      <w:r/>
    </w:p>
    <w:p>
      <w:pPr>
        <w:pStyle w:val="Heading2"/>
      </w:pPr>
      <w:r>
        <w:t>Why some LGBTQ athletes feel they must outwork others</w:t>
      </w:r>
      <w:r/>
    </w:p>
    <w:p>
      <w:r/>
      <w:r>
        <w:t>There’s a pattern Welch identifies: queer athletes often feel compelled to prove they belong. He’s candid about using that pressure as fuel, and that drive followed him to Nazareth College, where he continues both sports while studying psychology, sociology and gender studies. Turning impatience and anxiety into training sessions is a familiar coping strategy for many athletes facing social scrutiny.</w:t>
      </w:r>
      <w:r/>
    </w:p>
    <w:p>
      <w:r/>
      <w:r>
        <w:t>For would-be or current student-athletes, a practical tip is to channel that energy constructively: set measurable goals, find supportive teammates or allies, and tap campus resources. Nazareth’s athletics programme and collegiate meet circuits give student-athletes regular chances to build confidence and community.</w:t>
      </w:r>
      <w:r/>
    </w:p>
    <w:p>
      <w:pPr>
        <w:pStyle w:val="Heading2"/>
      </w:pPr>
      <w:r>
        <w:t>What Welch wants younger athletes to hear</w:t>
      </w:r>
      <w:r/>
    </w:p>
    <w:p>
      <w:r/>
      <w:r>
        <w:t>If he could advise his younger self, Welch says he’d come out sooner. His central message is simple and fierce: don’t sacrifice your pride to make others comfortable. Sports can be a place where LGBTQ+ people flourish , look at recent champions who are openly queer , and college squads are no different.</w:t>
      </w:r>
      <w:r/>
    </w:p>
    <w:p>
      <w:r/>
      <w:r>
        <w:t>He encourages athletes to dig in, train hard and let their performance speak. But he also asks teams and programmes to do their part: create spaces where coming out isn’t a risk but a normalised part of college life. That’s how you turn individual bravery into cultural change.</w:t>
      </w:r>
      <w:r/>
    </w:p>
    <w:p>
      <w:r/>
      <w:r>
        <w:t>It’s a small change that can make every training session and match feel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9">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[3]</w:t>
        </w:r>
      </w:hyperlink>
      <w:r>
        <w:t xml:space="preserve">, </w:t>
      </w:r>
      <w:hyperlink r:id="rId14">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https://www.outsports.com/2021/12/6/22815140/mike-welch-nazareth-college-soccer-track-gay-coming-out/</w:t>
        </w:r>
      </w:hyperlink>
      <w:r>
        <w:t xml:space="preserve"> - Please view link - unable to able to access data</w:t>
      </w:r>
      <w:r/>
    </w:p>
    <w:p>
      <w:pPr>
        <w:pStyle w:val="ListNumber"/>
        <w:spacing w:line="240" w:lineRule="auto"/>
        <w:ind w:left="720"/>
      </w:pPr>
      <w:r/>
      <w:hyperlink r:id="rId9">
        <w:r>
          <w:rPr>
            <w:color w:val="0000EE"/>
            <w:u w:val="single"/>
          </w:rPr>
          <w:t>https://www.outsports.com/2021/12/6/22815140/mike-welch-nazareth-college-soccer-track-gay-coming-out/</w:t>
        </w:r>
      </w:hyperlink>
      <w:r>
        <w:t xml:space="preserve"> - Mike Welch, a student-athlete at Nazareth College, shares his journey of coming out as gay during his high school years in Avon, New York. He discusses how his athletic performance, including leading his soccer team as the top goal scorer, helped him gain confidence and navigate homophobic comments from teammates. Welch reflects on the challenges of being an openly gay athlete in a small town and the importance of self-acceptance in sports.</w:t>
      </w:r>
      <w:r/>
    </w:p>
    <w:p>
      <w:pPr>
        <w:pStyle w:val="ListNumber"/>
        <w:spacing w:line="240" w:lineRule="auto"/>
        <w:ind w:left="720"/>
      </w:pPr>
      <w:r/>
      <w:hyperlink r:id="rId10">
        <w:r>
          <w:rPr>
            <w:color w:val="0000EE"/>
            <w:u w:val="single"/>
          </w:rPr>
          <w:t>https://nazathletics.com/news/2021/12/7/diversity-equity-inclusion-and-belonging-two-sport-athlete-mike-welch-featured-in-article.aspx</w:t>
        </w:r>
      </w:hyperlink>
      <w:r>
        <w:t xml:space="preserve"> - Nazareth College junior Mike Welch, a member of both the men's soccer and track and field teams, is featured in an article on Outsports. The piece highlights his transition from high school to college sports and his experience coming out as gay. Welch also serves as a student ambassador for the college's Diversity, Equity, Inclusion, and Belonging organisation, contributing to the campus community's growth in these areas.</w:t>
      </w:r>
      <w:r/>
    </w:p>
    <w:p>
      <w:pPr>
        <w:pStyle w:val="ListNumber"/>
        <w:spacing w:line="240" w:lineRule="auto"/>
        <w:ind w:left="720"/>
      </w:pPr>
      <w:r/>
      <w:hyperlink r:id="rId11">
        <w:r>
          <w:rPr>
            <w:color w:val="0000EE"/>
            <w:u w:val="single"/>
          </w:rPr>
          <w:t>https://nazathletics.com/news/2021/2/27/welch-and-luton-pace-mens-track-and-field-in-tri-meet.aspx</w:t>
        </w:r>
      </w:hyperlink>
      <w:r>
        <w:t xml:space="preserve"> - In a tri-meet against the University of Rochester and Roberts Wesleyan College, Nazareth College's men's track and field team secured a second-place finish. Sophomore Mike Welch led the team by winning the 400-meter race with a time of 55.21 seconds. This performance underscores Welch's athletic prowess and his significant role in the team's success during the meet.</w:t>
      </w:r>
      <w:r/>
    </w:p>
    <w:p>
      <w:pPr>
        <w:pStyle w:val="ListNumber"/>
        <w:spacing w:line="240" w:lineRule="auto"/>
        <w:ind w:left="720"/>
      </w:pPr>
      <w:r/>
      <w:hyperlink r:id="rId13">
        <w:r>
          <w:rPr>
            <w:color w:val="0000EE"/>
            <w:u w:val="single"/>
          </w:rPr>
          <w:t>https://www.collegefactual.com/colleges/nazareth-college/student-life/sports/soccer/</w:t>
        </w:r>
      </w:hyperlink>
      <w:r>
        <w:t xml:space="preserve"> - Nazareth University fields 67 student-athletes across its men's and women's soccer teams, with 34 on the men's side and 33 on the women's. The men's soccer program employs four coaches, including one head coach and three assistants. The university's soccer teams compete in the Empire 8 Conference, participating in NCAA Division III without football.</w:t>
      </w:r>
      <w:r/>
    </w:p>
    <w:p>
      <w:pPr>
        <w:pStyle w:val="ListNumber"/>
        <w:spacing w:line="240" w:lineRule="auto"/>
        <w:ind w:left="720"/>
      </w:pPr>
      <w:r/>
      <w:hyperlink r:id="rId14">
        <w:r>
          <w:rPr>
            <w:color w:val="0000EE"/>
            <w:u w:val="single"/>
          </w:rPr>
          <w:t>https://www.ncaa.com/schools/nazareth</w:t>
        </w:r>
      </w:hyperlink>
      <w:r>
        <w:t xml:space="preserve"> - Nazareth College, located in Rochester, New York, is a member of the Empire 8 Conference and competes in NCAA Division III sports. The college's athletic teams are known as the Golden Flyers, with purple and gold as their official colours. The men's soccer team is among the 17 varsity sports offered by the college.</w:t>
      </w:r>
      <w:r/>
    </w:p>
    <w:p>
      <w:pPr>
        <w:pStyle w:val="ListNumber"/>
        <w:spacing w:line="240" w:lineRule="auto"/>
        <w:ind w:left="720"/>
      </w:pPr>
      <w:r/>
      <w:hyperlink r:id="rId12">
        <w:r>
          <w:rPr>
            <w:color w:val="0000EE"/>
            <w:u w:val="single"/>
          </w:rPr>
          <w:t>https://www.tfrrs.org/teams/tf/NY_college_m_Nazareth.html?config_hnd=292</w:t>
        </w:r>
      </w:hyperlink>
      <w:r>
        <w:t xml:space="preserve"> - The Nazareth College men's track and field team competes in the Empire 8 Conference and has achieved notable performances, including a 4x100 relay time of 43.33 seconds and a 4x400 relay time of 3:21.90. The team has produced top qualifiers in various events, with Mike Welch recording a 100-meter dash time of 11.13 seconds and a 400-meter time of 49.98 seconds.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1/12/6/22815140/mike-welch-nazareth-college-soccer-track-gay-coming-out/" TargetMode="External"/><Relationship Id="rId10" Type="http://schemas.openxmlformats.org/officeDocument/2006/relationships/hyperlink" Target="https://nazathletics.com/news/2021/12/7/diversity-equity-inclusion-and-belonging-two-sport-athlete-mike-welch-featured-in-article.aspx" TargetMode="External"/><Relationship Id="rId11" Type="http://schemas.openxmlformats.org/officeDocument/2006/relationships/hyperlink" Target="https://nazathletics.com/news/2021/2/27/welch-and-luton-pace-mens-track-and-field-in-tri-meet.aspx" TargetMode="External"/><Relationship Id="rId12" Type="http://schemas.openxmlformats.org/officeDocument/2006/relationships/hyperlink" Target="https://www.tfrrs.org/teams/tf/NY_college_m_Nazareth.html?config_hnd=292" TargetMode="External"/><Relationship Id="rId13" Type="http://schemas.openxmlformats.org/officeDocument/2006/relationships/hyperlink" Target="https://www.collegefactual.com/colleges/nazareth-college/student-life/sports/soccer/" TargetMode="External"/><Relationship Id="rId14" Type="http://schemas.openxmlformats.org/officeDocument/2006/relationships/hyperlink" Target="https://www.ncaa.com/schools/nazare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