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PAC-backed Culture Wars: What Harrison Butker and Josh Hawley’s Photo Really Signals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the moment: a smiling Harrison Butker and Senator Josh Hawley posed together on a football field, and the image says a lot more than a press photo. Fans, critics and political watchers are parsing the pairing , because a celebrity athlete launching UPRIGHT PAC with a conservative message matters beyond the selfie.</w:t>
      </w:r>
      <w:r/>
    </w:p>
    <w:p>
      <w:r/>
      <w:r>
        <w:t>Essential Takeaways</w:t>
      </w:r>
      <w:r/>
      <w:r/>
    </w:p>
    <w:p>
      <w:pPr>
        <w:pStyle w:val="ListBullet"/>
        <w:spacing w:line="240" w:lineRule="auto"/>
        <w:ind w:left="720"/>
      </w:pPr>
      <w:r/>
      <w:r>
        <w:rPr>
          <w:b/>
        </w:rPr>
        <w:t>Public partnership:</w:t>
      </w:r>
      <w:r>
        <w:t xml:space="preserve"> Harrison Butker publicly launched UPRIGHT PAC to promote Christian, traditionalist voices and has tied that effort to political endorsements. </w:t>
      </w:r>
      <w:r/>
    </w:p>
    <w:p>
      <w:pPr>
        <w:pStyle w:val="ListBullet"/>
        <w:spacing w:line="240" w:lineRule="auto"/>
        <w:ind w:left="720"/>
      </w:pPr>
      <w:r/>
      <w:r>
        <w:rPr>
          <w:b/>
        </w:rPr>
        <w:t>High-profile ally:</w:t>
      </w:r>
      <w:r>
        <w:t xml:space="preserve"> Senator Josh Hawley attended and posed with Butker, signalling elite conservative backing and media-ready optics. </w:t>
      </w:r>
      <w:r/>
    </w:p>
    <w:p>
      <w:pPr>
        <w:pStyle w:val="ListBullet"/>
        <w:spacing w:line="240" w:lineRule="auto"/>
        <w:ind w:left="720"/>
      </w:pPr>
      <w:r/>
      <w:r>
        <w:rPr>
          <w:b/>
        </w:rPr>
        <w:t>Reaction split:</w:t>
      </w:r>
      <w:r>
        <w:t xml:space="preserve"> Coverage and public reaction mix admiration for the football star with concern from LGBTQ+ advocates and critics of culture-war messaging. </w:t>
      </w:r>
      <w:r/>
    </w:p>
    <w:p>
      <w:pPr>
        <w:pStyle w:val="ListBullet"/>
        <w:spacing w:line="240" w:lineRule="auto"/>
        <w:ind w:left="720"/>
      </w:pPr>
      <w:r/>
      <w:r>
        <w:rPr>
          <w:b/>
        </w:rPr>
        <w:t>PAC footprint:</w:t>
      </w:r>
      <w:r>
        <w:t xml:space="preserve"> UPRIGHT PAC is now listed in public organisational trackers and is aimed at influencing cultural and political debates. </w:t>
      </w:r>
      <w:r/>
    </w:p>
    <w:p>
      <w:pPr>
        <w:pStyle w:val="ListBullet"/>
        <w:spacing w:line="240" w:lineRule="auto"/>
        <w:ind w:left="720"/>
      </w:pPr>
      <w:r/>
      <w:r>
        <w:rPr>
          <w:b/>
        </w:rPr>
        <w:t>Practical point:</w:t>
      </w:r>
      <w:r>
        <w:t xml:space="preserve"> If you’re tracking influence in sport-politics crossovers, this is a clear example of athletes leveraging platform power , and teams watching reputational risk.</w:t>
      </w:r>
      <w:r/>
      <w:r/>
    </w:p>
    <w:p>
      <w:pPr>
        <w:pStyle w:val="Heading2"/>
      </w:pPr>
      <w:r>
        <w:t>Why this photo landed harder than a routine campaign snap</w:t>
      </w:r>
      <w:r/>
    </w:p>
    <w:p>
      <w:r/>
      <w:r>
        <w:t>The image of Butker and Hawley walking a pitch or practice field feels staged and intimate, a portrait with a soft, autumn light that turns political theatre into lifestyle content. According to reporting on the PAC launch, Butker’s UPRIGHT PAC explicitly aims to elevate Christian voters and “traditional values,” so the photograph is part announcement, part signalling. Journalists and social feeds interpreted it as more than photo-op: it’s a branding move that marries sport celebrity to a partisan cultural platform, and that resonance is exactly why people stopped scrolling.</w:t>
      </w:r>
      <w:r/>
    </w:p>
    <w:p>
      <w:pPr>
        <w:pStyle w:val="Heading2"/>
      </w:pPr>
      <w:r>
        <w:t>How the PAC launch reframes an NFL kicker as a political actor</w:t>
      </w:r>
      <w:r/>
    </w:p>
    <w:p>
      <w:r/>
      <w:r>
        <w:t>Harrison Butker is hardly the first athlete to enter politics-adjacent work, but his choice to form a PAC focused on faith and family values is a specific turn. Coverage in outlets that tracked the announcement highlights the owner-level acceptance within his club and the explicit policy bent of UPRIGHT PAC. The move shows how modern athletes can pivot from on-field achievements to off-field influence, and why clubs and sponsors do a quick reputational calculation when their players step into the public policy arena.</w:t>
      </w:r>
      <w:r/>
    </w:p>
    <w:p>
      <w:pPr>
        <w:pStyle w:val="Heading2"/>
      </w:pPr>
      <w:r>
        <w:t>Reactions: applause, alarm and a culture-war echo chamber</w:t>
      </w:r>
      <w:r/>
    </w:p>
    <w:p>
      <w:r/>
      <w:r>
        <w:t>Responses split along predictable lines: supporters applaud Butker’s advocacy for religious values, while LGBTQ+ groups and many commentators saw the graduation remarks and the PAC as exclusionary. Earlier reporting captured a backlash to a commencement speech in which Butker urged traditional gender roles, a moment that already drew criticism , including from attendees who described the experience harshly. That history colours how people read the new photo and the PAC launch, and it explains why the pairing with a sitting senator amplified the chatter.</w:t>
      </w:r>
      <w:r/>
    </w:p>
    <w:p>
      <w:pPr>
        <w:pStyle w:val="Heading2"/>
      </w:pPr>
      <w:r>
        <w:t>What it means for teams, sponsors and fans</w:t>
      </w:r>
      <w:r/>
    </w:p>
    <w:p>
      <w:r/>
      <w:r>
        <w:t>Clubs and owners are watching these moments closely because athlete activism can complicate commercial relationships. Coverage suggests Chiefs ownership was aware of Butker’s political turn, indicating teams are balancing player expression with brand management. For fans and consumers, the takeaway is practical: athlete endorsements and political activity can influence merchandise, ticket sentiment and corporate partnerships. If you care about where your money goes, note who athletes align with , it often matters beyond the locker room.</w:t>
      </w:r>
      <w:r/>
    </w:p>
    <w:p>
      <w:pPr>
        <w:pStyle w:val="Heading2"/>
      </w:pPr>
      <w:r>
        <w:t>How to read the next moves , and what to watch</w:t>
      </w:r>
      <w:r/>
    </w:p>
    <w:p>
      <w:r/>
      <w:r>
        <w:t>Expect more carefully staged appearances and digital-friendly photos that blur private friendship with public campaign. Watch UPRIGHT PAC filings and public events to see whether the group channels donations, runs ads, or targets specific races. For media consumers, the simple rule is to follow the organisational trail: a PAC registration and public endorsements are concrete signs of political intent, not just opinion pieces on social feeds.</w:t>
      </w:r>
      <w:r/>
    </w:p>
    <w:p>
      <w:r/>
      <w:r>
        <w:t>It's a small change in extra attention, but it can reshape how sports figures are seen , and who they influence.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[7]</w:t>
        </w:r>
      </w:hyperlink>
      <w:r>
        <w:t xml:space="preserve">, </w:t>
      </w:r>
      <w:hyperlink r:id="rId11">
        <w:r>
          <w:rPr>
            <w:color w:val="0000EE"/>
            <w:u w:val="single"/>
          </w:rPr>
          <w:t>[5]</w:t>
        </w:r>
      </w:hyperlink>
      <w:r>
        <w:t xml:space="preserve">- Paragraph 4: </w:t>
      </w:r>
      <w:hyperlink r:id="rId15">
        <w:r>
          <w:rPr>
            <w:color w:val="0000EE"/>
            <w:u w:val="single"/>
          </w:rPr>
          <w:t>[4]</w:t>
        </w:r>
      </w:hyperlink>
      <w:r>
        <w:t xml:space="preserve">, </w:t>
      </w:r>
      <w:hyperlink r:id="rId12">
        <w:r>
          <w:rPr>
            <w:color w:val="0000EE"/>
            <w:u w:val="single"/>
          </w:rPr>
          <w:t>[3]</w:t>
        </w:r>
      </w:hyperlink>
      <w:r>
        <w:t xml:space="preserve">- Paragraph 5: </w:t>
      </w:r>
      <w:hyperlink r:id="rId13">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https://adamfoxie.blogspot.com/2026/08/josh-hawley-post-photo-with-adorable.html</w:t>
        </w:r>
      </w:hyperlink>
      <w:r>
        <w:t xml:space="preserve"> - Please view link - unable to able to access data</w:t>
      </w:r>
      <w:r/>
    </w:p>
    <w:p>
      <w:pPr>
        <w:pStyle w:val="ListNumber"/>
        <w:spacing w:line="240" w:lineRule="auto"/>
        <w:ind w:left="720"/>
      </w:pPr>
      <w:r/>
      <w:hyperlink r:id="rId10">
        <w:r>
          <w:rPr>
            <w:color w:val="0000EE"/>
            <w:u w:val="single"/>
          </w:rPr>
          <w:t>https://www.apnews.com/article/8d978c31444ed4739b46b1b58b25fec1</w:t>
        </w:r>
      </w:hyperlink>
      <w:r>
        <w:t xml:space="preserve"> - In October 2024, Kansas City Chiefs kicker Harrison Butker announced the formation of UPRIGHT PAC, a political action committee aimed at mobilising Christians to vote for traditional values. The PAC received support from Chiefs owner Clark Hunt, who encouraged players to use their platforms to make a difference. Butker's endorsement of Missouri Republican Senator Josh Hawley was highlighted on the PAC's website, emphasising the mobilisation of Christians to protect traditional values at the ballot box.</w:t>
      </w:r>
      <w:r/>
    </w:p>
    <w:p>
      <w:pPr>
        <w:pStyle w:val="ListNumber"/>
        <w:spacing w:line="240" w:lineRule="auto"/>
        <w:ind w:left="720"/>
      </w:pPr>
      <w:r/>
      <w:hyperlink r:id="rId12">
        <w:r>
          <w:rPr>
            <w:color w:val="0000EE"/>
            <w:u w:val="single"/>
          </w:rPr>
          <w:t>https://www.courthousenews.com/kansas-city-chiefs-owner-backs-kicker-harrison-butkers-new-pac-supporting-traditional-values/</w:t>
        </w:r>
      </w:hyperlink>
      <w:r>
        <w:t xml:space="preserve"> - Kansas City Chiefs owner Clark Hunt expressed support for kicker Harrison Butker's new political action committee, UPRIGHT PAC, which aims to encourage Christians to vote for traditional values. Hunt stated that he is not concerned when players use their platform to make a difference, highlighting the PAC's focus on mobilising Christians to protect traditional values at the ballot box.</w:t>
      </w:r>
      <w:r/>
    </w:p>
    <w:p>
      <w:pPr>
        <w:pStyle w:val="ListNumber"/>
        <w:spacing w:line="240" w:lineRule="auto"/>
        <w:ind w:left="720"/>
      </w:pPr>
      <w:r/>
      <w:hyperlink r:id="rId15">
        <w:r>
          <w:rPr>
            <w:color w:val="0000EE"/>
            <w:u w:val="single"/>
          </w:rPr>
          <w:t>https://www.espn.com/nfl/story/_/id/41847478/chiefs-owner-ok-harrison-butker-traditional-values-pac</w:t>
        </w:r>
      </w:hyperlink>
      <w:r>
        <w:t xml:space="preserve"> - Kansas City Chiefs owner Clark Hunt approved of kicker Harrison Butker's formation of UPRIGHT PAC, a political action committee designed to encourage Christians to vote for traditional values. Hunt emphasised the importance of players using their platforms to make a difference, noting that the PAC's website prominently featured Butker alongside Missouri Republican Senator Josh Hawley, who received the kicker's endorsement ahead of the general election.</w:t>
      </w:r>
      <w:r/>
    </w:p>
    <w:p>
      <w:pPr>
        <w:pStyle w:val="ListNumber"/>
        <w:spacing w:line="240" w:lineRule="auto"/>
        <w:ind w:left="720"/>
      </w:pPr>
      <w:r/>
      <w:hyperlink r:id="rId11">
        <w:r>
          <w:rPr>
            <w:color w:val="0000EE"/>
            <w:u w:val="single"/>
          </w:rPr>
          <w:t>https://www.theguardian.com/sport/2024/oct/17/harrison-butker-political-action-committee-pac-chiefs-kicker</w:t>
        </w:r>
      </w:hyperlink>
      <w:r>
        <w:t xml:space="preserve"> - Kansas City Chiefs kicker Harrison Butker announced the formation of UPRIGHT PAC, a political action committee aimed at mobilising Christians to vote for traditional values. The PAC received support from Chiefs owner Clark Hunt, who encouraged players to use their platforms to make a difference. Butker's endorsement of Missouri Republican Senator Josh Hawley was highlighted on the PAC's website, emphasising the mobilisation of Christians to protect traditional values at the ballot box.</w:t>
      </w:r>
      <w:r/>
    </w:p>
    <w:p>
      <w:pPr>
        <w:pStyle w:val="ListNumber"/>
        <w:spacing w:line="240" w:lineRule="auto"/>
        <w:ind w:left="720"/>
      </w:pPr>
      <w:r/>
      <w:hyperlink r:id="rId13">
        <w:r>
          <w:rPr>
            <w:color w:val="0000EE"/>
            <w:u w:val="single"/>
          </w:rPr>
          <w:t>https://littlesis.org/org/452251-Upright_PAC</w:t>
        </w:r>
      </w:hyperlink>
      <w:r>
        <w:t xml:space="preserve"> - UPRIGHT PAC is a political action committee associated with Kansas City Chiefs kicker Harrison Butker. The PAC's leadership includes Butker himself, with Jason Young serving as the treasurer. The committee aims to mobilise Christians to vote for traditional values, with Butker's endorsement of Missouri Republican Senator Josh Hawley featured prominently on the PAC's website.</w:t>
      </w:r>
      <w:r/>
    </w:p>
    <w:p>
      <w:pPr>
        <w:pStyle w:val="ListNumber"/>
        <w:spacing w:line="240" w:lineRule="auto"/>
        <w:ind w:left="720"/>
      </w:pPr>
      <w:r/>
      <w:hyperlink r:id="rId14">
        <w:r>
          <w:rPr>
            <w:color w:val="0000EE"/>
            <w:u w:val="single"/>
          </w:rPr>
          <w:t>https://www.lgbtqnation.com/2024/05/nfl-player-rants-about-pride-month-celebrating-deadly-sins-in-graduation-speech-as-audience-groans/</w:t>
        </w:r>
      </w:hyperlink>
      <w:r>
        <w:t xml:space="preserve"> - In May 2024, Kansas City Chiefs kicker Harrison Butker delivered a commencement address at Benedictine College, where he criticised Pride Month, calling it an example of the 'deadly sins.' His speech, which included other personal and political opinions, was met with controversy and backlash from the audience, highlighting the tension between his conservative views and the college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damfoxie.blogspot.com/2026/08/josh-hawley-post-photo-with-adorable.html" TargetMode="External"/><Relationship Id="rId10" Type="http://schemas.openxmlformats.org/officeDocument/2006/relationships/hyperlink" Target="https://www.apnews.com/article/8d978c31444ed4739b46b1b58b25fec1" TargetMode="External"/><Relationship Id="rId11" Type="http://schemas.openxmlformats.org/officeDocument/2006/relationships/hyperlink" Target="https://www.theguardian.com/sport/2024/oct/17/harrison-butker-political-action-committee-pac-chiefs-kicker" TargetMode="External"/><Relationship Id="rId12" Type="http://schemas.openxmlformats.org/officeDocument/2006/relationships/hyperlink" Target="https://www.courthousenews.com/kansas-city-chiefs-owner-backs-kicker-harrison-butkers-new-pac-supporting-traditional-values/" TargetMode="External"/><Relationship Id="rId13" Type="http://schemas.openxmlformats.org/officeDocument/2006/relationships/hyperlink" Target="https://littlesis.org/org/452251-Upright_PAC" TargetMode="External"/><Relationship Id="rId14" Type="http://schemas.openxmlformats.org/officeDocument/2006/relationships/hyperlink" Target="https://www.lgbtqnation.com/2024/05/nfl-player-rants-about-pride-month-celebrating-deadly-sins-in-graduation-speech-as-audience-groans/" TargetMode="External"/><Relationship Id="rId15" Type="http://schemas.openxmlformats.org/officeDocument/2006/relationships/hyperlink" Target="https://www.espn.com/nfl/story/_/id/41847478/chiefs-owner-ok-harrison-butker-traditional-values-pa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