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Out on the Mountain 2026: Pride Night at Six Flags Magic Mountain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tickets for Out on the Mountain , a private Pride night at Six Flags Magic Mountain on Friday, August 21, 2026 , where drag favourites April Carrión and Jessica Wild headline, rides run after dark, and proceeds support local LGBTQ+ groups. It’s big, bright and built for celebration.</w:t>
      </w:r>
      <w:r/>
    </w:p>
    <w:p>
      <w:r/>
      <w:r>
        <w:t>Essential Takeaways</w:t>
      </w:r>
      <w:r/>
      <w:r/>
    </w:p>
    <w:p>
      <w:pPr>
        <w:pStyle w:val="ListBullet"/>
        <w:spacing w:line="240" w:lineRule="auto"/>
        <w:ind w:left="720"/>
      </w:pPr>
      <w:r/>
      <w:r>
        <w:rPr>
          <w:b/>
        </w:rPr>
        <w:t>When and where:</w:t>
      </w:r>
      <w:r>
        <w:t xml:space="preserve"> Out on the Mountain is Friday 21 August 2026, 6:00 p.m.–midnight at Six Flags Magic Mountain, Valencia.</w:t>
      </w:r>
      <w:r/>
    </w:p>
    <w:p>
      <w:pPr>
        <w:pStyle w:val="ListBullet"/>
        <w:spacing w:line="240" w:lineRule="auto"/>
        <w:ind w:left="720"/>
      </w:pPr>
      <w:r/>
      <w:r>
        <w:rPr>
          <w:b/>
        </w:rPr>
        <w:t>Headliners and DJs:</w:t>
      </w:r>
      <w:r>
        <w:t xml:space="preserve"> April Carrión and Jessica Wild perform, with DJs Ray Rhodes, SRO and Casey Alva keeping energy high.</w:t>
      </w:r>
      <w:r/>
    </w:p>
    <w:p>
      <w:pPr>
        <w:pStyle w:val="ListBullet"/>
        <w:spacing w:line="240" w:lineRule="auto"/>
        <w:ind w:left="720"/>
      </w:pPr>
      <w:r/>
      <w:r>
        <w:rPr>
          <w:b/>
        </w:rPr>
        <w:t>Tickets and perks:</w:t>
      </w:r>
      <w:r>
        <w:t xml:space="preserve"> General tickets around $74 include free parking; $160 VIP packages offer front-of-line ride access while supplies last.</w:t>
      </w:r>
      <w:r/>
    </w:p>
    <w:p>
      <w:pPr>
        <w:pStyle w:val="ListBullet"/>
        <w:spacing w:line="240" w:lineRule="auto"/>
        <w:ind w:left="720"/>
      </w:pPr>
      <w:r/>
      <w:r>
        <w:rPr>
          <w:b/>
        </w:rPr>
        <w:t>Community impact:</w:t>
      </w:r>
      <w:r>
        <w:t xml:space="preserve"> Proceeds benefit The OUTreach Center, PFLAG Santa Clarita and local GSA chapters, continuing the event’s charitable tradition.</w:t>
      </w:r>
      <w:r/>
    </w:p>
    <w:p>
      <w:pPr>
        <w:pStyle w:val="ListBullet"/>
        <w:spacing w:line="240" w:lineRule="auto"/>
        <w:ind w:left="720"/>
      </w:pPr>
      <w:r/>
      <w:r>
        <w:rPr>
          <w:b/>
        </w:rPr>
        <w:t>Rides after dark:</w:t>
      </w:r>
      <w:r>
        <w:t xml:space="preserve"> Signature coasters like Wonder Woman: Flight of Courage and West Coast Racers are included, making the park feel new again at night.</w:t>
      </w:r>
      <w:r/>
      <w:r/>
    </w:p>
    <w:p>
      <w:pPr>
        <w:pStyle w:val="Heading2"/>
      </w:pPr>
      <w:r>
        <w:t>A night designed for Pride and thrills</w:t>
      </w:r>
      <w:r/>
    </w:p>
    <w:p>
      <w:r/>
      <w:r>
        <w:t>This isn’t just another theme-park evening; it’s a private Pride takeover where the park’s lights and sounds switch to celebration mode. The headline names , April Carrión, known for sharp looks and quick wit, and Jessica Wild, a seasonal crowd favourite , promise theatrical drag sets that suit the park’s larger-than-life backdrop. You’ll notice the buzz in the air: groups planning coordinated outfits, DJs warming up with familiar anthems, people trading ride tips between performances.</w:t>
      </w:r>
      <w:r/>
    </w:p>
    <w:p>
      <w:r/>
      <w:r>
        <w:t>Six Flags has hosted the event for years, and Out on the Mountain leans into that history by offering an affirming space. Organisers emphasise safety and inclusivity, and the vibe is deliberately welcoming , think shimmering costumes, loud music and the whoosh of coasters in the dark. If you’ve never done a theme-park night event, expect a different sensory mix: cooler evening air, neon reflections, and the thrill of major rides with shorter lines.</w:t>
      </w:r>
      <w:r/>
    </w:p>
    <w:p>
      <w:pPr>
        <w:pStyle w:val="Heading2"/>
      </w:pPr>
      <w:r>
        <w:t>Why the lineup matters , and what drag brings to a theme park</w:t>
      </w:r>
      <w:r/>
    </w:p>
    <w:p>
      <w:r/>
      <w:r>
        <w:t>Booking RuPaul’s Drag Race alumni like April Carrión and Jessica Wild signals the event’s aim to blend mainstream pop culture with LGBTQ+ community celebration. Drag performers bring camp, spectacle and storytelling, which play well against a park’s dramatic architecture and open-air stages. Performances are set to punctuate DJ sets, so you can bounce between dance zones and main-stage moments.</w:t>
      </w:r>
      <w:r/>
    </w:p>
    <w:p>
      <w:r/>
      <w:r>
        <w:t>From a practical point of view, the performers help draw different crowds , long-time local attendees, out-of-towners, and fans who might not usually go to a theme park. That mix keeps lines lively and staff prepared for a big, diverse audience. If you’re going primarily for the shows, check the event schedule in advance and plan to arrive early to snag a good viewing spot.</w:t>
      </w:r>
      <w:r/>
    </w:p>
    <w:p>
      <w:pPr>
        <w:pStyle w:val="Heading2"/>
      </w:pPr>
      <w:r>
        <w:t>Tickets, timings and planning like a pro</w:t>
      </w:r>
      <w:r/>
    </w:p>
    <w:p>
      <w:r/>
      <w:r>
        <w:t>Standard tickets include free parking but are separate from day admissions or season passes, so buy ahead if you want to guarantee access. VIP packages currently include front-of-line ride access, which can be worth the premium if you plan to hit big coasters after a drag set. Doors open at 6pm for the private event, though ticket holders can arrive during regular park hours from 10:30am , useful if you want a full-day experience before the Pride party starts.</w:t>
      </w:r>
      <w:r/>
    </w:p>
    <w:p>
      <w:r/>
      <w:r>
        <w:t>A few handy tips: wear comfortable shoes for queues and dancing, bring a light layer for cooler evening temperatures, and set a meeting point with friends in case phone signals get flaky. Check OutontheMountain.com for the latest FAQs and any ride restrictions; some attractions may have height limits or temporary closures.</w:t>
      </w:r>
      <w:r/>
    </w:p>
    <w:p>
      <w:pPr>
        <w:pStyle w:val="Heading2"/>
      </w:pPr>
      <w:r>
        <w:t>Community giveback and what that means locally</w:t>
      </w:r>
      <w:r/>
    </w:p>
    <w:p>
      <w:r/>
      <w:r>
        <w:t>Out on the Mountain isn’t just a party; it’s a fundraising night, too. Proceeds support local organisations, including The OUTreach Center, PFLAG Santa Clarita and area GSA chapters, which means your ticket helps sustain services and youth groups. That charitable angle has been part of the event’s identity for years, and it helps frame a commercial attraction as something that gives back.</w:t>
      </w:r>
      <w:r/>
    </w:p>
    <w:p>
      <w:r/>
      <w:r>
        <w:t>For attendees who care about impact, that context adds a layer of satisfaction: you’re enjoying live entertainment and rides while contributing to community programmes. Organisers often spotlight partner charities during the event, so you’ll have opportunities to learn more and donate directly if you want.</w:t>
      </w:r>
      <w:r/>
    </w:p>
    <w:p>
      <w:pPr>
        <w:pStyle w:val="Heading2"/>
      </w:pPr>
      <w:r>
        <w:t>What to expect on arrival and the overall vibe</w:t>
      </w:r>
      <w:r/>
    </w:p>
    <w:p>
      <w:r/>
      <w:r>
        <w:t>Expect a festive crowd with plenty of Pride regalia, pulsing DJ sets, and performances that mix humour with high production. The park transforms into a late-night playground where the usual daytime rhythms give way to staged shows and curated playlists. Staff and security work to maintain a welcoming environment, and signage and websites outline accessibility and safety provisions.</w:t>
      </w:r>
      <w:r/>
    </w:p>
    <w:p>
      <w:r/>
      <w:r>
        <w:t>If you love theme parks but usually avoid busy days, the private ticketed format offers a controlled way to enjoy big coasters without the typical crowds. And if you’re there for the music and drag, the sound and lighting design make performances feel cinematic against the park’s skyline.</w:t>
      </w:r>
      <w:r/>
    </w:p>
    <w:p>
      <w:r/>
      <w:r>
        <w:t>Whether you’re local or planning a road trip, Out on the Mountain 2026 is shaping up to be one of the summer’s liveliest Pride nights.</w:t>
      </w:r>
      <w:r/>
    </w:p>
    <w:p>
      <w:r/>
      <w:r>
        <w:t>It's a small change that can make every ride and performance feel like a proper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3">
        <w:r>
          <w:rPr>
            <w:color w:val="0000EE"/>
            <w:u w:val="single"/>
          </w:rPr>
          <w:t>[6]</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https://thefightmag.com/2026/08/drag-race-stars-april-carrion-and-jessica-wild-headline-out-on-the-mountain/</w:t>
        </w:r>
      </w:hyperlink>
      <w:r>
        <w:t xml:space="preserve"> - Please view link - unable to able to access data</w:t>
      </w:r>
      <w:r/>
    </w:p>
    <w:p>
      <w:pPr>
        <w:pStyle w:val="ListNumber"/>
        <w:spacing w:line="240" w:lineRule="auto"/>
        <w:ind w:left="720"/>
      </w:pPr>
      <w:r/>
      <w:hyperlink r:id="rId10">
        <w:r>
          <w:rPr>
            <w:color w:val="0000EE"/>
            <w:u w:val="single"/>
          </w:rPr>
          <w:t>https://www.sixflags.com/magicmountain/events/out-on-the-mountain</w:t>
        </w:r>
      </w:hyperlink>
      <w:r>
        <w:t xml:space="preserve"> - Six Flags Magic Mountain is hosting the 19th annual 'Out on the Mountain' event on Friday, August 21, 2026. This exclusive LGBTQ Pride celebration offers attendees access to world-class thrill rides, dance zones, and live entertainment from 6:00 p.m. to midnight. Tickets are available for $74, including free parking, with VIP packages at $160 offering front-of-the-line ride access. Standard park admission, season passes, and memberships are not valid for this private event. For more details and ticket purchases, visit the official event page.</w:t>
      </w:r>
      <w:r/>
    </w:p>
    <w:p>
      <w:pPr>
        <w:pStyle w:val="ListNumber"/>
        <w:spacing w:line="240" w:lineRule="auto"/>
        <w:ind w:left="720"/>
      </w:pPr>
      <w:r/>
      <w:hyperlink r:id="rId15">
        <w:r>
          <w:rPr>
            <w:color w:val="0000EE"/>
            <w:u w:val="single"/>
          </w:rPr>
          <w:t>https://outonthemountain.com/</w:t>
        </w:r>
      </w:hyperlink>
      <w:r>
        <w:t xml:space="preserve"> - Out on the Mountain is an annual LGBTQ Pride event held at Six Flags Magic Mountain in Valencia, California. The 2026 event is scheduled for Friday, August 21, featuring live performances by RuPaul’s Drag Race fan favourites April Carrión and Jessica Wild, alongside high-energy sets from DJs Ray Rhodes, SRO, and Casey Alva. The event supports local LGBTQ organisations, including The OUTreach Center, PFLAG Santa Clarita, and area GSA chapters. Tickets are available online, with free parking included.</w:t>
      </w:r>
      <w:r/>
    </w:p>
    <w:p>
      <w:pPr>
        <w:pStyle w:val="ListNumber"/>
        <w:spacing w:line="240" w:lineRule="auto"/>
        <w:ind w:left="720"/>
      </w:pPr>
      <w:r/>
      <w:hyperlink r:id="rId11">
        <w:r>
          <w:rPr>
            <w:color w:val="0000EE"/>
            <w:u w:val="single"/>
          </w:rPr>
          <w:t>https://outonthemountain.com/about.html</w:t>
        </w:r>
      </w:hyperlink>
      <w:r>
        <w:t xml:space="preserve"> - Out on the Mountain is an annual LGBTQ Pride event at Six Flags Magic Mountain, created in 2008 by Six Flags Magic Mountain with Ray Rhodes and Out Ventures. The 2026 event is scheduled for August 21, featuring live performances by RuPaul’s Drag Race fan favourites April Carrión and Jessica Wild, alongside high-energy sets from DJs Ray Rhodes, SRO, and Casey Alva. The event supports local LGBTQ organisations, including The OUTreach Center, PFLAG Santa Clarita, and area GSA chapters. Tickets are available online, with free parking included.</w:t>
      </w:r>
      <w:r/>
    </w:p>
    <w:p>
      <w:pPr>
        <w:pStyle w:val="ListNumber"/>
        <w:spacing w:line="240" w:lineRule="auto"/>
        <w:ind w:left="720"/>
      </w:pPr>
      <w:r/>
      <w:hyperlink r:id="rId14">
        <w:r>
          <w:rPr>
            <w:color w:val="0000EE"/>
            <w:u w:val="single"/>
          </w:rPr>
          <w:t>https://outonthemountain.com/faq.html</w:t>
        </w:r>
      </w:hyperlink>
      <w:r>
        <w:t xml:space="preserve"> - The FAQ page for Out on the Mountain provides essential information about the annual LGBTQ Pride event at Six Flags Magic Mountain. The 2026 event is scheduled for Friday, August 21, featuring live performances by RuPaul’s Drag Race fan favourites April Carrión and Jessica Wild, alongside high-energy sets from DJs Ray Rhodes, SRO, and Casey Alva. The event supports local LGBTQ organisations, including The OUTreach Center, PFLAG Santa Clarita, and area GSA chapters. Tickets are available online, with free parking included.</w:t>
      </w:r>
      <w:r/>
    </w:p>
    <w:p>
      <w:pPr>
        <w:pStyle w:val="ListNumber"/>
        <w:spacing w:line="240" w:lineRule="auto"/>
        <w:ind w:left="720"/>
      </w:pPr>
      <w:r/>
      <w:hyperlink r:id="rId13">
        <w:r>
          <w:rPr>
            <w:color w:val="0000EE"/>
            <w:u w:val="single"/>
          </w:rPr>
          <w:t>https://outonthemountain.com/buy-index.html</w:t>
        </w:r>
      </w:hyperlink>
      <w:r>
        <w:t xml:space="preserve"> - The ticket purchase page for Out on the Mountain offers options for the 2026 event scheduled for Friday, August 21. Regular tickets are priced at $74, including free parking, while VIP packages are available for $160, offering front-of-the-line ride access. Standard park admission, season passes, and memberships are not valid for this private event. Tickets must be purchased online in advance, as they will not be sold at the gate. For more details and to purchase tickets, visit the official ticket page.</w:t>
      </w:r>
      <w:r/>
    </w:p>
    <w:p>
      <w:pPr>
        <w:pStyle w:val="ListNumber"/>
        <w:spacing w:line="240" w:lineRule="auto"/>
        <w:ind w:left="720"/>
      </w:pPr>
      <w:r/>
      <w:hyperlink r:id="rId12">
        <w:r>
          <w:rPr>
            <w:color w:val="0000EE"/>
            <w:u w:val="single"/>
          </w:rPr>
          <w:t>https://www.outonthemountain.com/fight.html</w:t>
        </w:r>
      </w:hyperlink>
      <w:r>
        <w:t xml:space="preserve"> - The official event page for Out on the Mountain provides detailed information about the 2026 LGBTQ Pride event at Six Flags Magic Mountain, scheduled for Friday, August 21. The event features live performances by RuPaul’s Drag Race fan favourites April Carrión and Jessica Wild, alongside high-energy sets from DJs Ray Rhodes, SRO, and Casey Alva. The event supports local LGBTQ organisations, including The OUTreach Center, PFLAG Santa Clarita, and area GSA chapters. Tickets are available online, with free parking included.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8/drag-race-stars-april-carrion-and-jessica-wild-headline-out-on-the-mountain/" TargetMode="External"/><Relationship Id="rId10" Type="http://schemas.openxmlformats.org/officeDocument/2006/relationships/hyperlink" Target="https://www.sixflags.com/magicmountain/events/out-on-the-mountain" TargetMode="External"/><Relationship Id="rId11" Type="http://schemas.openxmlformats.org/officeDocument/2006/relationships/hyperlink" Target="https://outonthemountain.com/about.html" TargetMode="External"/><Relationship Id="rId12" Type="http://schemas.openxmlformats.org/officeDocument/2006/relationships/hyperlink" Target="https://www.outonthemountain.com/fight.html" TargetMode="External"/><Relationship Id="rId13" Type="http://schemas.openxmlformats.org/officeDocument/2006/relationships/hyperlink" Target="https://outonthemountain.com/buy-index.html" TargetMode="External"/><Relationship Id="rId14" Type="http://schemas.openxmlformats.org/officeDocument/2006/relationships/hyperlink" Target="https://outonthemountain.com/faq.html" TargetMode="External"/><Relationship Id="rId15" Type="http://schemas.openxmlformats.org/officeDocument/2006/relationships/hyperlink" Target="https://outonthemountai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