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Montreal Pride Parade Moments and What They Mean for 2026 Visitors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Bursting with colour and choreography, Montreal’s Pride parade drew thousands downtown this August , a festive, political and cautiously secure celebration that matters for tourists, locals and anyone planning to join next year.</w:t>
      </w:r>
      <w:r/>
    </w:p>
    <w:p>
      <w:r/>
      <w:r>
        <w:t>Essential Takeaways</w:t>
      </w:r>
      <w:r/>
      <w:r/>
    </w:p>
    <w:p>
      <w:pPr>
        <w:pStyle w:val="ListBullet"/>
        <w:spacing w:line="240" w:lineRule="auto"/>
        <w:ind w:left="720"/>
      </w:pPr>
      <w:r/>
      <w:r>
        <w:rPr>
          <w:b/>
        </w:rPr>
        <w:t>Big turnout:</w:t>
      </w:r>
      <w:r>
        <w:t xml:space="preserve"> Thousands packed downtown streets for Fierté Montréal’s 20th parade, with a lively, inclusive atmosphere and strong visual pageantry.</w:t>
      </w:r>
      <w:r/>
    </w:p>
    <w:p>
      <w:pPr>
        <w:pStyle w:val="ListBullet"/>
        <w:spacing w:line="240" w:lineRule="auto"/>
        <w:ind w:left="720"/>
      </w:pPr>
      <w:r/>
      <w:r>
        <w:rPr>
          <w:b/>
        </w:rPr>
        <w:t>Heightened security:</w:t>
      </w:r>
      <w:r>
        <w:t xml:space="preserve"> Organisers increased security measures following a deadly attack at Berlin Pride, creating a more visible but calm environment.</w:t>
      </w:r>
      <w:r/>
    </w:p>
    <w:p>
      <w:pPr>
        <w:pStyle w:val="ListBullet"/>
        <w:spacing w:line="240" w:lineRule="auto"/>
        <w:ind w:left="720"/>
      </w:pPr>
      <w:r/>
      <w:r>
        <w:rPr>
          <w:b/>
        </w:rPr>
        <w:t>Two marches:</w:t>
      </w:r>
      <w:r>
        <w:t xml:space="preserve"> The main parade shared the day with Wild Pride, a leftist LGBTQ+ group staging a second march to protest corporate sponsorship, police presence and colonialism.</w:t>
      </w:r>
      <w:r/>
    </w:p>
    <w:p>
      <w:pPr>
        <w:pStyle w:val="ListBullet"/>
        <w:spacing w:line="240" w:lineRule="auto"/>
        <w:ind w:left="720"/>
      </w:pPr>
      <w:r/>
      <w:r>
        <w:rPr>
          <w:b/>
        </w:rPr>
        <w:t>Festival hub:</w:t>
      </w:r>
      <w:r>
        <w:t xml:space="preserve"> Pride Village and surrounding events ran all week, offering food, performances and family-friendly programming , easy to explore on foot or by metro.</w:t>
      </w:r>
      <w:r/>
    </w:p>
    <w:p>
      <w:pPr>
        <w:pStyle w:val="ListBullet"/>
        <w:spacing w:line="240" w:lineRule="auto"/>
        <w:ind w:left="720"/>
      </w:pPr>
      <w:r/>
      <w:r>
        <w:rPr>
          <w:b/>
        </w:rPr>
        <w:t>Visitor tips:</w:t>
      </w:r>
      <w:r>
        <w:t xml:space="preserve"> Expect crowds, check event schedules in advance, dress for weather, and plan meeting points if you’re with a group.</w:t>
      </w:r>
      <w:r/>
      <w:r/>
    </w:p>
    <w:p>
      <w:pPr>
        <w:pStyle w:val="Heading2"/>
      </w:pPr>
      <w:r>
        <w:t>Parade day: colour, music and a strong downtown buzz</w:t>
      </w:r>
      <w:r/>
    </w:p>
    <w:p>
      <w:r/>
      <w:r>
        <w:t>The parade felt like a city-wide block party, the kind that lowers your shoulders and makes you smile at strangers. Floats rolled past with booming music, dancers gave everything and the rainbow flags created a bright, fluttering roof over streets that were otherwise the same old asphalt. For visitors, that sensory mix , sound, colour, heat , is memorable and very photogenic.</w:t>
      </w:r>
      <w:r/>
    </w:p>
    <w:p>
      <w:r/>
      <w:r>
        <w:t>Organisers from Fierté Montréal laid out a packed schedule of events across the week, and the parade itself is the obvious crescendo. According to festival listings, Pride Village and satellite events gave people lots to do before and after the march, so it’s worth arriving early to soak up the atmosphere and find a good viewing spot.</w:t>
      </w:r>
      <w:r/>
    </w:p>
    <w:p>
      <w:pPr>
        <w:pStyle w:val="Heading2"/>
      </w:pPr>
      <w:r>
        <w:t>Security in the spotlight after international incidents</w:t>
      </w:r>
      <w:r/>
    </w:p>
    <w:p>
      <w:r/>
      <w:r>
        <w:t>Montreal’s Pride came with a new edge: visibly stepped-up security. Event coordinators said they beefed up measures in response to a deadly attack at Berlin Pride, and you could see more stewards and a heavier stewarding presence along the route. That created a reassuring, if slightly more controlled, feel for many attendees.</w:t>
      </w:r>
      <w:r/>
    </w:p>
    <w:p>
      <w:r/>
      <w:r>
        <w:t>If you’re planning to visit next year, expect bag checks in some zones and extra volunteers on the streets. The aim is clear: keep celebration and safety in balance. Locals I spoke with said the measures didn’t dampen spirits , they just made the day feel safer.</w:t>
      </w:r>
      <w:r/>
    </w:p>
    <w:p>
      <w:pPr>
        <w:pStyle w:val="Heading2"/>
      </w:pPr>
      <w:r>
        <w:t>Wild Pride: a second march with a history lesson</w:t>
      </w:r>
      <w:r/>
    </w:p>
    <w:p>
      <w:r/>
      <w:r>
        <w:t>Not everyone marched with the main parade. Wild Pride , a leftist LGBTQ+ collective , organised a parallel march to push the movement back toward protest and away from mainstreaming. Their message was pointed: resist corporate sponsorship, question police participation and highlight Indigenous and colonial histories.</w:t>
      </w:r>
      <w:r/>
    </w:p>
    <w:p>
      <w:r/>
      <w:r>
        <w:t>This split mirrors broader debates in Pride movements around the world, where activists argue about how to keep Pride political while still welcoming corporate partners and official support. For onlookers, Wild Pride felt rawer and more urgent; for tourists, it’s a reminder that Pride can be both party and protest.</w:t>
      </w:r>
      <w:r/>
    </w:p>
    <w:p>
      <w:pPr>
        <w:pStyle w:val="Heading2"/>
      </w:pPr>
      <w:r>
        <w:t>What to do in Pride Village and nearby events</w:t>
      </w:r>
      <w:r/>
    </w:p>
    <w:p>
      <w:r/>
      <w:r>
        <w:t>Pride Village is where the festival’s smaller moments add up: pop-up stages, food stalls, family programming and community booths. It’s a great place to pause, try local food, catch a set from emerging performers and buy crafts from queer makers. Festival guides suggest using the metro to approach the area; once you’re there, everything is walkable.</w:t>
      </w:r>
      <w:r/>
    </w:p>
    <w:p>
      <w:r/>
      <w:r>
        <w:t>If you’re visiting, check the event calendar in advance and pick a handful of things you genuinely want to see. It’s tempting to try everything, but the best festival memories usually come from savouring a few good acts, not running the whole list.</w:t>
      </w:r>
      <w:r/>
    </w:p>
    <w:p>
      <w:pPr>
        <w:pStyle w:val="Heading2"/>
      </w:pPr>
      <w:r>
        <w:t>Practical tips for visitors and parade-goers</w:t>
      </w:r>
      <w:r/>
    </w:p>
    <w:p>
      <w:r/>
      <w:r>
        <w:t>Show up early to secure a spot along the route and wear comfortable shoes , you’ll be standing or walking a lot. Bring a lightweight bag, a water bottle and sun protection; Montreal summers can be hot. If you’re going with friends, set a clear meeting point in case your phone battery dies in the crush.</w:t>
      </w:r>
      <w:r/>
    </w:p>
    <w:p>
      <w:r/>
      <w:r>
        <w:t>Also, be mindful of the dual nature of Pride: there’s parade spectacle, and there’s protest. If Wild Pride or other demonstrations are happening, respect the participants’ space and message. You’ll get a fuller, richer experience if you listen as much as you cheer.</w:t>
      </w:r>
      <w:r/>
    </w:p>
    <w:p>
      <w:r/>
      <w:r>
        <w:t>It's a small change that can make every parade experience richer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4">
        <w:r>
          <w:rPr>
            <w:color w:val="0000EE"/>
            <w:u w:val="single"/>
          </w:rPr>
          <w:t>[5]</w:t>
        </w:r>
      </w:hyperlink>
      <w:r>
        <w:t xml:space="preserve">, </w:t>
      </w:r>
      <w:hyperlink r:id="rId11">
        <w:r>
          <w:rPr>
            <w:color w:val="0000EE"/>
            <w:u w:val="single"/>
          </w:rPr>
          <w:t>[4]</w:t>
        </w:r>
      </w:hyperlink>
      <w:r>
        <w:t xml:space="preserve">- Paragraph 5: </w:t>
      </w:r>
      <w:hyperlink r:id="rId15">
        <w:r>
          <w:rPr>
            <w:color w:val="0000EE"/>
            <w:u w:val="single"/>
          </w:rPr>
          <w:t>[3]</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https://www.winnipegfreepress.com/canada/2026/08/09/pride-celebrations-take-over-downtown-montreal-with-parade</w:t>
        </w:r>
      </w:hyperlink>
      <w:r>
        <w:t xml:space="preserve"> - Please view link - unable to able to access data</w:t>
      </w:r>
      <w:r/>
    </w:p>
    <w:p>
      <w:pPr>
        <w:pStyle w:val="ListNumber"/>
        <w:spacing w:line="240" w:lineRule="auto"/>
        <w:ind w:left="720"/>
      </w:pPr>
      <w:r/>
      <w:hyperlink r:id="rId10">
        <w:r>
          <w:rPr>
            <w:color w:val="0000EE"/>
            <w:u w:val="single"/>
          </w:rPr>
          <w:t>https://montrealcentreville.ca/en/events/montreal-pride-parade-2026/</w:t>
        </w:r>
      </w:hyperlink>
      <w:r>
        <w:t xml:space="preserve"> - The Montreal Pride Parade 2026 is scheduled for August 9, 2026, from 1 p.m. to 3 p.m. along René Lévesque Boulevard. The parade, themed 'Shine Together!', will feature thousands of community organisations, artists, associations, allies, and supporters celebrating 2SLGBTQIA+ communities. The 1.9 km route begins at the corner of René Lévesque Boulevard and Robert Bourassa Boulevard, proceeding to the heart of the Village, ending at René Lévesque Boulevard and Atateken Street. This event marks the culmination of ten days of Pride celebrations in downtown Montreal.</w:t>
      </w:r>
      <w:r/>
    </w:p>
    <w:p>
      <w:pPr>
        <w:pStyle w:val="ListNumber"/>
        <w:spacing w:line="240" w:lineRule="auto"/>
        <w:ind w:left="720"/>
      </w:pPr>
      <w:r/>
      <w:hyperlink r:id="rId15">
        <w:r>
          <w:rPr>
            <w:color w:val="0000EE"/>
            <w:u w:val="single"/>
          </w:rPr>
          <w:t>https://ra.co/events/2496281</w:t>
        </w:r>
      </w:hyperlink>
      <w:r>
        <w:t xml:space="preserve"> - On August 8, 2026, Système in Montreal will host 'T.I.T.S. x Wild Pride', a night featuring four FLINTA* selectors weaving tech house into a hypnotic and inclusive experience. The event aims to create a safe and engaging environment, with a portion of the proceeds donated to Projet 10, a Montreal-based organisation supporting 2SLGBTQIA+ youth. The event runs from 10 p.m. to 6 a.m. and is part of Wild Pride's programming.</w:t>
      </w:r>
      <w:r/>
    </w:p>
    <w:p>
      <w:pPr>
        <w:pStyle w:val="ListNumber"/>
        <w:spacing w:line="240" w:lineRule="auto"/>
        <w:ind w:left="720"/>
      </w:pPr>
      <w:r/>
      <w:hyperlink r:id="rId11">
        <w:r>
          <w:rPr>
            <w:color w:val="0000EE"/>
            <w:u w:val="single"/>
          </w:rPr>
          <w:t>https://www.mtl.org/en/what-to-do/festivals-and-events/celebrations-pride-montreal</w:t>
        </w:r>
      </w:hyperlink>
      <w:r>
        <w:t xml:space="preserve"> - Since 2007, Montreal has hosted the largest 2SLGBTQIA+ gathering in the French-speaking world. The Montreal Pride Festival offers free shows, indoor activities, films, festive evenings, literature, and more. It raises awareness of queer issues through workshops, panels, and two Community Days. The flagship event, the flamboyant Défilé de la Fierté, attracts over 15,000 participants and a crowd in excess of 300,000 people.</w:t>
      </w:r>
      <w:r/>
    </w:p>
    <w:p>
      <w:pPr>
        <w:pStyle w:val="ListNumber"/>
        <w:spacing w:line="240" w:lineRule="auto"/>
        <w:ind w:left="720"/>
      </w:pPr>
      <w:r/>
      <w:hyperlink r:id="rId14">
        <w:r>
          <w:rPr>
            <w:color w:val="0000EE"/>
            <w:u w:val="single"/>
          </w:rPr>
          <w:t>https://www.fierteindomptable.ca/nos-evenements/la-fripe-indomptable/</w:t>
        </w:r>
      </w:hyperlink>
      <w:r>
        <w:t xml:space="preserve"> - La Fripe Indomptable is a free event organised by Wild Pride, taking place on July 26, 2026, at Esencia Studio in Montreal. The event offers a selection of clothing for all genders and sizes, books, shoes, accessories, bags, games, and even tarot cards, with prices mainly ranging between $1 and $10. The organisers aim to create an inclusive and accessible shopping experience for all attendees.</w:t>
      </w:r>
      <w:r/>
    </w:p>
    <w:p>
      <w:pPr>
        <w:pStyle w:val="ListNumber"/>
        <w:spacing w:line="240" w:lineRule="auto"/>
        <w:ind w:left="720"/>
      </w:pPr>
      <w:r/>
      <w:hyperlink r:id="rId13">
        <w:r>
          <w:rPr>
            <w:color w:val="0000EE"/>
            <w:u w:val="single"/>
          </w:rPr>
          <w:t>https://www.misterbandb.com/gay-events/canada/montreal/gay-pride</w:t>
        </w:r>
      </w:hyperlink>
      <w:r>
        <w:t xml:space="preserve"> - Montreal Pride has grown into one of the world's largest Francophone LGBTQ+ events. During Pride Festival, the Village on Rue Sainte-Catherine becomes an outdoor festival, with the street pedestrianised to accommodate the celebrations. The Village's character is distinctly Quebecois—French-speaking, politically engaged, and less commercial than comparable districts in Toronto or New York.</w:t>
      </w:r>
      <w:r/>
    </w:p>
    <w:p>
      <w:pPr>
        <w:pStyle w:val="ListNumber"/>
        <w:spacing w:line="240" w:lineRule="auto"/>
        <w:ind w:left="720"/>
      </w:pPr>
      <w:r/>
      <w:hyperlink r:id="rId12">
        <w:r>
          <w:rPr>
            <w:color w:val="0000EE"/>
            <w:u w:val="single"/>
          </w:rPr>
          <w:t>https://www.cglq.ca/public/fierte-montreal-2026-defile-fierte-village-gai-guide-complet-en</w:t>
        </w:r>
      </w:hyperlink>
      <w:r>
        <w:t xml:space="preserve"> - Pride Montreal is the largest LGBTQ+ event in Canada and one of the ten largest Prides in the world. In 2026, Pride week culminates with the parade on Sunday, August 9, on René-Lévesque Boulevard. This guide covers everything: official dates, the Gay Village program, accommodation tips, accessibility, safety, and FAQs for first-time participants.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innipegfreepress.com/canada/2026/08/09/pride-celebrations-take-over-downtown-montreal-with-parade" TargetMode="External"/><Relationship Id="rId10" Type="http://schemas.openxmlformats.org/officeDocument/2006/relationships/hyperlink" Target="https://montrealcentreville.ca/en/events/montreal-pride-parade-2026/" TargetMode="External"/><Relationship Id="rId11" Type="http://schemas.openxmlformats.org/officeDocument/2006/relationships/hyperlink" Target="https://www.mtl.org/en/what-to-do/festivals-and-events/celebrations-pride-montreal" TargetMode="External"/><Relationship Id="rId12" Type="http://schemas.openxmlformats.org/officeDocument/2006/relationships/hyperlink" Target="https://www.cglq.ca/public/fierte-montreal-2026-defile-fierte-village-gai-guide-complet-en" TargetMode="External"/><Relationship Id="rId13" Type="http://schemas.openxmlformats.org/officeDocument/2006/relationships/hyperlink" Target="https://www.misterbandb.com/gay-events/canada/montreal/gay-pride" TargetMode="External"/><Relationship Id="rId14" Type="http://schemas.openxmlformats.org/officeDocument/2006/relationships/hyperlink" Target="https://www.fierteindomptable.ca/nos-evenements/la-fripe-indomptable/" TargetMode="External"/><Relationship Id="rId15" Type="http://schemas.openxmlformats.org/officeDocument/2006/relationships/hyperlink" Target="https://ra.co/events/249628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