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Lollapalooza Moment? Lesbian Mud Wrestling Brings Joyful Chaos to Grant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and wrestlers turned soggy festival grounds into an unexpected queer celebration as Scissor Slam 2K26 went viral at Lollapalooza , hundreds showed up, friendships formed, and for half an hour the only headlines were laughter and mud.</w:t>
      </w:r>
      <w:r/>
    </w:p>
    <w:p>
      <w:r/>
      <w:r>
        <w:t>Essential Takeaways</w:t>
      </w:r>
      <w:r/>
      <w:r/>
    </w:p>
    <w:p>
      <w:pPr>
        <w:pStyle w:val="ListBullet"/>
        <w:spacing w:line="240" w:lineRule="auto"/>
        <w:ind w:left="720"/>
      </w:pPr>
      <w:r/>
      <w:r>
        <w:rPr>
          <w:b/>
        </w:rPr>
        <w:t>Spontaneous hit:</w:t>
      </w:r>
      <w:r>
        <w:t xml:space="preserve"> An Instagram post by Lindsay Perrin invited festivalgoers to a mud-wrestling meet-up that quickly drew hundreds and viral attention. </w:t>
      </w:r>
      <w:r/>
    </w:p>
    <w:p>
      <w:pPr>
        <w:pStyle w:val="ListBullet"/>
        <w:spacing w:line="240" w:lineRule="auto"/>
        <w:ind w:left="720"/>
      </w:pPr>
      <w:r/>
      <w:r>
        <w:rPr>
          <w:b/>
        </w:rPr>
        <w:t>Simple rules, big fun:</w:t>
      </w:r>
      <w:r>
        <w:t xml:space="preserve"> Matches were improvised with a single rule , tap out to concede , giving the event a playful, low-stakes vibe. </w:t>
      </w:r>
      <w:r/>
    </w:p>
    <w:p>
      <w:pPr>
        <w:pStyle w:val="ListBullet"/>
        <w:spacing w:line="240" w:lineRule="auto"/>
        <w:ind w:left="720"/>
      </w:pPr>
      <w:r/>
      <w:r>
        <w:rPr>
          <w:b/>
        </w:rPr>
        <w:t>Community first:</w:t>
      </w:r>
      <w:r>
        <w:t xml:space="preserve"> Attendees exchanged contacts and formed new friendships; organisers framed the stunt as queer community-building, not a protest. </w:t>
      </w:r>
      <w:r/>
    </w:p>
    <w:p>
      <w:pPr>
        <w:pStyle w:val="ListBullet"/>
        <w:spacing w:line="240" w:lineRule="auto"/>
        <w:ind w:left="720"/>
      </w:pPr>
      <w:r/>
      <w:r>
        <w:rPr>
          <w:b/>
        </w:rPr>
        <w:t>Inclusive atmosphere:</w:t>
      </w:r>
      <w:r>
        <w:t xml:space="preserve"> While centred on queer joy, many straight attendees joined the crowd or jumped into the mud, creating a broad, celebratory mix. </w:t>
      </w:r>
      <w:r/>
    </w:p>
    <w:p>
      <w:pPr>
        <w:pStyle w:val="ListBullet"/>
        <w:spacing w:line="240" w:lineRule="auto"/>
        <w:ind w:left="720"/>
      </w:pPr>
      <w:r/>
      <w:r>
        <w:rPr>
          <w:b/>
        </w:rPr>
        <w:t>Festival context:</w:t>
      </w:r>
      <w:r>
        <w:t xml:space="preserve"> Lollapalooza 2026 ran from 30 July to 2 August across Grant Park, a setting that amplified the spontaneous moment amid a stacked lineup.</w:t>
      </w:r>
      <w:r/>
      <w:r/>
    </w:p>
    <w:p>
      <w:pPr>
        <w:pStyle w:val="Heading2"/>
      </w:pPr>
      <w:r>
        <w:t>A muddy moment that stuck , and for good reason</w:t>
      </w:r>
      <w:r/>
    </w:p>
    <w:p>
      <w:r/>
      <w:r>
        <w:t>The clearest image from Scissor Slam 2K26 is people cheering as two women grappled in the mud, the crowd’s laughter louder than the distant headliners. According to coverage, the idea began as a throwaway joke when Lindsay Perrin saw footage of rain-soaked fields and thought, “why not?” That offhand thought became an Instagram callout and then an impromptu festival event that felt both silly and celebratory.</w:t>
      </w:r>
      <w:r/>
    </w:p>
    <w:p>
      <w:r/>
      <w:r>
        <w:t>What makes the scene feel warm rather than chaotic is the tone Perrin set: inclusive, low-pressure and joyful. She stood out in a bright blue shirt to be easy to find and called for volunteers in the middle of a rapidly forming circle. It’s the kind of grassroots moment that festivals live for, where the audience becomes the show.</w:t>
      </w:r>
      <w:r/>
    </w:p>
    <w:p>
      <w:pPr>
        <w:pStyle w:val="Heading2"/>
      </w:pPr>
      <w:r>
        <w:t>How viral planning turned into a real-life meetup</w:t>
      </w:r>
      <w:r/>
    </w:p>
    <w:p>
      <w:r/>
      <w:r>
        <w:t>Perrin’s post racked up six-figure views before she even arrived, and by nightfall the crowd had swelled far beyond anything she expected. The matches themselves lasted about 30 minutes, run on the flimsiest of rulebooks , “tap out, you lose” , which only added to the frothy, unpretentious spirit.</w:t>
      </w:r>
      <w:r/>
    </w:p>
    <w:p>
      <w:r/>
      <w:r>
        <w:t>There’s a lesson here for anyone thinking of organising at a festival: clarity of meeting spot (her blue shirt), a simple idea, and a public post can turn virality into real-world connections. Perrin said she’d have been thrilled with ten volunteers; she left with hundreds of new acquaintances and a viral memory.</w:t>
      </w:r>
      <w:r/>
    </w:p>
    <w:p>
      <w:pPr>
        <w:pStyle w:val="Heading2"/>
      </w:pPr>
      <w:r>
        <w:t>Why this mattered beyond the spectacle</w:t>
      </w:r>
      <w:r/>
    </w:p>
    <w:p>
      <w:r/>
      <w:r>
        <w:t>For Perrin, who came out later in life, the stunt wasn’t just about spectacle; it was community building. She told reporters that queer people are often weighed down by political battles and that moments of uninhibited joy are important. The mud-wrestling meetup offered a break from heavy headlines and an easy way for people to meet and connect.</w:t>
      </w:r>
      <w:r/>
    </w:p>
    <w:p>
      <w:r/>
      <w:r>
        <w:t>That human angle is what lifted the whole thing beyond a one-off gag. People swapped numbers, lingered after matches, and some carried on friendships beyond the festival. In short, it became a tiny, muddy microcosm of how queer spaces can be both fun and meaningful.</w:t>
      </w:r>
      <w:r/>
    </w:p>
    <w:p>
      <w:pPr>
        <w:pStyle w:val="Heading2"/>
      </w:pPr>
      <w:r>
        <w:t>Festival culture and the power of accidental highlights</w:t>
      </w:r>
      <w:r/>
    </w:p>
    <w:p>
      <w:r/>
      <w:r>
        <w:t>Lollapalooza’s packed schedule and big-name line-up provide plenty to see, but the festival also leaves room for the unexpected. As with other large music gatherings, it’s often the unplanned interactions that people remember most. Scissor Slam 2K26 slipped neatly into that tradition , a fleeting, viral moment born of weather, whimsy and a willingness to play.</w:t>
      </w:r>
      <w:r/>
    </w:p>
    <w:p>
      <w:r/>
      <w:r>
        <w:t>Organisers and artists might plan stages and sets, but crowds have their own creative life. If you’re heading to a big festival, bring a sense of humour, a phone that can handle mud, and an openness to spontaneous community moments.</w:t>
      </w:r>
      <w:r/>
    </w:p>
    <w:p>
      <w:pPr>
        <w:pStyle w:val="Heading2"/>
      </w:pPr>
      <w:r>
        <w:t>Practical tips if you ever find yourself in a muddy meet-up</w:t>
      </w:r>
      <w:r/>
    </w:p>
    <w:p>
      <w:r/>
      <w:r>
        <w:t>If you fancy joining something similar , or want to stay safe while spectating , keep it simple. Wear clothes you don’t mind losing, bring a plastic bag for wet items, and set boundaries before you jump in. For organisers: pick a visible gathering point, post clear simple rules, and be mindful of consent and safety. A good laugh shouldn’t come at anyone’s expense.</w:t>
      </w:r>
      <w:r/>
    </w:p>
    <w:p>
      <w:r/>
      <w:r>
        <w:t>For half an hour at Grant Park, politics and pressure took a back seat and people got gloriously dirty together. It’s a reminder that sometimes joy is the most radical thing you can make space for.</w:t>
      </w:r>
      <w:r/>
    </w:p>
    <w:p>
      <w:r/>
      <w:r>
        <w:t>It's a small change that can make every festival memory a little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https://gayexpress.co.nz/2026/08/lesbian-mud-wrestling-steals-the-show-at-lollapalooza/?utm_source=rss&amp;utm_medium=rss&amp;utm_campaign=lesbian-mud-wrestling-steals-the-show-at-lollapalooza</w:t>
        </w:r>
      </w:hyperlink>
      <w:r>
        <w:t xml:space="preserve"> - Please view link - unable to able to access data</w:t>
      </w:r>
      <w:r/>
    </w:p>
    <w:p>
      <w:pPr>
        <w:pStyle w:val="ListNumber"/>
        <w:spacing w:line="240" w:lineRule="auto"/>
        <w:ind w:left="720"/>
      </w:pPr>
      <w:r/>
      <w:hyperlink r:id="rId10">
        <w:r>
          <w:rPr>
            <w:color w:val="0000EE"/>
            <w:u w:val="single"/>
          </w:rPr>
          <w:t>https://www.lollapalooza.com/lineup</w:t>
        </w:r>
      </w:hyperlink>
      <w:r>
        <w:t xml:space="preserve"> - The official Lollapalooza website provides the 2026 lineup, featuring headliners such as Charli XCX, Lorde, The Smashing Pumpkins, and The xx, along with over 150 artists across various genres. The festival is scheduled to take place from July 30 to August 2, 2026, at Chicago's Grant Park. The lineup includes artists like Lil Uzi Vert, Turnstile, Sombr, The Neighbourhood, YUNGBLUD, Beabadoobee, Ethel Cain, Empire Of The Sun, Major Lazer, Zara Larsson, and more. For tickets and more information, visit the official website.</w:t>
      </w:r>
      <w:r/>
    </w:p>
    <w:p>
      <w:pPr>
        <w:pStyle w:val="ListNumber"/>
        <w:spacing w:line="240" w:lineRule="auto"/>
        <w:ind w:left="720"/>
      </w:pPr>
      <w:r/>
      <w:hyperlink r:id="rId14">
        <w:r>
          <w:rPr>
            <w:color w:val="0000EE"/>
            <w:u w:val="single"/>
          </w:rPr>
          <w:t>https://www.lollapalooza.com/schedule</w:t>
        </w:r>
      </w:hyperlink>
      <w:r>
        <w:t xml:space="preserve"> - The Lollapalooza 2026 schedule outlines the performances for each day of the festival, from Thursday, July 30, to Sunday, August 2. The lineup includes artists such as Lorde, John Summit, SOMBR, Empire of the Sun, Wet Leg, Worship, Blood Orange, 5 Seconds of Summer, Kettama, Viagra Boys, Audrey Hobert, Snow Strippers, Boris Brejcha, Paris Paloma, Little Simz, CMAT, Boys Noize, Between Friends, MPH, Amble, Kingfishr, Ninajirachi, Haute &amp; Freddy, Bella Kay, Marlon Funaki, Devault, SB19, Ecca Vandal, Bad Nerves, Asha Banks, Faouzia, Evening Elephants, Pearly Drops, Bixby, Penelope Road, Know Good, Elizabeth Nichols, KLO, The Braymores, Chalk, Simon Grossmann, Kim Theory, Charli XCX, The Smashing Pumpkins, Lil Uzi Vert, YUNGBLUD, Major Lazer, Not for Radio, Zara Larsson, Freddie Gibbs, Suki Waterhouse, I-DLE, Mustard, Oklou, Horsegirl, The Story So Far, Loathe, Nettspend, Sidepiece, Skye Newman, Notion, ROZ, Balu Brigada, LYNY, Mother Mother, Julia Wolf, Slayyyter, Claire Rosinkranz, 54 Ultra, High Vis, Finn Wolfhard, Avello, PartyOf2, The Army, The Navy, Love Spells, Ella Red, Paloma Morphy, Day We Ran, IVRI, Ella Boh, Bradeazy, Emi Grace, Beno, Chicago Made, Valenica Grace, Whitney Whitney, Olivia Dean, Jennie, The Neighbourhood, Ethel Cain, Disco Lines, Leon Thomas, Clipse, Geese, Alison Wonderland, DJ Trixie Mattel, BBNO$, KWN, Sienna Spiro, Max Styler, Spacey Jane, Wolf Alice, Whethan, Cortis, Cameron Whitcomb, AYYBO, Khamari, Quadeca, Momma, Frost Children, Goldie Boutilier, Die Spitz, Lucy Bedroque, OMNOM, Jim Legxacy, Chezile, Jae Stephens, Ryman, Villanelle, Sunday (1994), MC4D, Chace, Calder Allen, Nat Myers, Ink, Peace Control, The Creekers, Next Of Kin, Chicago Youth Symphony Orchestra, Tate McRae, The xx, Turnstile, Beabadoobee, AESPA, The Chainsmokers, Muna, Hot Mulligan, YOASOBI, ADO, Jade, Eli Brown, Duke Dumont, Fakemink, Dombresky, Monaleo, Adela, Riordan, Wunderhorse, Amber Mark, Westend, Destin Conrad, Inji, Waylon Wyatt, Water From Your Eyes, Los Retros, Vandelux, New Constellations, Cruz Beckham and the Breakers, The Bends, After, Whatmore, Porch Light, Easy Honey, Jackie Hollander, Stella Lefty, Justine Skye, Will Swinton, Sunshine Case Oats, Surfing For Daisy, Snacktime, Zack Martino. For more details, visit the official schedule page.</w:t>
      </w:r>
      <w:r/>
    </w:p>
    <w:p>
      <w:pPr>
        <w:pStyle w:val="ListNumber"/>
        <w:spacing w:line="240" w:lineRule="auto"/>
        <w:ind w:left="720"/>
      </w:pPr>
      <w:r/>
      <w:hyperlink r:id="rId11">
        <w:r>
          <w:rPr>
            <w:color w:val="0000EE"/>
            <w:u w:val="single"/>
          </w:rPr>
          <w:t>https://www.al.com/live-entertainment/2026/05/the-lollapalooza-2026-lineup-includes-over-150-artists-and-highly-sought-after-headliners.html?outputType=amp</w:t>
        </w:r>
      </w:hyperlink>
      <w:r>
        <w:t xml:space="preserve"> - An article from al.com discusses the Lollapalooza 2026 lineup, highlighting over 150 artists and highly sought-after headliners. The festival is set to return to Grant Park in Chicago, Illinois, from July 30 to August 2. The headliners include Charli XCX, Tate McRae, Lorde, Olivia Dean, John Summit, Jennie, The Smashing Pumpkins, and The xx. The article also mentions other performers such as Lil Uzi Vert, SOMBR, YUNGBLUD, Clipse, Geese, Leon Thomas, The Chainsmokers, 5 Seconds of Summer, and more. For the full schedule and ticket information, refer to the article.</w:t>
      </w:r>
      <w:r/>
    </w:p>
    <w:p>
      <w:pPr>
        <w:pStyle w:val="ListNumber"/>
        <w:spacing w:line="240" w:lineRule="auto"/>
        <w:ind w:left="720"/>
      </w:pPr>
      <w:r/>
      <w:hyperlink r:id="rId12">
        <w:r>
          <w:rPr>
            <w:color w:val="0000EE"/>
            <w:u w:val="single"/>
          </w:rPr>
          <w:t>https://www.nbclosangeles.com/entertainment/entertainment-news/lollapalooza-reveals-full-lineup-for-2026-summer-festival/3862518/</w:t>
        </w:r>
      </w:hyperlink>
      <w:r>
        <w:t xml:space="preserve"> - NBC Los Angeles reports on the Lollapalooza 2026 lineup, revealing headliners like Charli XCX, Tate McRae, Lorde, Olivia Dean, John Summit, JENNIE, The Smashing Pumpkins, and The xx. The festival is scheduled to take place from July 30 through August 2. The article also mentions performances by Lil Uzi Vert, Turnstile, Sombr, The Neighbourhood, YUNGBLUD, Beabadoobee, Ethel Cain, Empire Of The Sun, Major Lazer, Zara Larsson, and more. For more details, visit the article.</w:t>
      </w:r>
      <w:r/>
    </w:p>
    <w:p>
      <w:pPr>
        <w:pStyle w:val="ListNumber"/>
        <w:spacing w:line="240" w:lineRule="auto"/>
        <w:ind w:left="720"/>
      </w:pPr>
      <w:r/>
      <w:hyperlink r:id="rId13">
        <w:r>
          <w:rPr>
            <w:color w:val="0000EE"/>
            <w:u w:val="single"/>
          </w:rPr>
          <w:t>https://www.mxdwn.com/2026/03/17/news/lollapalooza-2026-lineup-announced-featuring-charli-xcx-lorde-the-smashing-pumpkins-more/</w:t>
        </w:r>
      </w:hyperlink>
      <w:r>
        <w:t xml:space="preserve"> - mxdwn Music announces the Lollapalooza 2026 lineup, featuring headliners Charli XCX, Lorde, The Smashing Pumpkins, and The xx. The article also mentions other performers such as Lil Uzi Vert, Turnstile, Sombr, The Neighbourhood, YUNGBLUD, Beabadoobee, Ethel Cain, Empire Of The Sun, Major Lazer, Zara Larsson, and more. The festival is scheduled to take place from July 30 through August 2. For more information, refer to the article.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lesbian-mud-wrestling-steals-the-show-at-lollapalooza/?utm_source=rss&amp;utm_medium=rss&amp;utm_campaign=lesbian-mud-wrestling-steals-the-show-at-lollapalooza" TargetMode="External"/><Relationship Id="rId10" Type="http://schemas.openxmlformats.org/officeDocument/2006/relationships/hyperlink" Target="https://www.lollapalooza.com/lineup" TargetMode="External"/><Relationship Id="rId11" Type="http://schemas.openxmlformats.org/officeDocument/2006/relationships/hyperlink" Target="https://www.al.com/live-entertainment/2026/05/the-lollapalooza-2026-lineup-includes-over-150-artists-and-highly-sought-after-headliners.html?outputType=amp" TargetMode="External"/><Relationship Id="rId12" Type="http://schemas.openxmlformats.org/officeDocument/2006/relationships/hyperlink" Target="https://www.nbclosangeles.com/entertainment/entertainment-news/lollapalooza-reveals-full-lineup-for-2026-summer-festival/3862518/" TargetMode="External"/><Relationship Id="rId13" Type="http://schemas.openxmlformats.org/officeDocument/2006/relationships/hyperlink" Target="https://www.mxdwn.com/2026/03/17/news/lollapalooza-2026-lineup-announced-featuring-charli-xcx-lorde-the-smashing-pumpkins-more/" TargetMode="External"/><Relationship Id="rId14" Type="http://schemas.openxmlformats.org/officeDocument/2006/relationships/hyperlink" Target="https://www.lollapalooza.com/schedu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