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German Pride Turnouts Show Solidarity After Berlin Attack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citizens keep turning out: communities across Germany have been marching in record numbers for queer rights, two weeks after the deadly attack at Berlin’s CSD , a visible, vocal push for safety, visibility and political change that matters for everyone.</w:t>
      </w:r>
      <w:r/>
    </w:p>
    <w:p>
      <w:r/>
      <w:r>
        <w:t>Essential Takeaways</w:t>
      </w:r>
      <w:r/>
      <w:r/>
    </w:p>
    <w:p>
      <w:pPr>
        <w:pStyle w:val="ListBullet"/>
        <w:spacing w:line="240" w:lineRule="auto"/>
        <w:ind w:left="720"/>
      </w:pPr>
      <w:r/>
      <w:r>
        <w:rPr>
          <w:b/>
        </w:rPr>
        <w:t>Record crowds:</w:t>
      </w:r>
      <w:r>
        <w:t xml:space="preserve"> Cities including Cologne, Nuremberg and Hamburg saw tens to hundreds of thousands join Pride events, with many local organisers calling numbers above previous years.</w:t>
      </w:r>
      <w:r/>
    </w:p>
    <w:p>
      <w:pPr>
        <w:pStyle w:val="ListBullet"/>
        <w:spacing w:line="240" w:lineRule="auto"/>
        <w:ind w:left="720"/>
      </w:pPr>
      <w:r/>
      <w:r>
        <w:rPr>
          <w:b/>
        </w:rPr>
        <w:t>Heightened security:</w:t>
      </w:r>
      <w:r>
        <w:t xml:space="preserve"> Police significantly increased measures after the Berlin attack that killed one person and injured many; organisers are urging sustained protection for queer spaces.</w:t>
      </w:r>
      <w:r/>
    </w:p>
    <w:p>
      <w:pPr>
        <w:pStyle w:val="ListBullet"/>
        <w:spacing w:line="240" w:lineRule="auto"/>
        <w:ind w:left="720"/>
      </w:pPr>
      <w:r/>
      <w:r>
        <w:rPr>
          <w:b/>
        </w:rPr>
        <w:t>Broad solidarity:</w:t>
      </w:r>
      <w:r>
        <w:t xml:space="preserve"> Events attracted both queer people and large numbers of non-queer allies, creating a resolute, “now more than ever” atmosphere.</w:t>
      </w:r>
      <w:r/>
    </w:p>
    <w:p>
      <w:pPr>
        <w:pStyle w:val="ListBullet"/>
        <w:spacing w:line="240" w:lineRule="auto"/>
        <w:ind w:left="720"/>
      </w:pPr>
      <w:r/>
      <w:r>
        <w:rPr>
          <w:b/>
        </w:rPr>
        <w:t>Political ask:</w:t>
      </w:r>
      <w:r>
        <w:t xml:space="preserve"> Pride organisers are pressing federal, regional and municipal authorities to fund long-term protection and support for queer structures and communities.</w:t>
      </w:r>
      <w:r/>
    </w:p>
    <w:p>
      <w:pPr>
        <w:pStyle w:val="ListBullet"/>
        <w:spacing w:line="240" w:lineRule="auto"/>
        <w:ind w:left="720"/>
      </w:pPr>
      <w:r/>
      <w:r>
        <w:rPr>
          <w:b/>
        </w:rPr>
        <w:t>Feel of the day:</w:t>
      </w:r>
      <w:r>
        <w:t xml:space="preserve"> Participants described marches as powerful, emotional and defiant , often in spite of rain or heavier policing.</w:t>
      </w:r>
      <w:r/>
      <w:r/>
    </w:p>
    <w:p>
      <w:pPr>
        <w:pStyle w:val="Heading2"/>
      </w:pPr>
      <w:r>
        <w:t>Why turnout surged: grief turned into public solidarity</w:t>
      </w:r>
      <w:r/>
    </w:p>
    <w:p>
      <w:r/>
      <w:r>
        <w:t>The mood across recent Pride marches has mixed grief with fierce resolve , people want to be seen and to protect one another. According to local organisers in Cologne and Nuremberg, attendance jumped well beyond expectations, with long chants and banners creating a tactile sense of community. Organisers told reporters they felt it was essential to show that queer life will not be intimidated, and that solidarity now reads as both comfort and protest.</w:t>
      </w:r>
      <w:r/>
    </w:p>
    <w:p>
      <w:pPr>
        <w:pStyle w:val="Heading2"/>
      </w:pPr>
      <w:r>
        <w:t>Numbers and scenes: from Cologne to Hamburg, big crowds made a point</w:t>
      </w:r>
      <w:r/>
    </w:p>
    <w:p>
      <w:r/>
      <w:r>
        <w:t>Cologne’s organisers reported around 10,000 people at a solidarity demonstration, while Nuremberg recorded roughly 20,000 , up on last year. Hamburg’s Pride weekend drew vast crowds too, with media describing the parade as one of the largest in Europe. The scale matters: when streets are full you get a visual argument for inclusion that politicians and passers-by can’t ignore, and it helps rebuild a sense of safety after violent events.</w:t>
      </w:r>
      <w:r/>
    </w:p>
    <w:p>
      <w:pPr>
        <w:pStyle w:val="Heading2"/>
      </w:pPr>
      <w:r>
        <w:t>Security tightened , what that looked like and why it matters</w:t>
      </w:r>
      <w:r/>
    </w:p>
    <w:p>
      <w:r/>
      <w:r>
        <w:t>Police stepped up security at follow-up events after the Berlin attack, deploying more officers and specialist units at parades. That showed organisers and participants that authorities recognised the threat, but it also raised questions about the balance between protection and the open, celebratory feeling many associate with Pride. Practically, if you’re attending future marches expect bag checks, fenced zones and higher police visibility , and plan for meeting points and phone-charging options just in case.</w:t>
      </w:r>
      <w:r/>
    </w:p>
    <w:p>
      <w:pPr>
        <w:pStyle w:val="Heading2"/>
      </w:pPr>
      <w:r>
        <w:t>Organisers’ demands: beyond one-off protection to sustainable support</w:t>
      </w:r>
      <w:r/>
    </w:p>
    <w:p>
      <w:r/>
      <w:r>
        <w:t>Pride groups are calling for sustained measures from federal, state and local governments: consistent funding, better policing plans, protected queer venues and education initiatives to tackle queerphobia. Organisers argue that legal protections and community funding can’t be reactive; they need to be baked into public planning so queer life is resilient long after headlines move on.</w:t>
      </w:r>
      <w:r/>
    </w:p>
    <w:p>
      <w:pPr>
        <w:pStyle w:val="Heading2"/>
      </w:pPr>
      <w:r>
        <w:t>How to show up safely and usefully</w:t>
      </w:r>
      <w:r/>
    </w:p>
    <w:p>
      <w:r/>
      <w:r>
        <w:t>If you’re going to a march, think ahead: wear comfortable shoes, carry water, pre-arrange a rendezvous spot with friends and respect crowd-safety instructions. Consider bringing small donations for local groups rather than just social media posts , grassroots organisations often need cash to fund counselling, legal aid and venue security. And if you can, volunteer: marshals, first-aid helpers and vibe-keepers make a big difference.</w:t>
      </w:r>
      <w:r/>
    </w:p>
    <w:p>
      <w:r/>
      <w:r>
        <w:t>It's a small change that can make every march safer and every voice louder.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11">
        <w:r>
          <w:rPr>
            <w:color w:val="0000EE"/>
            <w:u w:val="single"/>
          </w:rPr>
          <w:t>[4]</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https://taz.de/Queere-Soli-Paraden/!6203045/</w:t>
        </w:r>
      </w:hyperlink>
      <w:r>
        <w:t xml:space="preserve"> - Please view link - unable to able to access data</w:t>
      </w:r>
      <w:r/>
    </w:p>
    <w:p>
      <w:pPr>
        <w:pStyle w:val="ListNumber"/>
        <w:spacing w:line="240" w:lineRule="auto"/>
        <w:ind w:left="720"/>
      </w:pPr>
      <w:r/>
      <w:hyperlink r:id="rId10">
        <w:r>
          <w:rPr>
            <w:color w:val="0000EE"/>
            <w:u w:val="single"/>
          </w:rPr>
          <w:t>https://www.dw.com/en/cologne-pride-parade-draws-10000-people-despite-rain/a-59019894</w:t>
        </w:r>
      </w:hyperlink>
      <w:r>
        <w:t xml:space="preserve"> - In August 2021, Cologne's Pride parade attracted around 10,000 participants, despite rainy weather and COVID-19 restrictions. Attendees, including vaccinated, recovered, or tested individuals, marched through the city's streets carrying rainbow flags, singing, and dancing. The parade's route was adjusted to prevent overcrowding in Cologne's narrower streets. Organizers emphasized the importance of the rainbow flag as a unifying symbol for the community.</w:t>
      </w:r>
      <w:r/>
    </w:p>
    <w:p>
      <w:pPr>
        <w:pStyle w:val="ListNumber"/>
        <w:spacing w:line="240" w:lineRule="auto"/>
        <w:ind w:left="720"/>
      </w:pPr>
      <w:r/>
      <w:hyperlink r:id="rId12">
        <w:r>
          <w:rPr>
            <w:color w:val="0000EE"/>
            <w:u w:val="single"/>
          </w:rPr>
          <w:t>https://www.evangelisch.de/inhalte/245247/06-07-2025/csd-demo-cologne-pride-65000-demonstrieren-fuer-queere-rechte</w:t>
        </w:r>
      </w:hyperlink>
      <w:r>
        <w:t xml:space="preserve"> - In July 2025, Cologne's Christopher Street Day (CSD) parade saw a record participation of approximately 65,000 people, making it one of Europe's largest demonstrations for queer rights. The event featured nearly 250 groups and 90 floats. Despite concerns over increasing violence against queer individuals, the parade remained peaceful, with over a million visitors expected for the accompanying street festival.</w:t>
      </w:r>
      <w:r/>
    </w:p>
    <w:p>
      <w:pPr>
        <w:pStyle w:val="ListNumber"/>
        <w:spacing w:line="240" w:lineRule="auto"/>
        <w:ind w:left="720"/>
      </w:pPr>
      <w:r/>
      <w:hyperlink r:id="rId11">
        <w:r>
          <w:rPr>
            <w:color w:val="0000EE"/>
            <w:u w:val="single"/>
          </w:rPr>
          <w:t>https://www.queer.de/detail.php?article_id=58669</w:t>
        </w:r>
      </w:hyperlink>
      <w:r>
        <w:t xml:space="preserve"> - In July 2025, Cologne Pride attracted a record 1.5 million attendees, marking the largest CSD in Germany's history. The event was described as peaceful, with the city being 'never as full as this year.' The parade's success was attributed to the community's resilience and the growing support for queer rights.</w:t>
      </w:r>
      <w:r/>
    </w:p>
    <w:p>
      <w:pPr>
        <w:pStyle w:val="ListNumber"/>
        <w:spacing w:line="240" w:lineRule="auto"/>
        <w:ind w:left="720"/>
      </w:pPr>
      <w:r/>
      <w:hyperlink r:id="rId13">
        <w:r>
          <w:rPr>
            <w:color w:val="0000EE"/>
            <w:u w:val="single"/>
          </w:rPr>
          <w:t>https://www.tagesspiegel.de/gesellschaft/queerspiegel/willkommen-im-zirkuszelt-65000-demonstrieren-beim-csd-koeln-fur-queere-rechte--mehr-als-eine-million-besucher-13979993.html</w:t>
        </w:r>
      </w:hyperlink>
      <w:r>
        <w:t xml:space="preserve"> - In July 2025, Cologne's Christopher Street Day (CSD) parade saw 65,000 participants marching for queer rights, with over a million visitors expected for the accompanying street festival. Despite intermittent rain, the event was peaceful and joyful, with organizers emphasizing the importance of freedom and self-expression in the face of increasing challenges.</w:t>
      </w:r>
      <w:r/>
    </w:p>
    <w:p>
      <w:pPr>
        <w:pStyle w:val="ListNumber"/>
        <w:spacing w:line="240" w:lineRule="auto"/>
        <w:ind w:left="720"/>
      </w:pPr>
      <w:r/>
      <w:hyperlink r:id="rId14">
        <w:r>
          <w:rPr>
            <w:color w:val="0000EE"/>
            <w:u w:val="single"/>
          </w:rPr>
          <w:t>https://www.thelocal.de/20250706/hundreds-of-thousands-at-christopher-street-day-pride-parade-in-cologne</w:t>
        </w:r>
      </w:hyperlink>
      <w:r>
        <w:t xml:space="preserve"> - In July 2025, Cologne's Christopher Street Day (CSD) parade attracted hundreds of thousands of people, with around 65,000 marching through the city centre in a colourful parade. The event was peaceful and joyful, despite intermittent rain, with no incidents reported by police or organizers.</w:t>
      </w:r>
      <w:r/>
    </w:p>
    <w:p>
      <w:pPr>
        <w:pStyle w:val="ListNumber"/>
        <w:spacing w:line="240" w:lineRule="auto"/>
        <w:ind w:left="720"/>
      </w:pPr>
      <w:r/>
      <w:hyperlink r:id="rId15">
        <w:r>
          <w:rPr>
            <w:color w:val="0000EE"/>
            <w:u w:val="single"/>
          </w:rPr>
          <w:t>https://www.colognepride.de/en/colognepride-2026</w:t>
        </w:r>
      </w:hyperlink>
      <w:r>
        <w:t xml:space="preserve"> - ColognePride 2026 is set to be a significant event, with the CSD Street Festival being the largest street festival in Cologne. The festival will feature a 60-hour programme of political discussions, information, and regional and international show acts over three days. The CSD demonstration is expected to attract around 1.4 million visitors, making it the largest demonstration of its kind.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az.de/Queere-Soli-Paraden/!6203045/" TargetMode="External"/><Relationship Id="rId10" Type="http://schemas.openxmlformats.org/officeDocument/2006/relationships/hyperlink" Target="https://www.dw.com/en/cologne-pride-parade-draws-10000-people-despite-rain/a-59019894" TargetMode="External"/><Relationship Id="rId11" Type="http://schemas.openxmlformats.org/officeDocument/2006/relationships/hyperlink" Target="https://www.queer.de/detail.php?article_id=58669" TargetMode="External"/><Relationship Id="rId12" Type="http://schemas.openxmlformats.org/officeDocument/2006/relationships/hyperlink" Target="https://www.evangelisch.de/inhalte/245247/06-07-2025/csd-demo-cologne-pride-65000-demonstrieren-fuer-queere-rechte" TargetMode="External"/><Relationship Id="rId13" Type="http://schemas.openxmlformats.org/officeDocument/2006/relationships/hyperlink" Target="https://www.tagesspiegel.de/gesellschaft/queerspiegel/willkommen-im-zirkuszelt-65000-demonstrieren-beim-csd-koeln-fur-queere-rechte--mehr-als-eine-million-besucher-13979993.html" TargetMode="External"/><Relationship Id="rId14" Type="http://schemas.openxmlformats.org/officeDocument/2006/relationships/hyperlink" Target="https://www.thelocal.de/20250706/hundreds-of-thousands-at-christopher-street-day-pride-parade-in-cologne" TargetMode="External"/><Relationship Id="rId15" Type="http://schemas.openxmlformats.org/officeDocument/2006/relationships/hyperlink" Target="https://www.colognepride.de/en/colognepride-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