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Drag Moments at Prague Pride 2026: Why Drag Still Matters for LGBTQ+ Expression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onlookers flocked to Wenceslas Square as Prague Pride turned the city into a carnival of colour and performance, where three Czech drag queens explained what drag means to them, why it matters for the LGBTQ+ community, and how this playful, defiant art form keeps pushing boundaries.</w:t>
      </w:r>
      <w:r/>
    </w:p>
    <w:p>
      <w:r/>
      <w:r>
        <w:t>Essential Takeaways</w:t>
      </w:r>
      <w:r/>
      <w:r/>
    </w:p>
    <w:p>
      <w:pPr>
        <w:pStyle w:val="ListBullet"/>
        <w:spacing w:line="240" w:lineRule="auto"/>
        <w:ind w:left="720"/>
      </w:pPr>
      <w:r/>
      <w:r>
        <w:rPr>
          <w:b/>
        </w:rPr>
        <w:t>Live, loud and visual:</w:t>
      </w:r>
      <w:r>
        <w:t xml:space="preserve"> Prague Pride stage shows and street performances were full of bold costumes, heavy makeup and towering heels that read as both joyful and political.</w:t>
      </w:r>
      <w:r/>
    </w:p>
    <w:p>
      <w:pPr>
        <w:pStyle w:val="ListBullet"/>
        <w:spacing w:line="240" w:lineRule="auto"/>
        <w:ind w:left="720"/>
      </w:pPr>
      <w:r/>
      <w:r>
        <w:rPr>
          <w:b/>
        </w:rPr>
        <w:t>Art as escape:</w:t>
      </w:r>
      <w:r>
        <w:t xml:space="preserve"> Performers said drag lets people explore desires and identities they might not in everyday life, offering a safe, creative outlet.</w:t>
      </w:r>
      <w:r/>
    </w:p>
    <w:p>
      <w:pPr>
        <w:pStyle w:val="ListBullet"/>
        <w:spacing w:line="240" w:lineRule="auto"/>
        <w:ind w:left="720"/>
      </w:pPr>
      <w:r/>
      <w:r>
        <w:rPr>
          <w:b/>
        </w:rPr>
        <w:t>Satire with teeth:</w:t>
      </w:r>
      <w:r>
        <w:t xml:space="preserve"> Drag often exaggerates gender norms to critique inequality and social expectation, making humour a tool for critique.</w:t>
      </w:r>
      <w:r/>
    </w:p>
    <w:p>
      <w:pPr>
        <w:pStyle w:val="ListBullet"/>
        <w:spacing w:line="240" w:lineRule="auto"/>
        <w:ind w:left="720"/>
      </w:pPr>
      <w:r/>
      <w:r>
        <w:rPr>
          <w:b/>
        </w:rPr>
        <w:t>Community tensions exist:</w:t>
      </w:r>
      <w:r>
        <w:t xml:space="preserve"> Queens at Pride acknowledged divisions inside and outside the LGBTQ+ movement, yet saw drag as a bridge for conversation.</w:t>
      </w:r>
      <w:r/>
    </w:p>
    <w:p>
      <w:pPr>
        <w:pStyle w:val="ListBullet"/>
        <w:spacing w:line="240" w:lineRule="auto"/>
        <w:ind w:left="720"/>
      </w:pPr>
      <w:r/>
      <w:r>
        <w:rPr>
          <w:b/>
        </w:rPr>
        <w:t>Accessible celebration:</w:t>
      </w:r>
      <w:r>
        <w:t xml:space="preserve"> Events mix big-name acts and local talent, creating moments that feel intimate, theatrical and easy to join.</w:t>
      </w:r>
      <w:r/>
      <w:r/>
    </w:p>
    <w:p>
      <w:pPr>
        <w:pStyle w:val="Heading2"/>
      </w:pPr>
      <w:r>
        <w:t>A riot of colour that doubles as protest</w:t>
      </w:r>
      <w:r/>
    </w:p>
    <w:p>
      <w:r/>
      <w:r>
        <w:t>Prague Pride’s parade and programme felt loud, tactile and slightly electric, with sequins glinting under the summer sun and performers commanding attention with every exaggerated gesture. According to Prague Pride’s own programme, the festival mixes celebration with activism, which is exactly what drag does on the street: it delights while it confronts. Performers described the relief and exhilaration of stepping into a character, and how that character can say things the performer might never voice in day-to-day life. If you’ve ever seen a wig whack land with comic timing, you know how performance can cut through discomfort.</w:t>
      </w:r>
      <w:r/>
    </w:p>
    <w:p>
      <w:pPr>
        <w:pStyle w:val="Heading2"/>
      </w:pPr>
      <w:r>
        <w:t>Drag as personal liberation and artistic practice</w:t>
      </w:r>
      <w:r/>
    </w:p>
    <w:p>
      <w:r/>
      <w:r>
        <w:t>One performer explained drag as a way to realise desires people often keep private, a point echoed in festival commentary that frames drag as non-harmful, expressive art. This isn’t only about dressing up; it’s a deliberate choice to inhabit a persona that allows play, critique and exploration. For newcomers, pick a persona that feels true in some element , the theatrical flourish, the voice, or the style , and build from there. Costuming and makeup can be learned step by step, and local workshops at Pride make it easy to start.</w:t>
      </w:r>
      <w:r/>
    </w:p>
    <w:p>
      <w:pPr>
        <w:pStyle w:val="Heading2"/>
      </w:pPr>
      <w:r>
        <w:t>Satire, gender and the power of exaggeration</w:t>
      </w:r>
      <w:r/>
    </w:p>
    <w:p>
      <w:r/>
      <w:r>
        <w:t>Drag thrives on irony. By amplifying feminine or masculine traits, drag performers highlight the artifice of gender itself. That ironic edge is what gives many acts their bite; humour becomes a form of argument. Encyclopaedic and festival resources explain that drag queens and kings use over-the-top clothes and makeup to show how norms are constructed, and how they can be dismantled. For audiences, that means you’re not only entertained , you’re invited to reconsider the everyday scripts we all follow.</w:t>
      </w:r>
      <w:r/>
    </w:p>
    <w:p>
      <w:pPr>
        <w:pStyle w:val="Heading2"/>
      </w:pPr>
      <w:r>
        <w:t>Inside the movement: tensions, dialogue and solidarity</w:t>
      </w:r>
      <w:r/>
    </w:p>
    <w:p>
      <w:r/>
      <w:r>
        <w:t>Not everything is uniform inside LGBTQ+ circles, and the performers acknowledged friction , debates about who’s represented, what respect looks like, and how drag fits with trans rights and other struggles. Yet the message at Prague Pride was inclusive: drag can be a platform for conversation, a way to bring people together while also airing disagreements. Organisers balance headline acts with grassroots talent so the festival doesn’t just celebrate stars but supports emerging voices too.</w:t>
      </w:r>
      <w:r/>
    </w:p>
    <w:p>
      <w:pPr>
        <w:pStyle w:val="Heading2"/>
      </w:pPr>
      <w:r>
        <w:t>How to enjoy Pride performances thoughtfully</w:t>
      </w:r>
      <w:r/>
    </w:p>
    <w:p>
      <w:r/>
      <w:r>
        <w:t>If you’re heading to a parade or club night, go prepared: expect loud music, crowded spaces and sensory overload. Respect performers’ boundaries , photos are often welcome, but ask if unsure. Workshops and smaller shows are great for first-timers who want to learn without the crush of a main-stage crowd. And if you want to support the scene, buy merch, tip performers or join community events: that kind of grassroots funding keeps local art alive.</w:t>
      </w:r>
      <w:r/>
    </w:p>
    <w:p>
      <w:r/>
      <w:r>
        <w:t>It's a small change that can make every performance feel kinder, braver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Paragraph 3: </w:t>
      </w:r>
      <w:hyperlink r:id="rId13">
        <w:r>
          <w:rPr>
            <w:color w:val="0000EE"/>
            <w:u w:val="single"/>
          </w:rPr>
          <w:t>[6]</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https://www.idnes.cz/zpravy/domaci/drag-queens-prague-pride-2026-lgbt.A260809_002026_praha-zpravy_tmps#utm_source=rss&amp;utm_medium=feed&amp;utm_campaign=idnes&amp;utm_content=main</w:t>
        </w:r>
      </w:hyperlink>
      <w:r>
        <w:t xml:space="preserve"> - Please view link - unable to able to access data</w:t>
      </w:r>
      <w:r/>
    </w:p>
    <w:p>
      <w:pPr>
        <w:pStyle w:val="ListNumber"/>
        <w:spacing w:line="240" w:lineRule="auto"/>
        <w:ind w:left="720"/>
      </w:pPr>
      <w:r/>
      <w:hyperlink r:id="rId10">
        <w:r>
          <w:rPr>
            <w:color w:val="0000EE"/>
            <w:u w:val="single"/>
          </w:rPr>
          <w:t>https://www.praguepride.com/en/about-prague-pride/</w:t>
        </w:r>
      </w:hyperlink>
      <w:r>
        <w:t xml:space="preserve"> - Prague Pride is the largest LGBTQ+ organisation in the Czech Republic, aiming to create a respectful and safe environment for LGBTQ+ individuals. They organise the Prague Pride Festival, the country's largest human rights LGBTQ+ festival, and offer online counselling services to assist people of all ages with coming out and discussing issues related to gender identity and orientation. Their mission includes fostering inclusivity and providing support through various initiatives and events.</w:t>
      </w:r>
      <w:r/>
    </w:p>
    <w:p>
      <w:pPr>
        <w:pStyle w:val="ListNumber"/>
        <w:spacing w:line="240" w:lineRule="auto"/>
        <w:ind w:left="720"/>
      </w:pPr>
      <w:r/>
      <w:hyperlink r:id="rId12">
        <w:r>
          <w:rPr>
            <w:color w:val="0000EE"/>
            <w:u w:val="single"/>
          </w:rPr>
          <w:t>https://www.praguepride.com/drag-je-umeni-ktere-neskodi-narozdil-od-predsudku/</w:t>
        </w:r>
      </w:hyperlink>
      <w:r>
        <w:t xml:space="preserve"> - This article addresses misconceptions about drag performances, clarifying that drag is a form of artistic expression that does not harm anyone. It distinguishes between drag and travesty shows, explaining that drag involves creating and embodying a character without adhering to conventional gender norms. The piece also highlights the importance of understanding the differences between gender identity, gender expression, and sexual orientation, and emphasises that drag is a celebration of diversity and joy.</w:t>
      </w:r>
      <w:r/>
    </w:p>
    <w:p>
      <w:pPr>
        <w:pStyle w:val="ListNumber"/>
        <w:spacing w:line="240" w:lineRule="auto"/>
        <w:ind w:left="720"/>
      </w:pPr>
      <w:r/>
      <w:hyperlink r:id="rId11">
        <w:r>
          <w:rPr>
            <w:color w:val="0000EE"/>
            <w:u w:val="single"/>
          </w:rPr>
          <w:t>https://festival.praguepride.com/en/ucinkujici/bobr-presents-eurotrash/</w:t>
        </w:r>
      </w:hyperlink>
      <w:r>
        <w:t xml:space="preserve"> - The 'Bobr presents: Eurotrash' event is part of the Prague Pride Festival, featuring the legendary L* party Bobr celebrating its 12th edition with a EUROTRASH theme. The event includes performances by British drag sensation Ginny Lemon, known for exploring working-class identity, queer experience, and disability through bold aesthetics and sharp wit. Ginny has performed globally, including at the London Palladium and the West End, and gained wider recognition through RuPaul’s Drag Race UK.</w:t>
      </w:r>
      <w:r/>
    </w:p>
    <w:p>
      <w:pPr>
        <w:pStyle w:val="ListNumber"/>
        <w:spacing w:line="240" w:lineRule="auto"/>
        <w:ind w:left="720"/>
      </w:pPr>
      <w:r/>
      <w:hyperlink r:id="rId14">
        <w:r>
          <w:rPr>
            <w:color w:val="0000EE"/>
            <w:u w:val="single"/>
          </w:rPr>
          <w:t>https://www.festivalfinder.eu/festivals/pinkbus-festival-2026</w:t>
        </w:r>
      </w:hyperlink>
      <w:r>
        <w:t xml:space="preserve"> - The PINKBUS festival is an international queer performing arts event in Prague, organised by the PINKBUS Platform collective. Since 2021, it has become a unique artistic and community initiative presenting queer and drag art as full-fledged forms. The upcoming 6th edition will take place in September 2026 at Venuše ve Švehlovce, featuring international and local performances, discussions, and workshops focusing on progressive artistic practices and queer representation in contemporary performance.</w:t>
      </w:r>
      <w:r/>
    </w:p>
    <w:p>
      <w:pPr>
        <w:pStyle w:val="ListNumber"/>
        <w:spacing w:line="240" w:lineRule="auto"/>
        <w:ind w:left="720"/>
      </w:pPr>
      <w:r/>
      <w:hyperlink r:id="rId13">
        <w:r>
          <w:rPr>
            <w:color w:val="0000EE"/>
            <w:u w:val="single"/>
          </w:rPr>
          <w:t>https://en.wikipedia.org/wiki/Drag_queen</w:t>
        </w:r>
      </w:hyperlink>
      <w:r>
        <w:t xml:space="preserve"> - A drag queen is a person, usually male, who uses drag clothing and makeup to imitate and often exaggerate female gender signifiers and gender roles for entertainment purposes. Historically, drag queens have usually been gay men and have been a part of gay culture. People do drag for reasons ranging from self-expression to mainstream performance. Drag shows frequently include lip-syncing, live singing, and dancing, and typically occur at LGBTQ pride parades, drag pageants, cabarets, carnivals, and nightclubs.</w:t>
      </w:r>
      <w:r/>
    </w:p>
    <w:p>
      <w:pPr>
        <w:pStyle w:val="ListNumber"/>
        <w:spacing w:line="240" w:lineRule="auto"/>
        <w:ind w:left="720"/>
      </w:pPr>
      <w:r/>
      <w:hyperlink r:id="rId15">
        <w:r>
          <w:rPr>
            <w:color w:val="0000EE"/>
            <w:u w:val="single"/>
          </w:rPr>
          <w:t>https://apnews.com/article/ae19e8d8152e0034fcc520bdaadcc37b</w:t>
        </w:r>
      </w:hyperlink>
      <w:r>
        <w:t xml:space="preserve"> - Berlin hosted its inaugural drag march, combining flamboyant celebration with protest, drawing around 500 participants, including drag queens, kings, and LGBTQ+ allies. The march, led by Sister Daphne OSPI from the Sisters of Perpetual Indulgence, honoured the legacy of the 1969 Stonewall rebellion, which inspired the global Pride movement. The event reflected Berlin's inclusive and activist spirit, with ever-growing public engagement in LGBTQ+ rights and visibility.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dnes.cz/zpravy/domaci/drag-queens-prague-pride-2026-lgbt.A260809_002026_praha-zpravy_tmps#utm_source=rss&amp;utm_medium=feed&amp;utm_campaign=idnes&amp;utm_content=main" TargetMode="External"/><Relationship Id="rId10" Type="http://schemas.openxmlformats.org/officeDocument/2006/relationships/hyperlink" Target="https://www.praguepride.com/en/about-prague-pride/" TargetMode="External"/><Relationship Id="rId11" Type="http://schemas.openxmlformats.org/officeDocument/2006/relationships/hyperlink" Target="https://festival.praguepride.com/en/ucinkujici/bobr-presents-eurotrash/" TargetMode="External"/><Relationship Id="rId12" Type="http://schemas.openxmlformats.org/officeDocument/2006/relationships/hyperlink" Target="https://www.praguepride.com/drag-je-umeni-ktere-neskodi-narozdil-od-predsudku/" TargetMode="External"/><Relationship Id="rId13" Type="http://schemas.openxmlformats.org/officeDocument/2006/relationships/hyperlink" Target="https://en.wikipedia.org/wiki/Drag_queen" TargetMode="External"/><Relationship Id="rId14" Type="http://schemas.openxmlformats.org/officeDocument/2006/relationships/hyperlink" Target="https://www.festivalfinder.eu/festivals/pinkbus-festival-2026" TargetMode="External"/><Relationship Id="rId15" Type="http://schemas.openxmlformats.org/officeDocument/2006/relationships/hyperlink" Target="https://apnews.com/article/ae19e8d8152e0034fcc520bdaadcc37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