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College Baseball Comes Out Stories: Brian Zapp’s Honest Instagram Reveal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courage, Miami (Ohio) third baseman Brian Zapp came out as bisexual on Instagram, sparking warm teammate support and a wider conversation about LGBTQ acceptance in college sport , a reminder that being seen matters as much as any stat line.</w:t>
      </w:r>
      <w:r/>
    </w:p>
    <w:p>
      <w:r/>
      <w:r>
        <w:t>Essential Takeaways</w:t>
      </w:r>
      <w:r/>
      <w:r/>
    </w:p>
    <w:p>
      <w:pPr>
        <w:pStyle w:val="ListBullet"/>
        <w:spacing w:line="240" w:lineRule="auto"/>
        <w:ind w:left="720"/>
      </w:pPr>
      <w:r/>
      <w:r>
        <w:rPr>
          <w:b/>
        </w:rPr>
        <w:t>Bold move:</w:t>
      </w:r>
      <w:r>
        <w:t xml:space="preserve"> Brian Zapp publicly came out as bisexual in a long Instagram post while still an active college athlete.</w:t>
      </w:r>
      <w:r/>
    </w:p>
    <w:p>
      <w:pPr>
        <w:pStyle w:val="ListBullet"/>
        <w:spacing w:line="240" w:lineRule="auto"/>
        <w:ind w:left="720"/>
      </w:pPr>
      <w:r/>
      <w:r>
        <w:rPr>
          <w:b/>
        </w:rPr>
        <w:t>Team reaction:</w:t>
      </w:r>
      <w:r>
        <w:t xml:space="preserve"> Teammates, coaches and friends responded with supportive messages like “proud of you” and “got your back.”</w:t>
      </w:r>
      <w:r/>
    </w:p>
    <w:p>
      <w:pPr>
        <w:pStyle w:val="ListBullet"/>
        <w:spacing w:line="240" w:lineRule="auto"/>
        <w:ind w:left="720"/>
      </w:pPr>
      <w:r/>
      <w:r>
        <w:rPr>
          <w:b/>
        </w:rPr>
        <w:t>Why it mattered:</w:t>
      </w:r>
      <w:r>
        <w:t xml:space="preserve"> Zapp said he’d regret hiding his identity while playing, and that achievements feel hollow if earned in fear.</w:t>
      </w:r>
      <w:r/>
    </w:p>
    <w:p>
      <w:pPr>
        <w:pStyle w:val="ListBullet"/>
        <w:spacing w:line="240" w:lineRule="auto"/>
        <w:ind w:left="720"/>
      </w:pPr>
      <w:r/>
      <w:r>
        <w:rPr>
          <w:b/>
        </w:rPr>
        <w:t>Wider trend:</w:t>
      </w:r>
      <w:r>
        <w:t xml:space="preserve"> Studies and reporting show acceptance of LGBTQ athletes is increasingly the norm in many locker rooms.</w:t>
      </w:r>
      <w:r/>
    </w:p>
    <w:p>
      <w:pPr>
        <w:pStyle w:val="ListBullet"/>
        <w:spacing w:line="240" w:lineRule="auto"/>
        <w:ind w:left="720"/>
      </w:pPr>
      <w:r/>
      <w:r>
        <w:rPr>
          <w:b/>
        </w:rPr>
        <w:t>Resources:</w:t>
      </w:r>
      <w:r>
        <w:t xml:space="preserve"> LGBTQ athletes looking for connection can find networks such as GO! Space and the Equality Coaching Alliance.</w:t>
      </w:r>
      <w:r/>
      <w:r/>
    </w:p>
    <w:p>
      <w:pPr>
        <w:pStyle w:val="Heading2"/>
      </w:pPr>
      <w:r>
        <w:t>A player decided to stop sitting on the truth</w:t>
      </w:r>
      <w:r/>
    </w:p>
    <w:p>
      <w:r/>
      <w:r>
        <w:t>Brian Zapp’s Instagram post read like a personal turning point; he said he’d reach the end of his college career with regret if he hadn’t come out while still playing. That line lands: achievements feel different when you’re carrying a secret, and you can almost hear the relief behind his words. Outsports republished his account as part of a Pride Pioneer series, spotlighting why moments like this matter beyond one roster spot.</w:t>
      </w:r>
      <w:r/>
    </w:p>
    <w:p>
      <w:pPr>
        <w:pStyle w:val="Heading2"/>
      </w:pPr>
      <w:r>
        <w:t>Teammates reacted with warmth, not whispers</w:t>
      </w:r>
      <w:r/>
    </w:p>
    <w:p>
      <w:r/>
      <w:r>
        <w:t>According to coverage in the Journal-News and responses captured on social media, the immediate fallout wasn’t drama , it was support. Comments from teammates saying they were proud and had his back turned Zapp’s post into a small but potent example of acceptance. That mirrors findings from Out In Sports research showing teammates are increasingly affirming when someone comes out.</w:t>
      </w:r>
      <w:r/>
    </w:p>
    <w:p>
      <w:pPr>
        <w:pStyle w:val="Heading2"/>
      </w:pPr>
      <w:r>
        <w:t>Why timing felt crucial for Zapp , and why it matters to others</w:t>
      </w:r>
      <w:r/>
    </w:p>
    <w:p>
      <w:r/>
      <w:r>
        <w:t>Zapp explained he worried coming out might affect future athletic opportunities, but decided regret would be worse than any hypothetical consequence. That tension , career vs identity , is familiar to many athletes. The decision to come out while active sends a message: you don’t have to wait until the final whistle to be yourself. For younger players watching, that visibility can be the nudge they need.</w:t>
      </w:r>
      <w:r/>
    </w:p>
    <w:p>
      <w:pPr>
        <w:pStyle w:val="Heading2"/>
      </w:pPr>
      <w:r>
        <w:t>This fits a broader shift in locker-room culture</w:t>
      </w:r>
      <w:r/>
    </w:p>
    <w:p>
      <w:r/>
      <w:r>
        <w:t>Coverage around Zapp’s story connects to other baseball players who’ve come out and received more support than hostility. Outsports has profiled several such athletes and reported on how acceptance has grown across sports. Public stories combined with research help normalise LGBTQ identities in athletics, so each coming-out moment becomes part of a larger, confidence-building chorus.</w:t>
      </w:r>
      <w:r/>
    </w:p>
    <w:p>
      <w:pPr>
        <w:pStyle w:val="Heading2"/>
      </w:pPr>
      <w:r>
        <w:t>Practical takeaways for athletes, teammates and coaches</w:t>
      </w:r>
      <w:r/>
    </w:p>
    <w:p>
      <w:r/>
      <w:r>
        <w:t>If you’re an athlete thinking about coming out, consider timing, safety and support: pick trusted teammates or staff first, and look for allies in your program. Coaches and teammates who want to help should listen, offer privacy where needed, and treat the athlete’s performance and personhood equally. Organisations such as GO! Space and the Equality Coaching Alliance provide community and practical guidance.</w:t>
      </w:r>
      <w:r/>
    </w:p>
    <w:p>
      <w:r/>
      <w:r>
        <w:t>It’s a small change that can make every season feel more whole.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1">
        <w:r>
          <w:rPr>
            <w:color w:val="0000EE"/>
            <w:u w:val="single"/>
          </w:rPr>
          <w:t>[5]</w:t>
        </w:r>
      </w:hyperlink>
      <w:r>
        <w:t xml:space="preserve">, </w:t>
      </w:r>
      <w:hyperlink r:id="rId12">
        <w:r>
          <w:rPr>
            <w:color w:val="0000EE"/>
            <w:u w:val="single"/>
          </w:rPr>
          <w:t>[6]</w:t>
        </w:r>
      </w:hyperlink>
      <w:r>
        <w:t xml:space="preserve">- Paragraph 5: </w:t>
      </w:r>
      <w:hyperlink r:id="rId13">
        <w:r>
          <w:rPr>
            <w:color w:val="0000EE"/>
            <w:u w:val="single"/>
          </w:rPr>
          <w:t>[7]</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https://www.outsports.com/2021/12/13/22829638/brian-zapp-college-baseball-miami-comes-out-instagram-bi/</w:t>
        </w:r>
      </w:hyperlink>
      <w:r>
        <w:t xml:space="preserve"> - Please view link - unable to able to access data</w:t>
      </w:r>
      <w:r/>
    </w:p>
    <w:p>
      <w:pPr>
        <w:pStyle w:val="ListNumber"/>
        <w:spacing w:line="240" w:lineRule="auto"/>
        <w:ind w:left="720"/>
      </w:pPr>
      <w:r/>
      <w:hyperlink r:id="rId9">
        <w:r>
          <w:rPr>
            <w:color w:val="0000EE"/>
            <w:u w:val="single"/>
          </w:rPr>
          <w:t>https://www.outsports.com/2021/12/13/22829638/brian-zapp-college-baseball-miami-comes-out-instagram-bi/</w:t>
        </w:r>
      </w:hyperlink>
      <w:r>
        <w:t xml:space="preserve"> - In December 2021, Brian Zapp, a junior third baseman for Miami University in Ohio, publicly came out as bisexual through an Instagram post. He expressed that concealing his identity would have led to regret and hoped his openness would inspire other LGBTQ athletes to embrace their true selves. Zapp received supportive messages from teammates and coaches, reflecting a positive response to his announcement. (</w:t>
      </w:r>
      <w:hyperlink r:id="rId14">
        <w:r>
          <w:rPr>
            <w:color w:val="0000EE"/>
            <w:u w:val="single"/>
          </w:rPr>
          <w:t>outsports.com</w:t>
        </w:r>
      </w:hyperlink>
      <w:r>
        <w:t>)</w:t>
      </w:r>
      <w:r/>
    </w:p>
    <w:p>
      <w:pPr>
        <w:pStyle w:val="ListNumber"/>
        <w:spacing w:line="240" w:lineRule="auto"/>
        <w:ind w:left="720"/>
      </w:pPr>
      <w:r/>
      <w:hyperlink r:id="rId10">
        <w:r>
          <w:rPr>
            <w:color w:val="0000EE"/>
            <w:u w:val="single"/>
          </w:rPr>
          <w:t>https://www.journal-news.com/sports/archdeacon-for-miamis-brian-zapp-pride-replaces-a-secret/NJ4KD7JPYFFNZB2VOOZCMKEPZY/</w:t>
        </w:r>
      </w:hyperlink>
      <w:r>
        <w:t xml:space="preserve"> - Following his coming out, Brian Zapp received strong support from his teammates and coaches at Miami University. His coach, Danny Hayden, maintained regular contact to ensure Zapp's well-being, and the team stood behind him, fostering an environment of acceptance and understanding. (</w:t>
      </w:r>
      <w:hyperlink r:id="rId15">
        <w:r>
          <w:rPr>
            <w:color w:val="0000EE"/>
            <w:u w:val="single"/>
          </w:rPr>
          <w:t>journal-news.com</w:t>
        </w:r>
      </w:hyperlink>
      <w:r>
        <w:t>)</w:t>
      </w:r>
      <w:r/>
    </w:p>
    <w:p>
      <w:pPr>
        <w:pStyle w:val="ListNumber"/>
        <w:spacing w:line="240" w:lineRule="auto"/>
        <w:ind w:left="720"/>
      </w:pPr>
      <w:r/>
      <w:hyperlink r:id="rId16">
        <w:r>
          <w:rPr>
            <w:color w:val="0000EE"/>
            <w:u w:val="single"/>
          </w:rPr>
          <w:t>https://miamiredhawks.com/sports/baseball/roster/brian-zapp/6175</w:t>
        </w:r>
      </w:hyperlink>
      <w:r>
        <w:t xml:space="preserve"> - Brian Zapp is listed as a member of the Miami University RedHawks baseball team, indicating his active participation in collegiate baseball. (</w:t>
      </w:r>
      <w:hyperlink r:id="rId17">
        <w:r>
          <w:rPr>
            <w:color w:val="0000EE"/>
            <w:u w:val="single"/>
          </w:rPr>
          <w:t>miamiredhawks.com</w:t>
        </w:r>
      </w:hyperlink>
      <w:r>
        <w:t>)</w:t>
      </w:r>
      <w:r/>
    </w:p>
    <w:p>
      <w:pPr>
        <w:pStyle w:val="ListNumber"/>
        <w:spacing w:line="240" w:lineRule="auto"/>
        <w:ind w:left="720"/>
      </w:pPr>
      <w:r/>
      <w:hyperlink r:id="rId11">
        <w:r>
          <w:rPr>
            <w:color w:val="0000EE"/>
            <w:u w:val="single"/>
          </w:rPr>
          <w:t>https://www.outsports.com/2021/9/2/22654274/bryan-ruby-baseball-gay-player/</w:t>
        </w:r>
      </w:hyperlink>
      <w:r>
        <w:t xml:space="preserve"> - In September 2021, professional baseball player Bryan Ruby publicly came out as gay, aiming to create a world where future generations of baseball players can be authentic without fear. (</w:t>
      </w:r>
      <w:hyperlink r:id="rId18">
        <w:r>
          <w:rPr>
            <w:color w:val="0000EE"/>
            <w:u w:val="single"/>
          </w:rPr>
          <w:t>outsports.com</w:t>
        </w:r>
      </w:hyperlink>
      <w:r>
        <w:t>)</w:t>
      </w:r>
      <w:r/>
    </w:p>
    <w:p>
      <w:pPr>
        <w:pStyle w:val="ListNumber"/>
        <w:spacing w:line="240" w:lineRule="auto"/>
        <w:ind w:left="720"/>
      </w:pPr>
      <w:r/>
      <w:hyperlink r:id="rId12">
        <w:r>
          <w:rPr>
            <w:color w:val="0000EE"/>
            <w:u w:val="single"/>
          </w:rPr>
          <w:t>https://www.outsports.com/2021/10/12/22721448/bryan-ruby-gay-coming-out-teammates-coaches-fans-baseball/</w:t>
        </w:r>
      </w:hyperlink>
      <w:r>
        <w:t xml:space="preserve"> - Bryan Ruby shared his experience of coming out as gay, highlighting the support he received from teammates, coaches, and fans, and encouraging other LGBTQ athletes to embrace their identity. (</w:t>
      </w:r>
      <w:hyperlink r:id="rId19">
        <w:r>
          <w:rPr>
            <w:color w:val="0000EE"/>
            <w:u w:val="single"/>
          </w:rPr>
          <w:t>outsports.com</w:t>
        </w:r>
      </w:hyperlink>
      <w:r>
        <w:t>)</w:t>
      </w:r>
      <w:r/>
    </w:p>
    <w:p>
      <w:pPr>
        <w:pStyle w:val="ListNumber"/>
        <w:spacing w:line="240" w:lineRule="auto"/>
        <w:ind w:left="720"/>
      </w:pPr>
      <w:r/>
      <w:hyperlink r:id="rId13">
        <w:r>
          <w:rPr>
            <w:color w:val="0000EE"/>
            <w:u w:val="single"/>
          </w:rPr>
          <w:t>https://www.outsports.com/2022/6/7/23158176/bryan-ruby-baseball-gay-player-proud-pride/</w:t>
        </w:r>
      </w:hyperlink>
      <w:r>
        <w:t xml:space="preserve"> - After coming out, Bryan Ruby experienced improved performance and increased opportunities in baseball, challenging the notion that being open about one's sexuality hinders professional prospects. (</w:t>
      </w:r>
      <w:hyperlink r:id="rId20">
        <w:r>
          <w:rPr>
            <w:color w:val="0000EE"/>
            <w:u w:val="single"/>
          </w:rPr>
          <w:t>outsports.com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1/12/13/22829638/brian-zapp-college-baseball-miami-comes-out-instagram-bi/" TargetMode="External"/><Relationship Id="rId10" Type="http://schemas.openxmlformats.org/officeDocument/2006/relationships/hyperlink" Target="https://www.journal-news.com/sports/archdeacon-for-miamis-brian-zapp-pride-replaces-a-secret/NJ4KD7JPYFFNZB2VOOZCMKEPZY/" TargetMode="External"/><Relationship Id="rId11" Type="http://schemas.openxmlformats.org/officeDocument/2006/relationships/hyperlink" Target="https://www.outsports.com/2021/9/2/22654274/bryan-ruby-baseball-gay-player/" TargetMode="External"/><Relationship Id="rId12" Type="http://schemas.openxmlformats.org/officeDocument/2006/relationships/hyperlink" Target="https://www.outsports.com/2021/10/12/22721448/bryan-ruby-gay-coming-out-teammates-coaches-fans-baseball/" TargetMode="External"/><Relationship Id="rId13" Type="http://schemas.openxmlformats.org/officeDocument/2006/relationships/hyperlink" Target="https://www.outsports.com/2022/6/7/23158176/bryan-ruby-baseball-gay-player-proud-pride/" TargetMode="External"/><Relationship Id="rId14" Type="http://schemas.openxmlformats.org/officeDocument/2006/relationships/hyperlink" Target="https://www.outsports.com/2021/12/13/22829638/brian-zapp-college-baseball-miami-comes-out-instagram-bi/?utm_source=openai" TargetMode="External"/><Relationship Id="rId15" Type="http://schemas.openxmlformats.org/officeDocument/2006/relationships/hyperlink" Target="https://www.journal-news.com/sports/archdeacon-for-miamis-brian-zapp-pride-replaces-a-secret/NJ4KD7JPYFFNZB2VOOZCMKEPZY/?utm_source=openai" TargetMode="External"/><Relationship Id="rId16" Type="http://schemas.openxmlformats.org/officeDocument/2006/relationships/hyperlink" Target="https://miamiredhawks.com/sports/baseball/roster/brian-zapp/6175" TargetMode="External"/><Relationship Id="rId17" Type="http://schemas.openxmlformats.org/officeDocument/2006/relationships/hyperlink" Target="https://miamiredhawks.com/sports/baseball/roster/brian-zapp/6175?utm_source=openai" TargetMode="External"/><Relationship Id="rId18" Type="http://schemas.openxmlformats.org/officeDocument/2006/relationships/hyperlink" Target="https://www.outsports.com/2021/9/2/22654274/bryan-ruby-baseball-gay-player/?utm_source=openai" TargetMode="External"/><Relationship Id="rId19" Type="http://schemas.openxmlformats.org/officeDocument/2006/relationships/hyperlink" Target="https://www.outsports.com/2021/10/12/22721448/bryan-ruby-gay-coming-out-teammates-coaches-fans-baseball/?utm_source=openai" TargetMode="External"/><Relationship Id="rId20" Type="http://schemas.openxmlformats.org/officeDocument/2006/relationships/hyperlink" Target="https://www.outsports.com/2022/6/7/23158176/bryan-ruby-baseball-gay-player-proud-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