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Amsterdam Pride Canal Experience: Why Booking a Viewing Boat Is Worth 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Step onto a canal boat and you’ll instantly understand why Amsterdam Pride is unmatched; visitors, locals and LGBTQ+ travellers are choosing viewing boats to be part of the action, be close to the floats, and celebrate with friends while soaking up the city’s festive summer energy.</w:t>
      </w:r>
      <w:r/>
    </w:p>
    <w:p>
      <w:r/>
      <w:r>
        <w:t>Essential Takeaways</w:t>
      </w:r>
      <w:r/>
      <w:r/>
    </w:p>
    <w:p>
      <w:pPr>
        <w:pStyle w:val="ListBullet"/>
        <w:spacing w:line="240" w:lineRule="auto"/>
        <w:ind w:left="720"/>
      </w:pPr>
      <w:r/>
      <w:r>
        <w:rPr>
          <w:b/>
        </w:rPr>
        <w:t>Unbeatable vantage:</w:t>
      </w:r>
      <w:r>
        <w:t xml:space="preserve"> Viewing boats put you feet-from-the-floats for a sensory parade: music booming, colours bright, and confetti falling.</w:t>
      </w:r>
      <w:r/>
    </w:p>
    <w:p>
      <w:pPr>
        <w:pStyle w:val="ListBullet"/>
        <w:spacing w:line="240" w:lineRule="auto"/>
        <w:ind w:left="720"/>
      </w:pPr>
      <w:r/>
      <w:r>
        <w:rPr>
          <w:b/>
        </w:rPr>
        <w:t>Social atmosphere:</w:t>
      </w:r>
      <w:r>
        <w:t xml:space="preserve"> Boats feel like floating living rooms , lively, intimate and full of friends; many groups dress to match a theme for extra fun.</w:t>
      </w:r>
      <w:r/>
    </w:p>
    <w:p>
      <w:pPr>
        <w:pStyle w:val="ListBullet"/>
        <w:spacing w:line="240" w:lineRule="auto"/>
        <w:ind w:left="720"/>
      </w:pPr>
      <w:r/>
      <w:r>
        <w:rPr>
          <w:b/>
        </w:rPr>
        <w:t>Meaningful messaging:</w:t>
      </w:r>
      <w:r>
        <w:t xml:space="preserve"> Floats blend party and protest, spotlighting issues like criminalisation, intersex awareness and trans rights.</w:t>
      </w:r>
      <w:r/>
    </w:p>
    <w:p>
      <w:pPr>
        <w:pStyle w:val="ListBullet"/>
        <w:spacing w:line="240" w:lineRule="auto"/>
        <w:ind w:left="720"/>
      </w:pPr>
      <w:r/>
      <w:r>
        <w:rPr>
          <w:b/>
        </w:rPr>
        <w:t>Practical choice:</w:t>
      </w:r>
      <w:r>
        <w:t xml:space="preserve"> Booking early matters , spots are limited and popular operators run packages that include pick-up, guides and a festive vibe.</w:t>
      </w:r>
      <w:r/>
    </w:p>
    <w:p>
      <w:pPr>
        <w:pStyle w:val="ListBullet"/>
        <w:spacing w:line="240" w:lineRule="auto"/>
        <w:ind w:left="720"/>
      </w:pPr>
      <w:r/>
      <w:r>
        <w:rPr>
          <w:b/>
        </w:rPr>
        <w:t>Local history:</w:t>
      </w:r>
      <w:r>
        <w:t xml:space="preserve"> Amsterdam’s canals and its status as the first country to legalise same-sex marriage add a celebratory, historic layer to the parade.</w:t>
      </w:r>
      <w:r/>
      <w:r/>
    </w:p>
    <w:p>
      <w:pPr>
        <w:pStyle w:val="Heading2"/>
      </w:pPr>
      <w:r>
        <w:t>Why a boat is the only way to truly feel Amsterdam Pride</w:t>
      </w:r>
      <w:r/>
    </w:p>
    <w:p>
      <w:r/>
      <w:r>
        <w:t>There’s a particular hush before the music hits and the first float nudges past, and from a boat that hush turns electric , you can feel the bass through the deck. According to local organisers and operators, viewing boats are purposely close to the action so attendees get eye contact, high-fives and full-on interaction with passing floats. That intimacy is what people rave about: you’re not behind a rope, you’re in the middle of the show.</w:t>
      </w:r>
      <w:r/>
    </w:p>
    <w:p>
      <w:r/>
      <w:r>
        <w:t>The idea of viewing Pride from a boat grew naturally from Amsterdam’s canal culture and the city’s long history of waterborne festivals. Operators now offer dedicated Pride packages that sell out fast, blending logistics with a party atmosphere so you don’t have to worry about how to get back to shore. If you want to be part of the spectacle rather than watching it from a distance, a boat is the practical choice.</w:t>
      </w:r>
      <w:r/>
    </w:p>
    <w:p>
      <w:pPr>
        <w:pStyle w:val="Heading2"/>
      </w:pPr>
      <w:r>
        <w:t>Themes, costumes and that unmistakable “Gaywatch” energy</w:t>
      </w:r>
      <w:r/>
    </w:p>
    <w:p>
      <w:r/>
      <w:r>
        <w:t>One crew dressed as “Gaywatch” lifeguards, and the result was instant cult energy; floats called back to them, DJs remixed the theme, and the whole boat became a character in the parade. That kind of coordinated dressing-up is common and it amplifies the fun , it’s a festival where effort is rewarded with interaction.</w:t>
      </w:r>
      <w:r/>
    </w:p>
    <w:p>
      <w:r/>
      <w:r>
        <w:t>If you’re planning a group, think theme before you book: matching shirts or simple props make you visible and often get you featured by float DJs or emcees. It’s also a simple way to bond the group and make photos pop.</w:t>
      </w:r>
      <w:r/>
    </w:p>
    <w:p>
      <w:pPr>
        <w:pStyle w:val="Heading2"/>
      </w:pPr>
      <w:r>
        <w:t>Floats that party and carry a message</w:t>
      </w:r>
      <w:r/>
    </w:p>
    <w:p>
      <w:r/>
      <w:r>
        <w:t>Don’t mistake the carnival mood for mere frivolity; many floats use their platform to educate. During World Pride you’ll see signage naming countries with anti-LGBTQ+ laws, history displays about marriage equality and projects centred on intersex and trans rights. It’s a mix of joy and advocacy, which makes the parade feel both celebratory and consequential.</w:t>
      </w:r>
      <w:r/>
    </w:p>
    <w:p>
      <w:r/>
      <w:r>
        <w:t>That dual purpose is one reason organisers chose Amsterdam for World Pride: the Netherlands’ role as the first country to legalise same-sex marriage gives the parade an extra resonant backdrop. Expect to dance, then to pause and reflect , it’s part of the rhythm of the day.</w:t>
      </w:r>
      <w:r/>
    </w:p>
    <w:p>
      <w:pPr>
        <w:pStyle w:val="Heading2"/>
      </w:pPr>
      <w:r>
        <w:t>How to choose the right boat and what to expect</w:t>
      </w:r>
      <w:r/>
    </w:p>
    <w:p>
      <w:r/>
      <w:r>
        <w:t>There are plenty of operators offering Pride packages , from small private launches to larger party boats. Look at capacity, whether there’s shelter for rain, onboard facilities and pick-up points. Reviews often mention atmosphere as much as logistics, so check photos and testimonials if you want a lively crowd rather than a quiet, family-style trip.</w:t>
      </w:r>
      <w:r/>
    </w:p>
    <w:p>
      <w:r/>
      <w:r>
        <w:t>Book early, ideally months ahead for peak events like World Pride. Bring cash for extras, pack a light waterproof layer for canal spray, and consider ear protection if you’re sensitive to loud music. For group organisers, assign a meeting point and keep a phone with portable battery , canals can make meeting up trickier than you’d expect.</w:t>
      </w:r>
      <w:r/>
    </w:p>
    <w:p>
      <w:pPr>
        <w:pStyle w:val="Heading2"/>
      </w:pPr>
      <w:r>
        <w:t>The local feel: community, history and a summer in full colour</w:t>
      </w:r>
      <w:r/>
    </w:p>
    <w:p>
      <w:r/>
      <w:r>
        <w:t>Floating among friends on the canals gives you a sense of belonging that stays with you after the parade ends. Dutch Pride culture tends to blend relaxed charm with heartfelt civic pride, and being on a boat highlights both: you’re moving through a city that’s literally opening itself up to celebrate diversity.</w:t>
      </w:r>
      <w:r/>
    </w:p>
    <w:p>
      <w:r/>
      <w:r>
        <w:t>If you can, chat with local hosts or boat crews; many are long-time residents who will add colour about Amsterdam’s queer history and the parade’s evolution. For visitors, that insider context makes the experience richer and gives you stories to tell long after you’ve returned home.</w:t>
      </w:r>
      <w:r/>
    </w:p>
    <w:p>
      <w:r/>
      <w:r>
        <w:t>It's a small change that can make every Pride moment feel closer and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0">
        <w:r>
          <w:rPr>
            <w:color w:val="0000EE"/>
            <w:u w:val="single"/>
          </w:rPr>
          <w:t>[4]</w:t>
        </w:r>
      </w:hyperlink>
      <w:r>
        <w:t xml:space="preserve">, </w:t>
      </w:r>
      <w:hyperlink r:id="rId11">
        <w:r>
          <w:rPr>
            <w:color w:val="0000EE"/>
            <w:u w:val="single"/>
          </w:rPr>
          <w:t>[6]</w:t>
        </w:r>
      </w:hyperlink>
      <w:r>
        <w:t xml:space="preserve">- Paragraph 6: </w:t>
      </w:r>
      <w:hyperlink r:id="rId9">
        <w:r>
          <w:rPr>
            <w:color w:val="0000EE"/>
            <w:u w:val="single"/>
          </w:rPr>
          <w:t>[1]</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https://www.gaycities.com/articles/106669/the-amsterdam-world-pride-parade-was-another-level-on-the-gaywatch-boat/</w:t>
        </w:r>
      </w:hyperlink>
      <w:r>
        <w:t xml:space="preserve"> - Please view link - unable to able to access data</w:t>
      </w:r>
      <w:r/>
    </w:p>
    <w:p>
      <w:pPr>
        <w:pStyle w:val="ListNumber"/>
        <w:spacing w:line="240" w:lineRule="auto"/>
        <w:ind w:left="720"/>
      </w:pPr>
      <w:r/>
      <w:hyperlink r:id="rId9">
        <w:r>
          <w:rPr>
            <w:color w:val="0000EE"/>
            <w:u w:val="single"/>
          </w:rPr>
          <w:t>https://www.gaycities.com/articles/106669/the-amsterdam-world-pride-parade-was-another-level-on-the-gaywatch-boat/</w:t>
        </w:r>
      </w:hyperlink>
      <w:r>
        <w:t xml:space="preserve"> - An article detailing the author's experience at the Amsterdam World Pride Parade, highlighting the unique atmosphere of the canal parade and the 'Gaywatch' themed boat they were on. The piece emphasizes the celebratory mood, the interaction between the boat and parade floats, and the significance of being part of the action during the event.</w:t>
      </w:r>
      <w:r/>
    </w:p>
    <w:p>
      <w:pPr>
        <w:pStyle w:val="ListNumber"/>
        <w:spacing w:line="240" w:lineRule="auto"/>
        <w:ind w:left="720"/>
      </w:pPr>
      <w:r/>
      <w:hyperlink r:id="rId14">
        <w:r>
          <w:rPr>
            <w:color w:val="0000EE"/>
            <w:u w:val="single"/>
          </w:rPr>
          <w:t>https://apnews.com/article/a37f60c46c36c8c20e72a07fa4087c3b</w:t>
        </w:r>
      </w:hyperlink>
      <w:r>
        <w:t xml:space="preserve"> - A report on the 'Married For A Day' event during Amsterdam's Pride festival on August 6, 2026. The event saw dozens of participants symbolically tying the knot in a pink church, celebrating marriage equality amid a societal shift in the Netherlands. Dutch Prime Minister Rob Jetten, the country's first openly gay leader, participated in the event, emphasizing its importance amid global threats to LGBTQ+ rights.</w:t>
      </w:r>
      <w:r/>
    </w:p>
    <w:p>
      <w:pPr>
        <w:pStyle w:val="ListNumber"/>
        <w:spacing w:line="240" w:lineRule="auto"/>
        <w:ind w:left="720"/>
      </w:pPr>
      <w:r/>
      <w:hyperlink r:id="rId10">
        <w:r>
          <w:rPr>
            <w:color w:val="0000EE"/>
            <w:u w:val="single"/>
          </w:rPr>
          <w:t>https://amsterdamboat.com/en/pride-amsterdam</w:t>
        </w:r>
      </w:hyperlink>
      <w:r>
        <w:t xml:space="preserve"> - A service offering private boat rentals for Amsterdam's Pride Canal Parade. The package includes a private boat for up to 30 guests, an experienced skipper, 8 hours on the water during the Canal Parade, and reserved mooring on the Prinsengracht. The service aims to provide an intimate and unique experience of the parade from the water.</w:t>
      </w:r>
      <w:r/>
    </w:p>
    <w:p>
      <w:pPr>
        <w:pStyle w:val="ListNumber"/>
        <w:spacing w:line="240" w:lineRule="auto"/>
        <w:ind w:left="720"/>
      </w:pPr>
      <w:r/>
      <w:hyperlink r:id="rId13">
        <w:r>
          <w:rPr>
            <w:color w:val="0000EE"/>
            <w:u w:val="single"/>
          </w:rPr>
          <w:t>https://pride.amsterdam/en/boats/de-kasteelboot/</w:t>
        </w:r>
      </w:hyperlink>
      <w:r>
        <w:t xml:space="preserve"> - Information about the Kasteelboot, a friends' initiative participating in Amsterdam Pride since 2005. The boat's theme for the 2026 parade is 'UNITY,' featuring a large pink lion's head at the bow. The initiative celebrates diversity and inclusion, emphasizing that unity doesn't mean being the same but daring to be different together.</w:t>
      </w:r>
      <w:r/>
    </w:p>
    <w:p>
      <w:pPr>
        <w:pStyle w:val="ListNumber"/>
        <w:spacing w:line="240" w:lineRule="auto"/>
        <w:ind w:left="720"/>
      </w:pPr>
      <w:r/>
      <w:hyperlink r:id="rId11">
        <w:r>
          <w:rPr>
            <w:color w:val="0000EE"/>
            <w:u w:val="single"/>
          </w:rPr>
          <w:t>https://www.floating-amsterdam.nl/en/events/pride-amsterdam/</w:t>
        </w:r>
      </w:hyperlink>
      <w:r>
        <w:t xml:space="preserve"> - A service offering private boat rentals to experience Amsterdam Pride from the water. The package includes a luxury boat with music, drinks, and prime views of the Canal Parade. The service aims to provide an intimate experience of the parade, allowing guests to float alongside decorated boats and see the costumes and hear the music up close.</w:t>
      </w:r>
      <w:r/>
    </w:p>
    <w:p>
      <w:pPr>
        <w:pStyle w:val="ListNumber"/>
        <w:spacing w:line="240" w:lineRule="auto"/>
        <w:ind w:left="720"/>
      </w:pPr>
      <w:r/>
      <w:hyperlink r:id="rId12">
        <w:r>
          <w:rPr>
            <w:color w:val="0000EE"/>
            <w:u w:val="single"/>
          </w:rPr>
          <w:t>https://amsterdamboatexperience.com/package/canal-pride-amsterdam-2026/</w:t>
        </w:r>
      </w:hyperlink>
      <w:r>
        <w:t xml:space="preserve"> - A service offering private boat rentals for Canal Pride Amsterdam 2026. The package includes unlimited beer, wine, and soft drinks (optional), the convenience of an onboard toilet (on select boats), and a professional skipper. The service aims to provide an unforgettable day at Canal Pride 2026, allowing guests to experience the parade directly from the water.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669/the-amsterdam-world-pride-parade-was-another-level-on-the-gaywatch-boat/" TargetMode="External"/><Relationship Id="rId10" Type="http://schemas.openxmlformats.org/officeDocument/2006/relationships/hyperlink" Target="https://amsterdamboat.com/en/pride-amsterdam" TargetMode="External"/><Relationship Id="rId11" Type="http://schemas.openxmlformats.org/officeDocument/2006/relationships/hyperlink" Target="https://www.floating-amsterdam.nl/en/events/pride-amsterdam/" TargetMode="External"/><Relationship Id="rId12" Type="http://schemas.openxmlformats.org/officeDocument/2006/relationships/hyperlink" Target="https://amsterdamboatexperience.com/package/canal-pride-amsterdam-2026/" TargetMode="External"/><Relationship Id="rId13" Type="http://schemas.openxmlformats.org/officeDocument/2006/relationships/hyperlink" Target="https://pride.amsterdam/en/boats/de-kasteelboot/" TargetMode="External"/><Relationship Id="rId14" Type="http://schemas.openxmlformats.org/officeDocument/2006/relationships/hyperlink" Target="https://apnews.com/article/a37f60c46c36c8c20e72a07fa4087c3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