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Alki Beach Pride 2026 Guide: Street Party, Vendors, and Family Fun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already marking calendars , Alki Beach Pride returns on Saturday 15 August with a big street party, live entertainment, vendors and a family-friendly vibe, drawing neighbours and visitors to West Seattle and bolstering LGBTQIA+ visibility beyond June.</w:t>
      </w:r>
      <w:r/>
    </w:p>
    <w:p>
      <w:r/>
      <w:r>
        <w:t>Essential Takeaways</w:t>
      </w:r>
      <w:r/>
      <w:r/>
    </w:p>
    <w:p>
      <w:pPr>
        <w:pStyle w:val="ListBullet"/>
        <w:spacing w:line="240" w:lineRule="auto"/>
        <w:ind w:left="720"/>
      </w:pPr>
      <w:r/>
      <w:r>
        <w:rPr>
          <w:b/>
        </w:rPr>
        <w:t>When and where:</w:t>
      </w:r>
      <w:r>
        <w:t xml:space="preserve"> Alki Beach Pride is Saturday 15 August; Alki Avenue SW will be closed 7am–10pm between 57th and 61st, festival runs noon–8pm.</w:t>
      </w:r>
      <w:r/>
    </w:p>
    <w:p>
      <w:pPr>
        <w:pStyle w:val="ListBullet"/>
        <w:spacing w:line="240" w:lineRule="auto"/>
        <w:ind w:left="720"/>
      </w:pPr>
      <w:r/>
      <w:r>
        <w:rPr>
          <w:b/>
        </w:rPr>
        <w:t>What to expect:</w:t>
      </w:r>
      <w:r>
        <w:t xml:space="preserve"> Live comedy, DJs, drag (including kings), local LGBTQ vendors, food trucks and a health and wellness zone.</w:t>
      </w:r>
      <w:r/>
    </w:p>
    <w:p>
      <w:pPr>
        <w:pStyle w:val="ListBullet"/>
        <w:spacing w:line="240" w:lineRule="auto"/>
        <w:ind w:left="720"/>
      </w:pPr>
      <w:r/>
      <w:r>
        <w:rPr>
          <w:b/>
        </w:rPr>
        <w:t>Family-friendly:</w:t>
      </w:r>
      <w:r>
        <w:t xml:space="preserve"> There’s a kids’ zone and activities aimed at families, making it a gentle, sunny outing.</w:t>
      </w:r>
      <w:r/>
    </w:p>
    <w:p>
      <w:pPr>
        <w:pStyle w:val="ListBullet"/>
        <w:spacing w:line="240" w:lineRule="auto"/>
        <w:ind w:left="720"/>
      </w:pPr>
      <w:r/>
      <w:r>
        <w:rPr>
          <w:b/>
        </w:rPr>
        <w:t>Community-led:</w:t>
      </w:r>
      <w:r>
        <w:t xml:space="preserve"> Founded over a decade ago by Alki residents Stacy and Jolie Bass‑Walden to extend Pride visibility into the summer.</w:t>
      </w:r>
      <w:r/>
    </w:p>
    <w:p>
      <w:pPr>
        <w:pStyle w:val="ListBullet"/>
        <w:spacing w:line="240" w:lineRule="auto"/>
        <w:ind w:left="720"/>
      </w:pPr>
      <w:r/>
      <w:r>
        <w:rPr>
          <w:b/>
        </w:rPr>
        <w:t>Practical note:</w:t>
      </w:r>
      <w:r>
        <w:t xml:space="preserve"> Streets will be busier and parking limited; arrive early or use transit and be ready for lively, crowded streets.</w:t>
      </w:r>
      <w:r/>
      <w:r/>
    </w:p>
    <w:p>
      <w:pPr>
        <w:pStyle w:val="Heading2"/>
      </w:pPr>
      <w:r>
        <w:t>A street party that feels like a neighbourhood block‑bust</w:t>
      </w:r>
      <w:r/>
    </w:p>
    <w:p>
      <w:r/>
      <w:r>
        <w:t>Alki Beach Pride has grown into one of those events that makes the whole strip hum , you can practically taste the salt air and kettle‑corn. The festival’s footprint along Alki Avenue SW, closed for the day between 57th and 61st, turns a slice of West Seattle into an open‑air celebration with a real neighbourhood pulse. Organisers expect music, laughter and the kind of colourful drag numbers that stop foot traffic in the best possible way.</w:t>
      </w:r>
      <w:r/>
    </w:p>
    <w:p>
      <w:r/>
      <w:r>
        <w:t>The closure from 7am to 10pm gives vendors and performers time to set up and everyone a longer day to enjoy. If you live nearby, think about picking a less-used route for driving; if you’re visiting, plan for a short walk from park-and-ride or a local bus.</w:t>
      </w:r>
      <w:r/>
    </w:p>
    <w:p>
      <w:pPr>
        <w:pStyle w:val="Heading2"/>
      </w:pPr>
      <w:r>
        <w:t>What’s on the main stage , acts to watch</w:t>
      </w:r>
      <w:r/>
    </w:p>
    <w:p>
      <w:r/>
      <w:r>
        <w:t>The entertainment lineup mixes comedy, DJs and drag performances, and organisers have flagged that kings are on the bill this year , a nice reminder that Pride shows many faces and styles. Expect sets across the day, with higher energy in the afternoon and early evening.</w:t>
      </w:r>
      <w:r/>
    </w:p>
    <w:p>
      <w:r/>
      <w:r>
        <w:t>According to event listings and local promotion, the day is paced to suit families and late‑day revelry alike, so you can catch a gentle kids’ activity in the morning and switch to a DJ set when the sun starts to dip. Bring a folding chair or picnic blanket if you want to stake a spot.</w:t>
      </w:r>
      <w:r/>
    </w:p>
    <w:p>
      <w:pPr>
        <w:pStyle w:val="Heading2"/>
      </w:pPr>
      <w:r>
        <w:t>Vendors, food trucks and a wellness zone , more than a parade</w:t>
      </w:r>
      <w:r/>
    </w:p>
    <w:p>
      <w:r/>
      <w:r>
        <w:t>Alki Beach Pride isn’t only about the stage. The festival has a strong local vendor presence and a health and wellness zone, making it feel like a community fair as much as a Pride event. Local LGBTQ businesses and artisans often use the day to showcase wares, and food trucks keep things mobile and varied , everything from ice‑cold drinks to appetising street food.</w:t>
      </w:r>
      <w:r/>
    </w:p>
    <w:p>
      <w:r/>
      <w:r>
        <w:t>If you’re shopping, bring cash and a reusable bag; many small vendors appreciate both. And if you want quieter moments, the wellness area offers a place to pause and recharge away from the main bustle.</w:t>
      </w:r>
      <w:r/>
    </w:p>
    <w:p>
      <w:pPr>
        <w:pStyle w:val="Heading2"/>
      </w:pPr>
      <w:r>
        <w:t>Families are welcome , kid‑friendly planning tips</w:t>
      </w:r>
      <w:r/>
    </w:p>
    <w:p>
      <w:r/>
      <w:r>
        <w:t>There’s a dedicated family zone with activities tailored for younger visitors, so it’s easy to make a day of it with children. The festival’s family focus means calmer pockets amid the louder entertainment, plus communal spaces in nearby businesses that participate in social group gatherings.</w:t>
      </w:r>
      <w:r/>
    </w:p>
    <w:p>
      <w:r/>
      <w:r>
        <w:t>For parents: pack sunscreen, water, and a small first‑aid kit, and pick a visible meeting spot in case anyone wanders. Early afternoon tends to be busiest, so mid‑day naps or a shoreline break can help younger kids enjoy the day without burning out.</w:t>
      </w:r>
      <w:r/>
    </w:p>
    <w:p>
      <w:pPr>
        <w:pStyle w:val="Heading2"/>
      </w:pPr>
      <w:r>
        <w:t>Community roots and why it matters beyond Pride month</w:t>
      </w:r>
      <w:r/>
    </w:p>
    <w:p>
      <w:r/>
      <w:r>
        <w:t>Alki Beach Pride started more than a decade ago when locals Stacy and Jolie Bass‑Walden wanted to create LGBTQIA+ visibility outside of June. That grassroots origin still shapes the event: collaboration with small businesses, a community‑first vibe and a calendar date that broadens Pride into summer.</w:t>
      </w:r>
      <w:r/>
    </w:p>
    <w:p>
      <w:r/>
      <w:r>
        <w:t>Local groups and larger organisations often support or list the event, giving it a mix of grassroots warmth and wider outreach. For many, it’s become a highlight of West Seattle’s summer calendar and a chance to see neighbours, celebrate identity and support queer businesses.</w:t>
      </w:r>
      <w:r/>
    </w:p>
    <w:p>
      <w:r/>
      <w:r>
        <w:t>It's a small change that can make every celebration feel like it belongs to the whole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4">
        <w:r>
          <w:rPr>
            <w:color w:val="0000EE"/>
            <w:u w:val="single"/>
          </w:rPr>
          <w:t>[3]</w:t>
        </w:r>
      </w:hyperlink>
      <w:r>
        <w:t xml:space="preserve">, </w:t>
      </w:r>
      <w:hyperlink r:id="rId15">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3">
        <w:r>
          <w:rPr>
            <w:color w:val="0000EE"/>
            <w:u w:val="single"/>
          </w:rPr>
          <w:t>[7]</w:t>
        </w:r>
      </w:hyperlink>
      <w:r>
        <w:t xml:space="preserve">, </w:t>
      </w:r>
      <w:hyperlink r:id="rId11">
        <w:r>
          <w:rPr>
            <w:color w:val="0000EE"/>
            <w:u w:val="single"/>
          </w:rPr>
          <w:t>[4]</w:t>
        </w:r>
      </w:hyperlink>
      <w:r>
        <w:t xml:space="preserve">- Paragraph 6: </w:t>
      </w:r>
      <w:hyperlink r:id="rId12">
        <w:r>
          <w:rPr>
            <w:color w:val="0000EE"/>
            <w:u w:val="single"/>
          </w:rPr>
          <w:t>[5]</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https://westseattleblog.com/2026/08/countdown-one-week-until-2026-alki-beach-pride-street-party-and-more/</w:t>
        </w:r>
      </w:hyperlink>
      <w:r>
        <w:t xml:space="preserve"> - Please view link - unable to able to access data</w:t>
      </w:r>
      <w:r/>
    </w:p>
    <w:p>
      <w:pPr>
        <w:pStyle w:val="ListNumber"/>
        <w:spacing w:line="240" w:lineRule="auto"/>
        <w:ind w:left="720"/>
      </w:pPr>
      <w:r/>
      <w:hyperlink r:id="rId10">
        <w:r>
          <w:rPr>
            <w:color w:val="0000EE"/>
            <w:u w:val="single"/>
          </w:rPr>
          <w:t>https://queerpoweralliance.org/events/alki-beach-pride</w:t>
        </w:r>
      </w:hyperlink>
      <w:r>
        <w:t xml:space="preserve"> - Alki Beach Pride is a family-friendly event held on Saturday, August 15, 2026, from 12:00 PM to 8:00 PM at Alki Beach, Seattle, WA. The festival features live entertainment, a health and wellness zone, local LGBTQIA+ vendors, food trucks, social group gatherings at participating businesses, and a family-friendly kids' zone. The entertainment lineup includes comedy, DJs, and drag performances, including drag kings. The event is organised by the Queer Power Alliance, a non-profit organisation dedicated to empowering the LGBTQIA+ community.</w:t>
      </w:r>
      <w:r/>
    </w:p>
    <w:p>
      <w:pPr>
        <w:pStyle w:val="ListNumber"/>
        <w:spacing w:line="240" w:lineRule="auto"/>
        <w:ind w:left="720"/>
      </w:pPr>
      <w:r/>
      <w:hyperlink r:id="rId14">
        <w:r>
          <w:rPr>
            <w:color w:val="0000EE"/>
            <w:u w:val="single"/>
          </w:rPr>
          <w:t>https://pinkuk.com/events/north-america/usa/washington/seattle/alki-beach-pride-2026</w:t>
        </w:r>
      </w:hyperlink>
      <w:r>
        <w:t xml:space="preserve"> - Alki Beach Pride 2026 is scheduled for Saturday, August 15, 2026, from 12:00 PM to 8:00 PM at Alki Beach, West Seattle. The event aims to unite the 2SLGBTQ+ community and celebrate 2SLGBTQ+ culture in a dignified way that acknowledges the intersection of race. It is organised by two Black women, Stacy and Jolie Bass-Walden, who were inspired to pioneer the first-of-its-kind event in Washington State. The festival includes live music, waterfront dining, inspiring performances, and breathtaking views of the Puget Sound.</w:t>
      </w:r>
      <w:r/>
    </w:p>
    <w:p>
      <w:pPr>
        <w:pStyle w:val="ListNumber"/>
        <w:spacing w:line="240" w:lineRule="auto"/>
        <w:ind w:left="720"/>
      </w:pPr>
      <w:r/>
      <w:hyperlink r:id="rId11">
        <w:r>
          <w:rPr>
            <w:color w:val="0000EE"/>
            <w:u w:val="single"/>
          </w:rPr>
          <w:t>https://lgbtq.wa.gov/events/alki-beach-pride-2</w:t>
        </w:r>
      </w:hyperlink>
      <w:r>
        <w:t xml:space="preserve"> - Alki Beach Pride is a family-friendly event held on Saturday, August 15, 2026, from 12:00 PM to 8:00 PM at Alki Beach, Seattle, WA. The festival features live entertainment, a health and wellness zone, local LGBTQIA+ vendors, food trucks, social group gatherings at participating businesses, and a family-friendly kids' zone. The entertainment lineup includes comedy, DJs, and drag performances, including drag kings. The event is organised by the Queer Power Alliance, a non-profit organisation dedicated to empowering the LGBTQIA+ community.</w:t>
      </w:r>
      <w:r/>
    </w:p>
    <w:p>
      <w:pPr>
        <w:pStyle w:val="ListNumber"/>
        <w:spacing w:line="240" w:lineRule="auto"/>
        <w:ind w:left="720"/>
      </w:pPr>
      <w:r/>
      <w:hyperlink r:id="rId12">
        <w:r>
          <w:rPr>
            <w:color w:val="0000EE"/>
            <w:u w:val="single"/>
          </w:rPr>
          <w:t>https://alki-beach-pride.squarespace.com/about-us-alkibeachpride</w:t>
        </w:r>
      </w:hyperlink>
      <w:r>
        <w:t xml:space="preserve"> - Alki Beach Pride was founded by Stacy and Jolie Bass-Walden, two Black women who were inspired to create the first-of-its-kind event in Washington State. The event aims to unite the 2SLGBTQ+ community and celebrate 2SLGBTQ+ culture in a dignified way that acknowledges the intersection of race. The festival includes live music, waterfront dining, inspiring performances, and breathtaking views of the Puget Sound. The event is organised by the Queer Power Alliance, a non-profit organisation dedicated to empowering the LGBTQIA+ community.</w:t>
      </w:r>
      <w:r/>
    </w:p>
    <w:p>
      <w:pPr>
        <w:pStyle w:val="ListNumber"/>
        <w:spacing w:line="240" w:lineRule="auto"/>
        <w:ind w:left="720"/>
      </w:pPr>
      <w:r/>
      <w:hyperlink r:id="rId15">
        <w:r>
          <w:rPr>
            <w:color w:val="0000EE"/>
            <w:u w:val="single"/>
          </w:rPr>
          <w:t>https://seattlepride.org/events/alki-beach-pride</w:t>
        </w:r>
      </w:hyperlink>
      <w:r>
        <w:t xml:space="preserve"> - Alki Beach Pride is a family-friendly event held on Saturday, August 15, 2026, from 12:00 PM to 8:00 PM at Alki Beach, Seattle, WA. The festival features live entertainment, a health and wellness zone, local LGBTQIA+ vendors, food trucks, social group gatherings at participating businesses, and a family-friendly kids' zone. The entertainment lineup includes comedy, DJs, and drag performances, including drag kings. The event is organised by the Queer Power Alliance, a non-profit organisation dedicated to empowering the LGBTQIA+ community.</w:t>
      </w:r>
      <w:r/>
    </w:p>
    <w:p>
      <w:pPr>
        <w:pStyle w:val="ListNumber"/>
        <w:spacing w:line="240" w:lineRule="auto"/>
        <w:ind w:left="720"/>
      </w:pPr>
      <w:r/>
      <w:hyperlink r:id="rId13">
        <w:r>
          <w:rPr>
            <w:color w:val="0000EE"/>
            <w:u w:val="single"/>
          </w:rPr>
          <w:t>https://www.seattleparksfoundation.org/project/alki-beach-pride/</w:t>
        </w:r>
      </w:hyperlink>
      <w:r>
        <w:t xml:space="preserve"> - Alki Beach Pride is a family-friendly event held on Saturday, August 15, 2026, from 12:00 PM to 8:00 PM at Alki Beach, Seattle, WA. The festival features live entertainment, a health and wellness zone, local LGBTQIA+ vendors, food trucks, social group gatherings at participating businesses, and a family-friendly kids' zone. The entertainment lineup includes comedy, DJs, and drag performances, including drag kings. The event is organised by the Queer Power Alliance, a non-profit organisation dedicated to empowering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estseattleblog.com/2026/08/countdown-one-week-until-2026-alki-beach-pride-street-party-and-more/" TargetMode="External"/><Relationship Id="rId10" Type="http://schemas.openxmlformats.org/officeDocument/2006/relationships/hyperlink" Target="https://queerpoweralliance.org/events/alki-beach-pride" TargetMode="External"/><Relationship Id="rId11" Type="http://schemas.openxmlformats.org/officeDocument/2006/relationships/hyperlink" Target="https://lgbtq.wa.gov/events/alki-beach-pride-2" TargetMode="External"/><Relationship Id="rId12" Type="http://schemas.openxmlformats.org/officeDocument/2006/relationships/hyperlink" Target="https://alki-beach-pride.squarespace.com/about-us-alkibeachpride" TargetMode="External"/><Relationship Id="rId13" Type="http://schemas.openxmlformats.org/officeDocument/2006/relationships/hyperlink" Target="https://www.seattleparksfoundation.org/project/alki-beach-pride/" TargetMode="External"/><Relationship Id="rId14" Type="http://schemas.openxmlformats.org/officeDocument/2006/relationships/hyperlink" Target="https://pinkuk.com/events/north-america/usa/washington/seattle/alki-beach-pride-2026" TargetMode="External"/><Relationship Id="rId15" Type="http://schemas.openxmlformats.org/officeDocument/2006/relationships/hyperlink" Target="https://seattlepride.org/events/alki-beach-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