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Prague Pride March Draws Thousands — Best Guide to This Year’s Colourful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the streets of Prague, thousands gathered for Prague Pride to celebrate LGBTQ+ visibility with music, colour and community; visitors and locals alike turned up to march, cheer and enjoy a programme of events across the city, a clear sign the festival remains one of Europe’s most vibrant pride celebrations.</w:t>
      </w:r>
      <w:r/>
    </w:p>
    <w:p>
      <w:r/>
      <w:r>
        <w:t>Essential Takeaways</w:t>
      </w:r>
      <w:r/>
      <w:r/>
    </w:p>
    <w:p>
      <w:pPr>
        <w:pStyle w:val="ListBullet"/>
        <w:spacing w:line="240" w:lineRule="auto"/>
        <w:ind w:left="720"/>
      </w:pPr>
      <w:r/>
      <w:r>
        <w:rPr>
          <w:b/>
        </w:rPr>
        <w:t>Huge turnout:</w:t>
      </w:r>
      <w:r>
        <w:t xml:space="preserve"> Thousands marched through central Prague, filling main squares and streets with flags, music and a lively atmosphere.</w:t>
      </w:r>
      <w:r/>
    </w:p>
    <w:p>
      <w:pPr>
        <w:pStyle w:val="ListBullet"/>
        <w:spacing w:line="240" w:lineRule="auto"/>
        <w:ind w:left="720"/>
      </w:pPr>
      <w:r/>
      <w:r>
        <w:rPr>
          <w:b/>
        </w:rPr>
        <w:t>Big programme:</w:t>
      </w:r>
      <w:r>
        <w:t xml:space="preserve"> The event includes parades, talks, concerts and family-friendly activities spread across the festival week.</w:t>
      </w:r>
      <w:r/>
    </w:p>
    <w:p>
      <w:pPr>
        <w:pStyle w:val="ListBullet"/>
        <w:spacing w:line="240" w:lineRule="auto"/>
        <w:ind w:left="720"/>
      </w:pPr>
      <w:r/>
      <w:r>
        <w:rPr>
          <w:b/>
        </w:rPr>
        <w:t>Historic setting:</w:t>
      </w:r>
      <w:r>
        <w:t xml:space="preserve"> The march threads through iconic Prague landmarks, making the visuals both festive and photogenic.</w:t>
      </w:r>
      <w:r/>
    </w:p>
    <w:p>
      <w:pPr>
        <w:pStyle w:val="ListBullet"/>
        <w:spacing w:line="240" w:lineRule="auto"/>
        <w:ind w:left="720"/>
      </w:pPr>
      <w:r/>
      <w:r>
        <w:rPr>
          <w:b/>
        </w:rPr>
        <w:t>Accessible vibe:</w:t>
      </w:r>
      <w:r>
        <w:t xml:space="preserve"> Organisers promote inclusivity and safety; the festival offers varied spaces for different age groups and interests.</w:t>
      </w:r>
      <w:r/>
    </w:p>
    <w:p>
      <w:pPr>
        <w:pStyle w:val="ListBullet"/>
        <w:spacing w:line="240" w:lineRule="auto"/>
        <w:ind w:left="720"/>
      </w:pPr>
      <w:r/>
      <w:r>
        <w:rPr>
          <w:b/>
        </w:rPr>
        <w:t>Plan ahead:</w:t>
      </w:r>
      <w:r>
        <w:t xml:space="preserve"> Expect road closures, crowds, and a packed events calendar , book tickets and transport early.</w:t>
      </w:r>
      <w:r/>
      <w:r/>
    </w:p>
    <w:p>
      <w:pPr>
        <w:pStyle w:val="Heading2"/>
      </w:pPr>
      <w:r>
        <w:t>Why Prague Pride still feels fresh and joyful</w:t>
      </w:r>
      <w:r/>
    </w:p>
    <w:p>
      <w:r/>
      <w:r>
        <w:t>Prague Pride has grown into a multi-day festival that manages to feel both huge and intimate at once, thanks to a mix of big parades and smaller, themed gatherings. The sensory effect is immediate , a wash of colour, the steady beat of music and the chatter of people enjoying themselves. According to the festival organisers, the event combines celebration with education, so you’ll find everything from flamboyant floats to quieter talks on rights and inclusion. If you’re planning to attend, bring comfortable shoes, a light rain jacket and a sense of curiosity , some of the best moments happen between scheduled events.</w:t>
      </w:r>
      <w:r/>
    </w:p>
    <w:p>
      <w:pPr>
        <w:pStyle w:val="Heading2"/>
      </w:pPr>
      <w:r>
        <w:t>The parade route: where to watch and what to expect</w:t>
      </w:r>
      <w:r/>
    </w:p>
    <w:p>
      <w:r/>
      <w:r>
        <w:t>The march winds through central Prague, taking in squares and streets that show the city at its most cinematic. Spectators line the pavements near landmark spots, creating perfectly photogenic backdrops for the colourful procession. Prague’s tourist information and the official festival website list exact routes and start times in advance, which matters because roads close early and public transport can be busier than usual. For prime viewing, arrive early, stake out a spot near a landmark, and keep water and sun protection handy , Prague can surprise you with bright, hot afternoons.</w:t>
      </w:r>
      <w:r/>
    </w:p>
    <w:p>
      <w:pPr>
        <w:pStyle w:val="Heading2"/>
      </w:pPr>
      <w:r>
        <w:t>Events that go beyond the parade</w:t>
      </w:r>
      <w:r/>
    </w:p>
    <w:p>
      <w:r/>
      <w:r>
        <w:t>Prague Pride is more than a single day; the festival calendar offers concerts, film screenings, panel discussions and family-friendly zones. There are stages with live music, booths from community groups and quieter spaces for workshops or talks. Festival resources note a strong focus on inclusion, so you’ll find programming catering to different ages and backgrounds. If you’d like to make a day of it, check the festival schedule and book any ticketed elements in advance , popular shows and talks often sell out.</w:t>
      </w:r>
      <w:r/>
    </w:p>
    <w:p>
      <w:pPr>
        <w:pStyle w:val="Heading2"/>
      </w:pPr>
      <w:r>
        <w:t>Safety, accessibility and respectful celebration</w:t>
      </w:r>
      <w:r/>
    </w:p>
    <w:p>
      <w:r/>
      <w:r>
        <w:t>Organisers emphasise a safe, welcoming atmosphere and provide guidance on accessibility and conduct. There are stewards, information points and clear codes of behaviour to keep the celebration positive for everyone. If you’re attending with children or people who might need quieter spaces, look for family or chill-out zones listed on the event map. And do remember the basic rules of respectful festival behaviour: don’t block pavements, respect others’ personal space, and follow steward instructions.</w:t>
      </w:r>
      <w:r/>
    </w:p>
    <w:p>
      <w:pPr>
        <w:pStyle w:val="Heading2"/>
      </w:pPr>
      <w:r>
        <w:t>Practical tips for visitors and locals</w:t>
      </w:r>
      <w:r/>
    </w:p>
    <w:p>
      <w:r/>
      <w:r>
        <w:t>Plan travel around likely closures, use public transport where possible, and remember parking will be limited in central areas. Charge your phone , you’ll want photos , but keep belongings secure in a crowded environment. If you’re travelling from abroad, the city’s tourism site and the Prague Pride pages have multilingual info on events, tickets and accessibility. For anyone keen to support the community beyond the parade, local charities and volunteer opportunities are usually advertised during the festival week.</w:t>
      </w:r>
      <w:r/>
    </w:p>
    <w:p>
      <w:r/>
      <w:r>
        <w:t>It's a small change of plans that can lead to a brilliant, colourful day out , whether you march, spectate, or simply soak up the atmosphere.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https://www.cmjornal.pt/cmtv/videos/detalhe/milhares-de-pessoas-marcham-pelas-ruas-de-praga-para-celebrar-o-orgulho-com-muita-cor</w:t>
        </w:r>
      </w:hyperlink>
      <w:r>
        <w:t xml:space="preserve"> - Please view link - unable to able to access data</w:t>
      </w:r>
      <w:r/>
    </w:p>
    <w:p>
      <w:pPr>
        <w:pStyle w:val="ListNumber"/>
        <w:spacing w:line="240" w:lineRule="auto"/>
        <w:ind w:left="720"/>
      </w:pPr>
      <w:r/>
      <w:hyperlink r:id="rId9">
        <w:r>
          <w:rPr>
            <w:color w:val="0000EE"/>
            <w:u w:val="single"/>
          </w:rPr>
          <w:t>https://www.cmjornal.pt/cmtv/videos/detalhe/milhares-de-pessoas-marcham-pelas-ruas-de-praga-para-celebrar-o-orgulho-com-muita-cor</w:t>
        </w:r>
      </w:hyperlink>
      <w:r>
        <w:t xml:space="preserve"> - On August 8, 2026, approximately 45,000 people marched through the streets of Prague to celebrate Pride with vibrant colours, music, and messages of love and equality. The event was marked by its festive atmosphere and strong support for LGBTQ+ rights.</w:t>
      </w:r>
      <w:r/>
    </w:p>
    <w:p>
      <w:pPr>
        <w:pStyle w:val="ListNumber"/>
        <w:spacing w:line="240" w:lineRule="auto"/>
        <w:ind w:left="720"/>
      </w:pPr>
      <w:r/>
      <w:hyperlink r:id="rId10">
        <w:r>
          <w:rPr>
            <w:color w:val="0000EE"/>
            <w:u w:val="single"/>
          </w:rPr>
          <w:t>https://www.praguepride.com/en/</w:t>
        </w:r>
      </w:hyperlink>
      <w:r>
        <w:t xml:space="preserve"> - Prague Pride is a human rights festival aiming to change the status of LGBTQ+ individuals. It is based on values of freedom, equality, and human dignity, and includes a wide range of cultural and social events, public discussions, debates, sporting and spiritual gatherings, and welcomes international guests.</w:t>
      </w:r>
      <w:r/>
    </w:p>
    <w:p>
      <w:pPr>
        <w:pStyle w:val="ListNumber"/>
        <w:spacing w:line="240" w:lineRule="auto"/>
        <w:ind w:left="720"/>
      </w:pPr>
      <w:r/>
      <w:hyperlink r:id="rId11">
        <w:r>
          <w:rPr>
            <w:color w:val="0000EE"/>
            <w:u w:val="single"/>
          </w:rPr>
          <w:t>https://prague.eu/en/akce/prague-pride/</w:t>
        </w:r>
      </w:hyperlink>
      <w:r>
        <w:t xml:space="preserve"> - The Prague Pride LGBT+ festival is a major part of Prague’s cultural summer. Its 16th edition will take place from August 3 to 9, 2026, under the theme “Times Are Changing,” reflecting societal transformations and emphasizing human rights and civic engagement. The festival will provide a space for people to come together regardless of their sexual orientation or gender identity and will address both current and previously taboo topics.</w:t>
      </w:r>
      <w:r/>
    </w:p>
    <w:p>
      <w:pPr>
        <w:pStyle w:val="ListNumber"/>
        <w:spacing w:line="240" w:lineRule="auto"/>
        <w:ind w:left="720"/>
      </w:pPr>
      <w:r/>
      <w:hyperlink r:id="rId13">
        <w:r>
          <w:rPr>
            <w:color w:val="0000EE"/>
            <w:u w:val="single"/>
          </w:rPr>
          <w:t>https://festival.praguepride.com/</w:t>
        </w:r>
      </w:hyperlink>
      <w:r>
        <w:t xml:space="preserve"> - The Prague Pride Festival is a human rights festival that strives to change the status of LGBTQ+ people. Its core principles include respect for human rights, creating an inclusive environment, and supporting diversity in society. The festival is based on the values of freedom, equality, and human dignity.</w:t>
      </w:r>
      <w:r/>
    </w:p>
    <w:p>
      <w:pPr>
        <w:pStyle w:val="ListNumber"/>
        <w:spacing w:line="240" w:lineRule="auto"/>
        <w:ind w:left="720"/>
      </w:pPr>
      <w:r/>
      <w:hyperlink r:id="rId12">
        <w:r>
          <w:rPr>
            <w:color w:val="0000EE"/>
            <w:u w:val="single"/>
          </w:rPr>
          <w:t>https://www.gay-prides.com/czech-republic/prague-pride.html</w:t>
        </w:r>
      </w:hyperlink>
      <w:r>
        <w:t xml:space="preserve"> - Prague Pride is one of the largest queer festivals in Central Europe and will run in 2026 under the motto 'Times Are Changing' from August 3 to 9. The location of the Pride Park is new: it moves from Letná to the Vltava island of Štvanice.</w:t>
      </w:r>
      <w:r/>
    </w:p>
    <w:p>
      <w:pPr>
        <w:pStyle w:val="ListNumber"/>
        <w:spacing w:line="240" w:lineRule="auto"/>
        <w:ind w:left="720"/>
      </w:pPr>
      <w:r/>
      <w:hyperlink r:id="rId14">
        <w:r>
          <w:rPr>
            <w:color w:val="0000EE"/>
            <w:u w:val="single"/>
          </w:rPr>
          <w:t>https://www.praguepride.com/poradatel/prague-pride/</w:t>
        </w:r>
      </w:hyperlink>
      <w:r>
        <w:t xml:space="preserve"> - Prague Pride is a human rights festival aiming to change the status of LGBTQ+ individuals. It is based on values of freedom, equality, and human dignity, and includes a wide range of cultural and social events, public discussions, debates, sporting and spiritual gatherings, and welcomes international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cmtv/videos/detalhe/milhares-de-pessoas-marcham-pelas-ruas-de-praga-para-celebrar-o-orgulho-com-muita-cor" TargetMode="External"/><Relationship Id="rId10" Type="http://schemas.openxmlformats.org/officeDocument/2006/relationships/hyperlink" Target="https://www.praguepride.com/en/" TargetMode="External"/><Relationship Id="rId11" Type="http://schemas.openxmlformats.org/officeDocument/2006/relationships/hyperlink" Target="https://prague.eu/en/akce/prague-pride/" TargetMode="External"/><Relationship Id="rId12" Type="http://schemas.openxmlformats.org/officeDocument/2006/relationships/hyperlink" Target="https://www.gay-prides.com/czech-republic/prague-pride.html" TargetMode="External"/><Relationship Id="rId13" Type="http://schemas.openxmlformats.org/officeDocument/2006/relationships/hyperlink" Target="https://festival.praguepride.com/" TargetMode="External"/><Relationship Id="rId14" Type="http://schemas.openxmlformats.org/officeDocument/2006/relationships/hyperlink" Target="https://www.praguepride.com/poradatel/prague-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