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Philadelphia Pride Police Crackdown: What Happened and Why It Matters for LGBTQ+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Philadelphia after images from the city’s 2026 Pride drew alarm: police tactics in the Gayborhood have sparked City Council hearings, demands for civilian oversight and fresh questions about how the city keeps LGBTQ+ residents safe during big public celebrations.</w:t>
      </w:r>
      <w:r/>
    </w:p>
    <w:p>
      <w:r/>
      <w:r>
        <w:t>Essential Takeaways</w:t>
      </w:r>
      <w:r/>
      <w:r/>
    </w:p>
    <w:p>
      <w:pPr>
        <w:pStyle w:val="ListBullet"/>
        <w:spacing w:line="240" w:lineRule="auto"/>
        <w:ind w:left="720"/>
      </w:pPr>
      <w:r/>
      <w:r>
        <w:rPr>
          <w:b/>
        </w:rPr>
        <w:t>Scale:</w:t>
      </w:r>
      <w:r>
        <w:t xml:space="preserve"> Philadelphia estimates about 150,000 people joined the June 7 Pride march and festival, creating dense crowds and high energy. </w:t>
      </w:r>
      <w:r/>
    </w:p>
    <w:p>
      <w:pPr>
        <w:pStyle w:val="ListBullet"/>
        <w:spacing w:line="240" w:lineRule="auto"/>
        <w:ind w:left="720"/>
      </w:pPr>
      <w:r/>
      <w:r>
        <w:rPr>
          <w:b/>
        </w:rPr>
        <w:t>Police presence:</w:t>
      </w:r>
      <w:r>
        <w:t xml:space="preserve"> Mounted officers, motorcycle units and officers with covered faces were deployed in the Gayborhood as people gathered after the Parkway festival. </w:t>
      </w:r>
      <w:r/>
    </w:p>
    <w:p>
      <w:pPr>
        <w:pStyle w:val="ListBullet"/>
        <w:spacing w:line="240" w:lineRule="auto"/>
        <w:ind w:left="720"/>
      </w:pPr>
      <w:r/>
      <w:r>
        <w:rPr>
          <w:b/>
        </w:rPr>
        <w:t>Arrests and scrutiny:</w:t>
      </w:r>
      <w:r>
        <w:t xml:space="preserve"> Police say 15 people were arrested; critics say tactics appeared overly aggressive and Council has authorised hearings. </w:t>
      </w:r>
      <w:r/>
    </w:p>
    <w:p>
      <w:pPr>
        <w:pStyle w:val="ListBullet"/>
        <w:spacing w:line="240" w:lineRule="auto"/>
        <w:ind w:left="720"/>
      </w:pPr>
      <w:r/>
      <w:r>
        <w:rPr>
          <w:b/>
        </w:rPr>
        <w:t>Oversight spotlight:</w:t>
      </w:r>
      <w:r>
        <w:t xml:space="preserve"> City leaders, including Councilmember Rue Landau, and civilian review bodies are demanding answers and transparency. </w:t>
      </w:r>
      <w:r/>
    </w:p>
    <w:p>
      <w:pPr>
        <w:pStyle w:val="ListBullet"/>
        <w:spacing w:line="240" w:lineRule="auto"/>
        <w:ind w:left="720"/>
      </w:pPr>
      <w:r/>
      <w:r>
        <w:rPr>
          <w:b/>
        </w:rPr>
        <w:t>Community impact:</w:t>
      </w:r>
      <w:r>
        <w:t xml:space="preserve"> The incident has reopened conversations about public trust, identification of officers and safe places for LGBTQ+ youth to gather.</w:t>
      </w:r>
      <w:r/>
      <w:r/>
    </w:p>
    <w:p>
      <w:pPr>
        <w:pStyle w:val="Heading2"/>
      </w:pPr>
      <w:r>
        <w:t>What unfolded in the Gayborhood , the scene and the visuals that sparked outrage</w:t>
      </w:r>
      <w:r/>
    </w:p>
    <w:p>
      <w:r/>
      <w:r>
        <w:t>Videos and photos from the evening show a heavy police presence in streets that usually hum with music and late-night chatter, a contrast that felt jarring to many residents. According to local reporting, mounted units, motorcycles and officers interacting with crowds created tense moments and a sense of confrontation. For people who attend Pride to feel joyful and visible, that abrupt shift in atmosphere landed as deeply unsettling.</w:t>
      </w:r>
      <w:r/>
    </w:p>
    <w:p>
      <w:r/>
      <w:r>
        <w:t>The immediate backstory is simple: Pride’s main festival moved to the Benjamin Franklin Parkway this year, but the Gayborhood , where the march began , remained a natural hub after the official events wound down. Large groups flowed back into the neighbourhood and the police response followed. What matters now is whether the tactics matched the reality on the ground or escalated tensions unnecessarily.</w:t>
      </w:r>
      <w:r/>
    </w:p>
    <w:p>
      <w:pPr>
        <w:pStyle w:val="Heading2"/>
      </w:pPr>
      <w:r>
        <w:t>Why City Council stepped in , the hearings and political pressure</w:t>
      </w:r>
      <w:r/>
    </w:p>
    <w:p>
      <w:r/>
      <w:r>
        <w:t>Councilmember Rue Landau pushed for formal hearings after images and eyewitness accounts raised questions about planning and decision-making. The investigation isn’t only about whether individual officers breached policy; it’s about command decisions, communication and whether crowd-control choices would have been the same at any other large civic event. That broad approach matters because it shifts the conversation from personnel to policy.</w:t>
      </w:r>
      <w:r/>
    </w:p>
    <w:p>
      <w:r/>
      <w:r>
        <w:t>City Council’s move also lands at a politically sensitive moment: Philadelphia had just reaffirmed the value of civilian oversight. So the hearings will be watched not just for answers about Pride night, but for signals about how the city treats accountability going forward.</w:t>
      </w:r>
      <w:r/>
    </w:p>
    <w:p>
      <w:pPr>
        <w:pStyle w:val="Heading2"/>
      </w:pPr>
      <w:r>
        <w:t>Masked officers and identification , why faces on uniforms aren’t a small detail</w:t>
      </w:r>
      <w:r/>
    </w:p>
    <w:p>
      <w:r/>
      <w:r>
        <w:t>One image that stuck with people was officers with faces covered. For many residents, especially those from communities that have historically faced discrimination, the sight unsettles trust. If officials are asking people to follow directions during chaotic moments, those people also need to know who is giving them orders.</w:t>
      </w:r>
      <w:r/>
    </w:p>
    <w:p>
      <w:r/>
      <w:r>
        <w:t>This is about transparency as much as tactics. Civilian oversight bodies and community leaders are pressing the department to explain whether covering faces complied with policy, and whether that choice hindered accountability. It’s a potent reminder that operational choices send a message long after an event ends.</w:t>
      </w:r>
      <w:r/>
    </w:p>
    <w:p>
      <w:pPr>
        <w:pStyle w:val="Heading2"/>
      </w:pPr>
      <w:r>
        <w:t>Young people, public space and the question of where Pride happens</w:t>
      </w:r>
      <w:r/>
    </w:p>
    <w:p>
      <w:r/>
      <w:r>
        <w:t>Police leadership cited concerns about large groups of young people when explaining the deployment. But that raises a related policy question: where are LGBTQ+ youth expected to gather during Pride? Philadelphia promoted youth and family programming as part of the official festival, yet many young people naturally congregated in the Gayborhood.</w:t>
      </w:r>
      <w:r/>
    </w:p>
    <w:p>
      <w:r/>
      <w:r>
        <w:t>The practical takeaway for city planners is clear: if you shift a festival’s footprint, think through how informal gathering points will be managed and policed. Separate unlawful behaviour from age-based presence, and create safe, supervised spaces where teenagers and young adults can celebrate without fear of heavy-handed intervention.</w:t>
      </w:r>
      <w:r/>
    </w:p>
    <w:p>
      <w:pPr>
        <w:pStyle w:val="Heading2"/>
      </w:pPr>
      <w:r>
        <w:t>What comes next , reviews, possible policy changes and community trust</w:t>
      </w:r>
      <w:r/>
    </w:p>
    <w:p>
      <w:r/>
      <w:r>
        <w:t>Multiple processes are now in motion: internal police reviews, political oversight from City Council and sustained calls for transparency from community groups. Mayor Cherelle Parker has said the administration is looking into the incident and will pursue accountability where appropriate. Police Commissioner Kevin J. Bethel has defended the department’s actions but also acknowledged pressure on resources during multiple events.</w:t>
      </w:r>
      <w:r/>
    </w:p>
    <w:p>
      <w:r/>
      <w:r>
        <w:t>The outcome could range from disciplinary actions to revised crowd-control procedures or clearer rules about officer identification. Whatever the result, the bigger test will be whether the city can restore trust so LGBTQ+ Philadelphians feel safe and welcome in their own neighbourhood.</w:t>
      </w:r>
      <w:r/>
    </w:p>
    <w:p>
      <w:r/>
      <w:r>
        <w:t>It's a small change that can make every Pride march and late-night meet-up feel a lot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1">
        <w:r>
          <w:rPr>
            <w:color w:val="0000EE"/>
            <w:u w:val="single"/>
          </w:rPr>
          <w:t>[6]</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[7]</w:t>
        </w:r>
      </w:hyperlink>
      <w:r>
        <w:t xml:space="preserve">- Paragraph 6: </w:t>
      </w:r>
      <w:hyperlink r:id="rId13">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https://jrlcharts.com/2026/08/08/philadelphia-pride-police-crackdown-sparks-demands-for-answers-at-city-hall/</w:t>
        </w:r>
      </w:hyperlink>
      <w:r>
        <w:t xml:space="preserve"> - Please view link - unable to able to access data</w:t>
      </w:r>
      <w:r/>
    </w:p>
    <w:p>
      <w:pPr>
        <w:pStyle w:val="ListNumber"/>
        <w:spacing w:line="240" w:lineRule="auto"/>
        <w:ind w:left="720"/>
      </w:pPr>
      <w:r/>
      <w:hyperlink r:id="rId10">
        <w:r>
          <w:rPr>
            <w:color w:val="0000EE"/>
            <w:u w:val="single"/>
          </w:rPr>
          <w:t>https://www.cbsnews.com/philadelphia/news/commissioner-admits-police-made-mistakes-at-pride-celebrations-in-gayborhood-that-is-not-who-we-are/</w:t>
        </w:r>
      </w:hyperlink>
      <w:r>
        <w:t xml:space="preserve"> - Philadelphia Police Commissioner Kevin Bethel acknowledged mistakes made during the Pride celebrations in the Gayborhood, stating that the department's actions did not reflect their values. He admitted that deploying barricades on the sidewalk was a mistake and that some streets should have been closed to accommodate the celebrations. Bethel emphasized the department's commitment to supporting and ensuring the safety of the LGBTQ+ community during such events.</w:t>
      </w:r>
      <w:r/>
    </w:p>
    <w:p>
      <w:pPr>
        <w:pStyle w:val="ListNumber"/>
        <w:spacing w:line="240" w:lineRule="auto"/>
        <w:ind w:left="720"/>
      </w:pPr>
      <w:r/>
      <w:hyperlink r:id="rId12">
        <w:r>
          <w:rPr>
            <w:color w:val="0000EE"/>
            <w:u w:val="single"/>
          </w:rPr>
          <w:t>https://www.inquirer.com/crime/gayborhood-arrests-pride-festival-philadelphia-police-20260608.html</w:t>
        </w:r>
      </w:hyperlink>
      <w:r>
        <w:t xml:space="preserve"> - Fifteen individuals were arrested during a Pride celebration in Philadelphia's Gayborhood, leading to criticism from some LGBTQ+ residents regarding the police's crowd control methods. Images and videos circulated on social media showing police officers engaging with attendees, with some considering the law enforcement presence to be excessive and aggressive.</w:t>
      </w:r>
      <w:r/>
    </w:p>
    <w:p>
      <w:pPr>
        <w:pStyle w:val="ListNumber"/>
        <w:spacing w:line="240" w:lineRule="auto"/>
        <w:ind w:left="720"/>
      </w:pPr>
      <w:r/>
      <w:hyperlink r:id="rId13">
        <w:r>
          <w:rPr>
            <w:color w:val="0000EE"/>
            <w:u w:val="single"/>
          </w:rPr>
          <w:t>https://www.inquirer.com/politics/philadelphia/city-council-to-investigate-police-pride-gayborhood-20260611.html</w:t>
        </w:r>
      </w:hyperlink>
      <w:r>
        <w:t xml:space="preserve"> - Philadelphia City Council authorized public hearings to examine the police department's crowd-control tactics during the Pride festivities in the Gayborhood. Councilmember Rue Landau highlighted concerns about aggressive police tactics, including physical confrontations and the use of mounted and motorcycle officers to disperse crowds. The hearings aim to address these issues and ensure better planning and communication in future events.</w:t>
      </w:r>
      <w:r/>
    </w:p>
    <w:p>
      <w:pPr>
        <w:pStyle w:val="ListNumber"/>
        <w:spacing w:line="240" w:lineRule="auto"/>
        <w:ind w:left="720"/>
      </w:pPr>
      <w:r/>
      <w:hyperlink r:id="rId15">
        <w:r>
          <w:rPr>
            <w:color w:val="0000EE"/>
            <w:u w:val="single"/>
          </w:rPr>
          <w:t>https://www.cbsnews.com/philadelphia/news/city-council-pride-police-mark-segal/</w:t>
        </w:r>
      </w:hyperlink>
      <w:r>
        <w:t xml:space="preserve"> - During a Philadelphia City Council meeting, LGBTQ+ activist Mark Segal raised alarms about police tactics during the Pride celebrations in the Gayborhood. He criticized the use of Tasers and the aggressive approach of officers, emphasizing that such actions were unacceptable and did not align with the values of the LGBTQ+ community.</w:t>
      </w:r>
      <w:r/>
    </w:p>
    <w:p>
      <w:pPr>
        <w:pStyle w:val="ListNumber"/>
        <w:spacing w:line="240" w:lineRule="auto"/>
        <w:ind w:left="720"/>
      </w:pPr>
      <w:r/>
      <w:hyperlink r:id="rId11">
        <w:r>
          <w:rPr>
            <w:color w:val="0000EE"/>
            <w:u w:val="single"/>
          </w:rPr>
          <w:t>https://www.fox29.com/news/philly-police-chief-responds-claims-aggressive-conduct-toward-lgbtq-community-pride</w:t>
        </w:r>
      </w:hyperlink>
      <w:r>
        <w:t xml:space="preserve"> - Philadelphia Police Commissioner Kevin Bethel addressed claims of aggressive conduct toward the LGBTQ+ community during the Pride celebrations. He explained that the department's primary goal was to ensure safety during the event and acknowledged that mistakes were made, particularly in leaving neighborhood streets open, which led to safety concerns as large groups gathered.</w:t>
      </w:r>
      <w:r/>
    </w:p>
    <w:p>
      <w:pPr>
        <w:pStyle w:val="ListNumber"/>
        <w:spacing w:line="240" w:lineRule="auto"/>
        <w:ind w:left="720"/>
      </w:pPr>
      <w:r/>
      <w:hyperlink r:id="rId14">
        <w:r>
          <w:rPr>
            <w:color w:val="0000EE"/>
            <w:u w:val="single"/>
          </w:rPr>
          <w:t>https://www.inquirer.com/news/philadelphia/mayor-parker-responds-police-force-philly-pride-arrests-20260610.html</w:t>
        </w:r>
      </w:hyperlink>
      <w:r>
        <w:t xml:space="preserve"> - Mayor Cherelle L. Parker responded to the use of force by police during Philadelphia's Pride celebration, stating that she is investigating the incidents and meeting with community leaders. She acknowledged the frustration and hurt within the LGBTQ+ community and emphasized that their concerns are being taken seriously by her administration.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rlcharts.com/2026/08/08/philadelphia-pride-police-crackdown-sparks-demands-for-answers-at-city-hall/" TargetMode="External"/><Relationship Id="rId10" Type="http://schemas.openxmlformats.org/officeDocument/2006/relationships/hyperlink" Target="https://www.cbsnews.com/philadelphia/news/commissioner-admits-police-made-mistakes-at-pride-celebrations-in-gayborhood-that-is-not-who-we-are/" TargetMode="External"/><Relationship Id="rId11" Type="http://schemas.openxmlformats.org/officeDocument/2006/relationships/hyperlink" Target="https://www.fox29.com/news/philly-police-chief-responds-claims-aggressive-conduct-toward-lgbtq-community-pride" TargetMode="External"/><Relationship Id="rId12" Type="http://schemas.openxmlformats.org/officeDocument/2006/relationships/hyperlink" Target="https://www.inquirer.com/crime/gayborhood-arrests-pride-festival-philadelphia-police-20260608.html" TargetMode="External"/><Relationship Id="rId13" Type="http://schemas.openxmlformats.org/officeDocument/2006/relationships/hyperlink" Target="https://www.inquirer.com/politics/philadelphia/city-council-to-investigate-police-pride-gayborhood-20260611.html" TargetMode="External"/><Relationship Id="rId14" Type="http://schemas.openxmlformats.org/officeDocument/2006/relationships/hyperlink" Target="https://www.inquirer.com/news/philadelphia/mayor-parker-responds-police-force-philly-pride-arrests-20260610.html" TargetMode="External"/><Relationship Id="rId15" Type="http://schemas.openxmlformats.org/officeDocument/2006/relationships/hyperlink" Target="https://www.cbsnews.com/philadelphia/news/city-council-pride-police-mark-seg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