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Guide to Saturday Protests and Bike Rides in Mexico City — plan your route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Expect a busy Saturday in Mexico City as marchers, concentrators and cyclists take to the streets; residents should plan journeys, expect delays and consider alternate routes where rallies and nine organised rodadas will cross key boroughs.</w:t>
      </w:r>
      <w:r/>
    </w:p>
    <w:p>
      <w:r/>
      <w:r>
        <w:t>Essential Takeaways</w:t>
      </w:r>
      <w:r/>
      <w:r/>
    </w:p>
    <w:p>
      <w:pPr>
        <w:pStyle w:val="ListBullet"/>
        <w:spacing w:line="240" w:lineRule="auto"/>
        <w:ind w:left="720"/>
      </w:pPr>
      <w:r/>
      <w:r>
        <w:rPr>
          <w:b/>
        </w:rPr>
        <w:t>Number of events:</w:t>
      </w:r>
      <w:r>
        <w:t xml:space="preserve"> One march, eight public concentrations and nine organised bike rides are scheduled across the city.</w:t>
      </w:r>
      <w:r/>
    </w:p>
    <w:p>
      <w:pPr>
        <w:pStyle w:val="ListBullet"/>
        <w:spacing w:line="240" w:lineRule="auto"/>
        <w:ind w:left="720"/>
      </w:pPr>
      <w:r/>
      <w:r>
        <w:rPr>
          <w:b/>
        </w:rPr>
        <w:t>Main locations:</w:t>
      </w:r>
      <w:r>
        <w:t xml:space="preserve"> Activities focus on Cuauhtémoc, Benito Juárez, Miguel Hidalgo, Tláhuac, Iztapalapa and Cuajimalpa.</w:t>
      </w:r>
      <w:r/>
    </w:p>
    <w:p>
      <w:pPr>
        <w:pStyle w:val="ListBullet"/>
        <w:spacing w:line="240" w:lineRule="auto"/>
        <w:ind w:left="720"/>
      </w:pPr>
      <w:r/>
      <w:r>
        <w:rPr>
          <w:b/>
        </w:rPr>
        <w:t>Themes and tone:</w:t>
      </w:r>
      <w:r>
        <w:t xml:space="preserve"> Causes range from LGBT+ and trans rights to justice for victims, labour demands and cultural commemorations.</w:t>
      </w:r>
      <w:r/>
    </w:p>
    <w:p>
      <w:pPr>
        <w:pStyle w:val="ListBullet"/>
        <w:spacing w:line="240" w:lineRule="auto"/>
        <w:ind w:left="720"/>
      </w:pPr>
      <w:r/>
      <w:r>
        <w:rPr>
          <w:b/>
        </w:rPr>
        <w:t>Morning cyclists:</w:t>
      </w:r>
      <w:r>
        <w:t xml:space="preserve"> Several large rodadas begin before 09:00, so expect early impacts on main arteries and park access.</w:t>
      </w:r>
      <w:r/>
    </w:p>
    <w:p>
      <w:pPr>
        <w:pStyle w:val="ListBullet"/>
        <w:spacing w:line="240" w:lineRule="auto"/>
        <w:ind w:left="720"/>
      </w:pPr>
      <w:r/>
      <w:r>
        <w:rPr>
          <w:b/>
        </w:rPr>
        <w:t>Practical hint:</w:t>
      </w:r>
      <w:r>
        <w:t xml:space="preserve"> If you must travel, allow extra time, avoid protest routes and check public transport updates.</w:t>
      </w:r>
      <w:r/>
      <w:r/>
    </w:p>
    <w:p>
      <w:pPr>
        <w:pStyle w:val="Heading2"/>
      </w:pPr>
      <w:r>
        <w:t>Why this Saturday matters: a condensed citywide mobilisation</w:t>
      </w:r>
      <w:r/>
    </w:p>
    <w:p>
      <w:r/>
      <w:r>
        <w:t>Mexico City will feel energetic and crowded as campaigners, cultural groups and cycling clubs stage events from dawn until evening. The day opens with several bike rides leaving before 07:00, which gives the city a brisk, moving atmosphere , expect the sound of bells and light chatter as riders pass. According to local listings, organisers are aiming to make specific demands visible while also using public space for community gatherings, so the day’s tone leans both political and neighbourhood-friendly.</w:t>
      </w:r>
      <w:r/>
    </w:p>
    <w:p>
      <w:r/>
      <w:r>
        <w:t>The list of events comes from the capital’s public mobilisation agenda, and the variety reflects broader civic engagement trends. Some groups focus on commemorations and culture, others on legal and health debates, and several aim to reclaim space for marginalised communities. If you live or work along planned routes, consider flexible start times or remote options.</w:t>
      </w:r>
      <w:r/>
    </w:p>
    <w:p>
      <w:pPr>
        <w:pStyle w:val="Heading2"/>
      </w:pPr>
      <w:r>
        <w:t>The march to watch: former LGBT members call for visibility</w:t>
      </w:r>
      <w:r/>
    </w:p>
    <w:p>
      <w:r/>
      <w:r>
        <w:t>A 5th march organised by a group identifying as ex-LGBT is scheduled to begin at the Monumento a la Revolución and end at Alameda Central. The organisers say they want to challenge assumptions about identity and visibility, and their presence in central, symbolic spaces means the route will cross busy tourist and commercial zones. Expect media attention and a visible police presence.</w:t>
      </w:r>
      <w:r/>
    </w:p>
    <w:p>
      <w:r/>
      <w:r>
        <w:t>For residents and commuters, the practical bit is simple: avoid Reforma and surrounding streets during late morning if possible, and use ring roads or north–south alternatives. Businesses along the route might see footfall changes, so shops could find the day either disruptive or buoyant, depending on timing.</w:t>
      </w:r>
      <w:r/>
    </w:p>
    <w:p>
      <w:pPr>
        <w:pStyle w:val="Heading2"/>
      </w:pPr>
      <w:r>
        <w:t>Concentrations mix memorials, policy drives and cultural events</w:t>
      </w:r>
      <w:r/>
    </w:p>
    <w:p>
      <w:r/>
      <w:r>
        <w:t>Throughout the day there are several static gatherings , political-cultural commemorations, signature collections for a “medical assistance to die” initiative, and mural inaugurations among them. These events are concentrated in civic hubs like Coyoacán, Roma and Santa María la Ribera, and they’ll typically last a few hours, creating pockets of slow-moving traffic.</w:t>
      </w:r>
      <w:r/>
    </w:p>
    <w:p>
      <w:r/>
      <w:r>
        <w:t>Many concentrations combine ceremony with campaigning, so attendees might find music, speeches and stalls alongside petitions. If you’re heading to a café or market in these neighbourhoods, leave a little extra time to navigate closed pavements or diverted crossings.</w:t>
      </w:r>
      <w:r/>
    </w:p>
    <w:p>
      <w:pPr>
        <w:pStyle w:val="Heading2"/>
      </w:pPr>
      <w:r>
        <w:t>Early-morning rodadas: cycling clubs on the move</w:t>
      </w:r>
      <w:r/>
    </w:p>
    <w:p>
      <w:r/>
      <w:r>
        <w:t>Nine organised rides leave from dispersed start points , from San José Insurgentes to Tláhuac , and several are heading out of the city to natural areas like Los Dinamos, La Marquesa and Desierto de los Leones. Rides that start before 07:00 or close to main avenues like Paseo de la Reforma will affect rush-hour patterns and bike lanes.</w:t>
      </w:r>
      <w:r/>
    </w:p>
    <w:p>
      <w:r/>
      <w:r>
        <w:t>Cycling groups tend to be predictable in pace and polite in numbers, but they do occupy lanes for stretches. If you drive, expect short delays at junctions they cross. If you cycle, consider joining a quieter route or timing your commute to miss larger groups.</w:t>
      </w:r>
      <w:r/>
    </w:p>
    <w:p>
      <w:pPr>
        <w:pStyle w:val="Heading2"/>
      </w:pPr>
      <w:r>
        <w:t>Safety, transport tips and what to expect on the ground</w:t>
      </w:r>
      <w:r/>
    </w:p>
    <w:p>
      <w:r/>
      <w:r>
        <w:t>Authorities have advised people to take precautions when travelling, and that’s sensible: leave earlier, check Metro and bus alerts and follow police and organiser instructions around marshals and crossing points. For anyone attending events, wear comfortable shoes, bring water and keep valuables secure; for long outdoor gatherings, a hat and sun protection help.</w:t>
      </w:r>
      <w:r/>
    </w:p>
    <w:p>
      <w:r/>
      <w:r>
        <w:t>Local coverage notes that similar mobilisation days have mixed impacts , shops sometimes close early while neighbourhood cafés report extra customers. Look up live updates from the city’s transport authority if you rely on punctual connections; a small detour can save a big delay.</w:t>
      </w:r>
      <w:r/>
    </w:p>
    <w:p>
      <w:r/>
      <w:r>
        <w:t>It's a small change to your commute that can make the day smoother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0">
        <w:r>
          <w:rPr>
            <w:color w:val="0000EE"/>
            <w:u w:val="single"/>
          </w:rPr>
          <w:t>[4]</w:t>
        </w:r>
      </w:hyperlink>
      <w:r>
        <w:t xml:space="preserve">- Paragraph 4: </w:t>
      </w:r>
      <w:hyperlink r:id="rId9">
        <w:r>
          <w:rPr>
            <w:color w:val="0000EE"/>
            <w:u w:val="single"/>
          </w:rPr>
          <w:t>[2]</w:t>
        </w:r>
      </w:hyperlink>
      <w:r>
        <w:t xml:space="preserve">, </w:t>
      </w:r>
      <w:hyperlink r:id="rId11">
        <w:r>
          <w:rPr>
            <w:color w:val="0000EE"/>
            <w:u w:val="single"/>
          </w:rPr>
          <w:t>[3]</w:t>
        </w:r>
      </w:hyperlink>
      <w:r>
        <w:t xml:space="preserve">- Paragraph 5: </w:t>
      </w:r>
      <w:hyperlink r:id="rId9">
        <w:r>
          <w:rPr>
            <w:color w:val="0000EE"/>
            <w:u w:val="single"/>
          </w:rPr>
          <w:t>[2]</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https://24-horas.mx/cdmx/movilizaciones-hoy-8-de-agosto-en-la-cdmx-marchas-concentraciones-y-rodadas/</w:t>
        </w:r>
      </w:hyperlink>
      <w:r>
        <w:t xml:space="preserve"> - Please view link - unable to able to access data</w:t>
      </w:r>
      <w:r/>
    </w:p>
    <w:p>
      <w:pPr>
        <w:pStyle w:val="ListNumber"/>
        <w:spacing w:line="240" w:lineRule="auto"/>
        <w:ind w:left="720"/>
      </w:pPr>
      <w:r/>
      <w:hyperlink r:id="rId9">
        <w:r>
          <w:rPr>
            <w:color w:val="0000EE"/>
            <w:u w:val="single"/>
          </w:rPr>
          <w:t>https://24-horas.mx/cdmx/movilizaciones-hoy-8-de-agosto-en-la-cdmx-marchas-concentraciones-y-rodadas/</w:t>
        </w:r>
      </w:hyperlink>
      <w:r>
        <w:t xml:space="preserve"> - On Saturday, August 8, 2026, Mexico City is set to host a series of social mobilisations, including a march, eight concentrations, and nine cycling events across various boroughs. The primary demands encompass the defence of LGBT+ rights, justice for victims, rights for transgender individuals, freedom of expression, and labour causes. Authorities advise residents to plan their routes accordingly, as these activities may cause traffic disruptions in different parts of the capital.</w:t>
      </w:r>
      <w:r/>
    </w:p>
    <w:p>
      <w:pPr>
        <w:pStyle w:val="ListNumber"/>
        <w:spacing w:line="240" w:lineRule="auto"/>
        <w:ind w:left="720"/>
      </w:pPr>
      <w:r/>
      <w:hyperlink r:id="rId11">
        <w:r>
          <w:rPr>
            <w:color w:val="0000EE"/>
            <w:u w:val="single"/>
          </w:rPr>
          <w:t>https://www.sinembargo.mx/4802242/marchas-hoy-8-de-mayo-en-cdmx-manifestaciones-concentraciones-y-afectaciones-viales/</w:t>
        </w:r>
      </w:hyperlink>
      <w:r>
        <w:t xml:space="preserve"> - On May 8, 2026, Mexico City witnessed various demonstrations, including marches by UNAM and IPN students, and retirees from the CFE. These mobilisations led to road closures and traffic congestion, particularly affecting areas like Insurgentes Sur, Circuito Escolar, and the Historic Centre. The Secretary of Citizen Security (SSC) provided details to help residents navigate potential disruptions.</w:t>
      </w:r>
      <w:r/>
    </w:p>
    <w:p>
      <w:pPr>
        <w:pStyle w:val="ListNumber"/>
        <w:spacing w:line="240" w:lineRule="auto"/>
        <w:ind w:left="720"/>
      </w:pPr>
      <w:r/>
      <w:hyperlink r:id="rId10">
        <w:r>
          <w:rPr>
            <w:color w:val="0000EE"/>
            <w:u w:val="single"/>
          </w:rPr>
          <w:t>https://www.posta.com.mx/cdmx/marchas-en-cdmx-este-viernes-8-de-agosto-se-esperan-11-concentraciones-con-afectaciones-viales/vl2078228</w:t>
        </w:r>
      </w:hyperlink>
      <w:r>
        <w:t xml:space="preserve"> - On August 8, 2025, Mexico City experienced 11 concentrations, scheduled appointments, and cycling events across different boroughs. The Secretary of Citizen Security (SSC) highlighted these activities to inform residents of potential traffic disruptions, urging them to plan their journeys in advance to avoid delays.</w:t>
      </w:r>
      <w:r/>
    </w:p>
    <w:p>
      <w:pPr>
        <w:pStyle w:val="ListNumber"/>
        <w:spacing w:line="240" w:lineRule="auto"/>
        <w:ind w:left="720"/>
      </w:pPr>
      <w:r/>
      <w:hyperlink r:id="rId12">
        <w:r>
          <w:rPr>
            <w:color w:val="0000EE"/>
            <w:u w:val="single"/>
          </w:rPr>
          <w:t>https://elpais.com/mexico/2026/06/08/confiscados-59-explosivos-en-un-autobus-de-maestros-y-estudiantes-que-iba-a-ciudad-de-mexico.html</w:t>
        </w:r>
      </w:hyperlink>
      <w:r>
        <w:t xml:space="preserve"> - On June 8, 2026, Mexico City's Secretary of Citizen Security reported the confiscation of 59 explosives from a bus transporting teachers and students from Ayotzinapa. The group was en route to the capital to participate in demonstrations organised by the National Coordinator of Education Workers (CNTE). The bus was stopped on the Mexico-Cuernavaca highway following an anonymous tip, just days before the World Cup began in the city.</w:t>
      </w:r>
      <w:r/>
    </w:p>
    <w:p>
      <w:pPr>
        <w:pStyle w:val="ListNumber"/>
        <w:spacing w:line="240" w:lineRule="auto"/>
        <w:ind w:left="720"/>
      </w:pPr>
      <w:r/>
      <w:hyperlink r:id="rId13">
        <w:r>
          <w:rPr>
            <w:color w:val="0000EE"/>
            <w:u w:val="single"/>
          </w:rPr>
          <w:t>https://elpais.com/mexico/2026/03/08/la-marea-morada-sale-a-las-calles-de-mexico-por-el-8m-en-vivo.html</w:t>
        </w:r>
      </w:hyperlink>
      <w:r>
        <w:t xml:space="preserve"> - On March 8, 2026, thousands of women took to the streets of Mexico City and other parts of the country to commemorate International Women's Day. The 'purple tide' focused on demanding rights, justice, and safety for women, transforming public spaces into areas of protest and solidarity. The march converged in the Zócalo, a zone previously secured by authorities.</w:t>
      </w:r>
      <w:r/>
    </w:p>
    <w:p>
      <w:pPr>
        <w:pStyle w:val="ListNumber"/>
        <w:spacing w:line="240" w:lineRule="auto"/>
        <w:ind w:left="720"/>
      </w:pPr>
      <w:r/>
      <w:hyperlink r:id="rId14">
        <w:r>
          <w:rPr>
            <w:color w:val="0000EE"/>
            <w:u w:val="single"/>
          </w:rPr>
          <w:t>https://elpais.com/mexico/2026/03/08/la-marcha-del-8m-en-ciudad-de-mexico-hora-ruta-y-puntos-de-salida.html</w:t>
        </w:r>
      </w:hyperlink>
      <w:r>
        <w:t xml:space="preserve"> - On March 8, 2026, Mexico City hosted a significant march for International Women's Day, focusing on issues like femicide and the decriminalisation of abortion. The main assembly began at 11:30, with the march starting at 12:00, though some groups began as early as 9:00. Key starting points included the Glorieta de las Mujeres que Luchan, Monumento a la Revolución, and Ángel de la Independencia, covering major avenues like Paseo de la Reforma and Avenida Juárez.</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24-horas.mx/cdmx/movilizaciones-hoy-8-de-agosto-en-la-cdmx-marchas-concentraciones-y-rodadas/" TargetMode="External"/><Relationship Id="rId10" Type="http://schemas.openxmlformats.org/officeDocument/2006/relationships/hyperlink" Target="https://www.posta.com.mx/cdmx/marchas-en-cdmx-este-viernes-8-de-agosto-se-esperan-11-concentraciones-con-afectaciones-viales/vl2078228" TargetMode="External"/><Relationship Id="rId11" Type="http://schemas.openxmlformats.org/officeDocument/2006/relationships/hyperlink" Target="https://www.sinembargo.mx/4802242/marchas-hoy-8-de-mayo-en-cdmx-manifestaciones-concentraciones-y-afectaciones-viales/" TargetMode="External"/><Relationship Id="rId12" Type="http://schemas.openxmlformats.org/officeDocument/2006/relationships/hyperlink" Target="https://elpais.com/mexico/2026/06/08/confiscados-59-explosivos-en-un-autobus-de-maestros-y-estudiantes-que-iba-a-ciudad-de-mexico.html" TargetMode="External"/><Relationship Id="rId13" Type="http://schemas.openxmlformats.org/officeDocument/2006/relationships/hyperlink" Target="https://elpais.com/mexico/2026/03/08/la-marea-morada-sale-a-las-calles-de-mexico-por-el-8m-en-vivo.html" TargetMode="External"/><Relationship Id="rId14" Type="http://schemas.openxmlformats.org/officeDocument/2006/relationships/hyperlink" Target="https://elpais.com/mexico/2026/03/08/la-marcha-del-8m-en-ciudad-de-mexico-hora-ruta-y-puntos-de-salida.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