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WorldPride March Highlights and What It Means for LGBTQ+ Solidarity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sightseers paused as thousands poured through Amsterdam for the WorldPride march, a vivid demonstration of solidarity, resistance and visibility that threaded city streets toward Museumplein , and reminded everyone why global queer rights still matter.</w:t>
      </w:r>
      <w:r/>
    </w:p>
    <w:p>
      <w:r/>
      <w:r>
        <w:t>Essential Takeaways</w:t>
      </w:r>
      <w:r/>
      <w:r/>
    </w:p>
    <w:p>
      <w:pPr>
        <w:pStyle w:val="ListBullet"/>
        <w:spacing w:line="240" w:lineRule="auto"/>
        <w:ind w:left="720"/>
      </w:pPr>
      <w:r/>
      <w:r>
        <w:rPr>
          <w:b/>
        </w:rPr>
        <w:t>Mass turnout:</w:t>
      </w:r>
      <w:r>
        <w:t xml:space="preserve"> Thousands marched through central Amsterdam along a route from President Kennedylaan to Museumplein, arriving ahead of the evening’s WorldPride concert.</w:t>
      </w:r>
      <w:r/>
    </w:p>
    <w:p>
      <w:pPr>
        <w:pStyle w:val="ListBullet"/>
        <w:spacing w:line="240" w:lineRule="auto"/>
        <w:ind w:left="720"/>
      </w:pPr>
      <w:r/>
      <w:r>
        <w:rPr>
          <w:b/>
        </w:rPr>
        <w:t>Visible solidarity:</w:t>
      </w:r>
      <w:r>
        <w:t xml:space="preserve"> Participants carried rainbow flags and banners, plus flags from countries where homosexuality remains criminalised, creating a quietly powerful contrast.</w:t>
      </w:r>
      <w:r/>
    </w:p>
    <w:p>
      <w:pPr>
        <w:pStyle w:val="ListBullet"/>
        <w:spacing w:line="240" w:lineRule="auto"/>
        <w:ind w:left="720"/>
      </w:pPr>
      <w:r/>
      <w:r>
        <w:rPr>
          <w:b/>
        </w:rPr>
        <w:t>Clear messages:</w:t>
      </w:r>
      <w:r>
        <w:t xml:space="preserve"> Signs ranged from earnest appeals like “Everyone has the right to be who they are” to defiant slogans such as “Kiss whoever the fuck you want.”</w:t>
      </w:r>
      <w:r/>
    </w:p>
    <w:p>
      <w:pPr>
        <w:pStyle w:val="ListBullet"/>
        <w:spacing w:line="240" w:lineRule="auto"/>
        <w:ind w:left="720"/>
      </w:pPr>
      <w:r/>
      <w:r>
        <w:rPr>
          <w:b/>
        </w:rPr>
        <w:t>Cultural moment:</w:t>
      </w:r>
      <w:r>
        <w:t xml:space="preserve"> The march doubled as protest and celebration, ending with a scheduled slot concert that capped the day.</w:t>
      </w:r>
      <w:r/>
    </w:p>
    <w:p>
      <w:pPr>
        <w:pStyle w:val="ListBullet"/>
        <w:spacing w:line="240" w:lineRule="auto"/>
        <w:ind w:left="720"/>
      </w:pPr>
      <w:r/>
      <w:r>
        <w:rPr>
          <w:b/>
        </w:rPr>
        <w:t>Art and activism:</w:t>
      </w:r>
      <w:r>
        <w:t xml:space="preserve"> Projects like Zero Flags were present, amplifying voices from persecuted communities with symbolic flags and storytelling.</w:t>
      </w:r>
      <w:r/>
      <w:r/>
    </w:p>
    <w:p>
      <w:pPr>
        <w:pStyle w:val="Heading2"/>
      </w:pPr>
      <w:r>
        <w:t>A march that felt like a hug and a wake-up call</w:t>
      </w:r>
      <w:r/>
    </w:p>
    <w:p>
      <w:r/>
      <w:r>
        <w:t>The atmosphere on the streets was both celebratory and solemn, a bright wash of colour with an undercurrent of urgency as people chanted and cheered. According to organisers, the event was framed as solidarity, resistance and visibility , words that match the mix of festivity and protest on display. For many, carrying flags from countries where queer lives are still criminalised felt like a living petition: joyful but impossible to ignore.</w:t>
      </w:r>
      <w:r/>
    </w:p>
    <w:p>
      <w:pPr>
        <w:pStyle w:val="Heading2"/>
      </w:pPr>
      <w:r>
        <w:t>The route: a moving city-wide stage</w:t>
      </w:r>
      <w:r/>
    </w:p>
    <w:p>
      <w:r/>
      <w:r>
        <w:t>Participants set off from President Kennedylaan and wound through Rijnstraat, Van Woustraat, Ceintuurbaan, Roelof Hartstraat and Van Baerlestraat before converging on Museumplein. The route turned Amsterdam itself into a backdrop for a global conversation, with curious onlookers lining tram stops and cafés. If you’re planning to join next time, aim to arrive early and pick a stretch that suits your pace , long marches can be tiring but also deeply communal.</w:t>
      </w:r>
      <w:r/>
    </w:p>
    <w:p>
      <w:pPr>
        <w:pStyle w:val="Heading2"/>
      </w:pPr>
      <w:r>
        <w:t>Flags, slogans and the power of symbolism</w:t>
      </w:r>
      <w:r/>
    </w:p>
    <w:p>
      <w:r/>
      <w:r>
        <w:t>Alongside classic rainbow banners, demonstrators carried flags of countries where homosexuality is still illegal. That visual choice gave the march an international edge and linked local celebration to worldwide struggles. Initiatives like the Zero Flags project use similar symbolism to spotlight persecuted communities, and their presence here helped shape the march as more than a parade , it was a political statement you could see in vivid colour.</w:t>
      </w:r>
      <w:r/>
    </w:p>
    <w:p>
      <w:pPr>
        <w:pStyle w:val="Heading2"/>
      </w:pPr>
      <w:r>
        <w:t>From protest to party: Museumplein and the closing concert</w:t>
      </w:r>
      <w:r/>
    </w:p>
    <w:p>
      <w:r/>
      <w:r>
        <w:t>The march culminated at Museumplein, where a slot concert was due to begin at 18:00. The transition from moving demonstration to staged celebration underlined a key WorldPride aim: visibility that leads to joy and to action. Events like this also help normalise queer presence in public space, while giving activists a platform to raise uncomfortable but necessary questions about laws and lives abroad.</w:t>
      </w:r>
      <w:r/>
    </w:p>
    <w:p>
      <w:pPr>
        <w:pStyle w:val="Heading2"/>
      </w:pPr>
      <w:r>
        <w:t>Why it still matters , and what you can do</w:t>
      </w:r>
      <w:r/>
    </w:p>
    <w:p>
      <w:r/>
      <w:r>
        <w:t>WorldPride’s message is simple and urgent: pride isn’t only about celebration where rights are secure, it’s about visibility for those who don’t yet have them. If you want to show support, consider donating to groups that help LGBTQ+ people in hostile countries, follow campaigns like Zero Flags, or use social media to amplify those stories. Even small acts , signing petitions, attending local events, starting conversations , keep momentum alive.</w:t>
      </w:r>
      <w:r/>
    </w:p>
    <w:p>
      <w:r/>
      <w:r>
        <w:t>It's a small change that can make every march, every flag and every voice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1">
        <w:r>
          <w:rPr>
            <w:color w:val="0000EE"/>
            <w:u w:val="single"/>
          </w:rPr>
          <w:t>[3]</w:t>
        </w:r>
      </w:hyperlink>
      <w:r>
        <w:t xml:space="preserve">- Paragraph 3: </w:t>
      </w:r>
      <w:hyperlink r:id="rId12">
        <w:r>
          <w:rPr>
            <w:color w:val="0000EE"/>
            <w:u w:val="single"/>
          </w:rPr>
          <w:t>[5]</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4">
        <w:r>
          <w:rPr>
            <w:color w:val="0000EE"/>
            <w:u w:val="single"/>
          </w:rPr>
          <w:t>[7]</w:t>
        </w:r>
      </w:hyperlink>
      <w:r>
        <w:t xml:space="preserve">- Paragraph 5: </w:t>
      </w:r>
      <w:hyperlink r:id="rId15">
        <w:r>
          <w:rPr>
            <w:color w:val="0000EE"/>
            <w:u w:val="single"/>
          </w:rPr>
          <w:t>[4]</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https://www.nd.nl/varia/varia/1326849/duizenden-mensen-lopen-door-amsterdam-tijdens-worldpride-march</w:t>
        </w:r>
      </w:hyperlink>
      <w:r>
        <w:t xml:space="preserve"> - Please view link - unable to able to access data</w:t>
      </w:r>
      <w:r/>
    </w:p>
    <w:p>
      <w:pPr>
        <w:pStyle w:val="ListNumber"/>
        <w:spacing w:line="240" w:lineRule="auto"/>
        <w:ind w:left="720"/>
      </w:pPr>
      <w:r/>
      <w:hyperlink r:id="rId10">
        <w:r>
          <w:rPr>
            <w:color w:val="0000EE"/>
            <w:u w:val="single"/>
          </w:rPr>
          <w:t>https://pride.amsterdam/en/event/worldpride-march/</w:t>
        </w:r>
      </w:hyperlink>
      <w:r>
        <w:t xml:space="preserve"> - The WorldPride March is a significant event in Amsterdam, scheduled for 8 August 2026, from 15:00 to 18:00 in the South district. It serves as a powerful demonstration of visibility, solidarity, and resistance, advocating for the right to be oneself, love freely, and live without discrimination based on sexual orientation, gender identity, or gender expression. Participants will gather at Martin Luther Kingpark at 15:00, with the march commencing at 16:30 and concluding at Museumplein, where the WorldPride Closing Concert will follow at 17:30. The route includes Martin Luther Kingpark, Rijnstraat, Van Woustraat, Ceintuurbaan, Roelof Hartstraat, Van Baerlestraat, and Museumplein. The march also aims to highlight the struggles of LGBTQIA+ individuals worldwide who cannot express themselves openly, carrying flags from countries where homosexuality is still criminalised. This initiative follows data from ILGA World and collaborates with 76 Crimes, an organisation monitoring laws affecting LGBTQIA+ people globally. The event is free to attend and accessible to all.</w:t>
      </w:r>
      <w:r/>
    </w:p>
    <w:p>
      <w:pPr>
        <w:pStyle w:val="ListNumber"/>
        <w:spacing w:line="240" w:lineRule="auto"/>
        <w:ind w:left="720"/>
      </w:pPr>
      <w:r/>
      <w:hyperlink r:id="rId11">
        <w:r>
          <w:rPr>
            <w:color w:val="0000EE"/>
            <w:u w:val="single"/>
          </w:rPr>
          <w:t>https://www.iamsterdam.com/en/whats-on/calendar/festivals/events/worldpride-march</w:t>
        </w:r>
      </w:hyperlink>
      <w:r>
        <w:t xml:space="preserve"> - The WorldPride March in Amsterdam is more than just a parade; it is a powerful demonstration of visibility, solidarity, and resistance. Scheduled for 8 August 2026, from 15:00 to 18:00, the march aims to showcase the beauty, diversity, and unity of the LGBTQIA+ community. Participants will gather at Martin Luther Kingpark at 15:00, with the march departing at 16:30 and finishing at Museumplein, where the WorldPride Closing Concert will follow at 17:30. The route includes Martin Luther Kingpark, Rijnstraat, Van Woustraat, Ceintuurbaan, Roelof Hartstraat, Van Baerlestraat, and Museumplein. The march also serves as a protest, making it clear to the world that others should not dictate how individuals live. To make the struggles of those who cannot join visible, participants carry flags from countries where homosexuality is still punishable under the criminal code, following the ILGA list and maintaining contact with 76Crimes, an organisation that monitors anti-gay legislation worldwide. The event is free to attend and accessible to all.</w:t>
      </w:r>
      <w:r/>
    </w:p>
    <w:p>
      <w:pPr>
        <w:pStyle w:val="ListNumber"/>
        <w:spacing w:line="240" w:lineRule="auto"/>
        <w:ind w:left="720"/>
      </w:pPr>
      <w:r/>
      <w:hyperlink r:id="rId15">
        <w:r>
          <w:rPr>
            <w:color w:val="0000EE"/>
            <w:u w:val="single"/>
          </w:rPr>
          <w:t>https://www.iamsterdam.com/uit/agenda/festivals/events/the-temple-of-unity</w:t>
        </w:r>
      </w:hyperlink>
      <w:r>
        <w:t xml:space="preserve"> - The Temple of Unity is an 18-meter-high art installation and meeting place located at Museumplein during WorldPride Amsterdam. The installation consists of 60 colourful Unity Flags, many of which have been created by queer refugees and newcomers who have translated their personal stories into powerful designs. During WorldPride, daily creative workshops are organised where visitors can create their own Unity Flag and add it to the temple. This collaborative effort results in a growing collective artwork that visibly represents connection, diversity, freedom, and inclusion. The Temple of Unity is part of the broader WorldPride Amsterdam celebrations, which aim to promote freedom, diversity, and love in all its forms.</w:t>
      </w:r>
      <w:r/>
    </w:p>
    <w:p>
      <w:pPr>
        <w:pStyle w:val="ListNumber"/>
        <w:spacing w:line="240" w:lineRule="auto"/>
        <w:ind w:left="720"/>
      </w:pPr>
      <w:r/>
      <w:hyperlink r:id="rId12">
        <w:r>
          <w:rPr>
            <w:color w:val="0000EE"/>
            <w:u w:val="single"/>
          </w:rPr>
          <w:t>https://www.zeroflagsproject.nl/</w:t>
        </w:r>
      </w:hyperlink>
      <w:r>
        <w:t xml:space="preserve"> - The Zero Flags Project is an initiative that aims to raise awareness about the criminalisation of homosexuality in various countries worldwide. During WorldPride Amsterdam 2026, the project will be present at Museumplein, featuring 63 flags representing countries where homosexuality or gender diversity is still punishable by law. The project collaborates with organisations such as Pride Amsterdam, ILGA, the UNHCR, Human Rights Watch, Amnesty International, and the Equal Rights Coalition. The ultimate goal is to reduce the number of flags to zero, symbolising the end of the criminalisation of LGBTQIA+ individuals globally. The project also maintains contact with 76Crimes, an organisation that monitors anti-gay legislation worldwide.</w:t>
      </w:r>
      <w:r/>
    </w:p>
    <w:p>
      <w:pPr>
        <w:pStyle w:val="ListNumber"/>
        <w:spacing w:line="240" w:lineRule="auto"/>
        <w:ind w:left="720"/>
      </w:pPr>
      <w:r/>
      <w:hyperlink r:id="rId13">
        <w:r>
          <w:rPr>
            <w:color w:val="0000EE"/>
            <w:u w:val="single"/>
          </w:rPr>
          <w:t>https://www.zeroflagsproject.nl/home/</w:t>
        </w:r>
      </w:hyperlink>
      <w:r>
        <w:t xml:space="preserve"> - During Amsterdam WorldPride 2026, the Zero Flags Project will be present and was part of the kick-off event in Amsterdam last June. Touria Meliani, the Amsterdam alderman for Inclusion and anti-discrimination policy, shared her personal wish that during WorldPride 2026, at least five flags of the Zero Flags Project can be lowered because these countries have changed their laws. The project aims to raise awareness about the criminalisation of homosexuality in various countries worldwide and collaborates with organisations such as Pride Amsterdam, ILGA, the UNHCR, Human Rights Watch, Amnesty International, and the Equal Rights Coalition. The ultimate goal is to reduce the number of flags to zero, symbolising the end of the criminalisation of LGBTQIA+ individuals globally.</w:t>
      </w:r>
      <w:r/>
    </w:p>
    <w:p>
      <w:pPr>
        <w:pStyle w:val="ListNumber"/>
        <w:spacing w:line="240" w:lineRule="auto"/>
        <w:ind w:left="720"/>
      </w:pPr>
      <w:r/>
      <w:hyperlink r:id="rId14">
        <w:r>
          <w:rPr>
            <w:color w:val="0000EE"/>
            <w:u w:val="single"/>
          </w:rPr>
          <w:t>https://www.reutersconnect.com/item/worldpride-march-takes-place-in-amsterdam/dGFnOnJldXRlcnMuY29tLDIwMjY6bmV3c21sX01UMU5VUlBITzAwMFkxVVRERA</w:t>
        </w:r>
      </w:hyperlink>
      <w:r>
        <w:t xml:space="preserve"> - A Reuters photograph captures participants marching through the streets of Amsterdam during a WorldPride event on 25 July 2026. The image showcases supporters of LGBTQ+ rights and equality, highlighting the diversity, inclusion, and equal rights that the march represents. Participants are seen carrying colourful flags and banners, emphasising the vibrant and inclusive nature of the event. The photograph serves as a visual testament to the unity and solidarity of the LGBTQ+ community during the WorldPride celebrations in Amsterdam.</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d.nl/varia/varia/1326849/duizenden-mensen-lopen-door-amsterdam-tijdens-worldpride-march" TargetMode="External"/><Relationship Id="rId10" Type="http://schemas.openxmlformats.org/officeDocument/2006/relationships/hyperlink" Target="https://pride.amsterdam/en/event/worldpride-march/" TargetMode="External"/><Relationship Id="rId11" Type="http://schemas.openxmlformats.org/officeDocument/2006/relationships/hyperlink" Target="https://www.iamsterdam.com/en/whats-on/calendar/festivals/events/worldpride-march" TargetMode="External"/><Relationship Id="rId12" Type="http://schemas.openxmlformats.org/officeDocument/2006/relationships/hyperlink" Target="https://www.zeroflagsproject.nl/" TargetMode="External"/><Relationship Id="rId13" Type="http://schemas.openxmlformats.org/officeDocument/2006/relationships/hyperlink" Target="https://www.zeroflagsproject.nl/home/" TargetMode="External"/><Relationship Id="rId14" Type="http://schemas.openxmlformats.org/officeDocument/2006/relationships/hyperlink" Target="https://www.reutersconnect.com/item/worldpride-march-takes-place-in-amsterdam/dGFnOnJldXRlcnMuY29tLDIwMjY6bmV3c21sX01UMU5VUlBITzAwMFkxVVRERA" TargetMode="External"/><Relationship Id="rId15" Type="http://schemas.openxmlformats.org/officeDocument/2006/relationships/hyperlink" Target="https://www.iamsterdam.com/uit/agenda/festivals/events/the-temple-of-un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