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March Guide: What to Know About Amsterdam’s Final Day Celebrations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pulse of Amsterdam as WorldPride closes: thousands will gather for a march that’s part celebration, part protest, and a final concert at Museumplein , here’s what to expect, where to be and how to make the most of the day.</w:t>
      </w:r>
      <w:r/>
    </w:p>
    <w:p>
      <w:r/>
      <w:r>
        <w:t>Essential Takeaways</w:t>
      </w:r>
      <w:r/>
      <w:r/>
    </w:p>
    <w:p>
      <w:pPr>
        <w:pStyle w:val="ListBullet"/>
        <w:spacing w:line="240" w:lineRule="auto"/>
        <w:ind w:left="720"/>
      </w:pPr>
      <w:r/>
      <w:r>
        <w:rPr>
          <w:b/>
        </w:rPr>
        <w:t>When and where:</w:t>
      </w:r>
      <w:r>
        <w:t xml:space="preserve"> The WorldPride March assembles from 15:00 on President Kennedylaan, setting off around 16:30 toward Museumplein.</w:t>
      </w:r>
      <w:r/>
    </w:p>
    <w:p>
      <w:pPr>
        <w:pStyle w:val="ListBullet"/>
        <w:spacing w:line="240" w:lineRule="auto"/>
        <w:ind w:left="720"/>
      </w:pPr>
      <w:r/>
      <w:r>
        <w:rPr>
          <w:b/>
        </w:rPr>
        <w:t>Route snapshot:</w:t>
      </w:r>
      <w:r>
        <w:t xml:space="preserve"> The procession travels via Rijnstraat, Van Woustraat, Ceintuurbaan, Roelof Hartstraat and Van Baerlestraat, finishing at Museumplein , easy to follow on local maps.</w:t>
      </w:r>
      <w:r/>
    </w:p>
    <w:p>
      <w:pPr>
        <w:pStyle w:val="ListBullet"/>
        <w:spacing w:line="240" w:lineRule="auto"/>
        <w:ind w:left="720"/>
      </w:pPr>
      <w:r/>
      <w:r>
        <w:rPr>
          <w:b/>
        </w:rPr>
        <w:t>Tone of the event:</w:t>
      </w:r>
      <w:r>
        <w:t xml:space="preserve"> Expect both festive pageantry and political protest; organisers frame it as visibility plus a call for global LGBTQIA+ rights.</w:t>
      </w:r>
      <w:r/>
    </w:p>
    <w:p>
      <w:pPr>
        <w:pStyle w:val="ListBullet"/>
        <w:spacing w:line="240" w:lineRule="auto"/>
        <w:ind w:left="720"/>
      </w:pPr>
      <w:r/>
      <w:r>
        <w:rPr>
          <w:b/>
        </w:rPr>
        <w:t>Finale details:</w:t>
      </w:r>
      <w:r>
        <w:t xml:space="preserve"> The march ends in Pride Village at Museumplein, where a ticketed concert begins at 17:30 , check ticket requirements in advance.</w:t>
      </w:r>
      <w:r/>
    </w:p>
    <w:p>
      <w:pPr>
        <w:pStyle w:val="ListBullet"/>
        <w:spacing w:line="240" w:lineRule="auto"/>
        <w:ind w:left="720"/>
      </w:pPr>
      <w:r/>
      <w:r>
        <w:rPr>
          <w:b/>
        </w:rPr>
        <w:t>Crowd sense:</w:t>
      </w:r>
      <w:r>
        <w:t xml:space="preserve"> Thousands are anticipated; the city previously expected up to a million visitors during WorldPride week.</w:t>
      </w:r>
      <w:r/>
      <w:r/>
    </w:p>
    <w:p>
      <w:pPr>
        <w:pStyle w:val="Heading2"/>
      </w:pPr>
      <w:r>
        <w:t>Why this march is both a party and a protest</w:t>
      </w:r>
      <w:r/>
    </w:p>
    <w:p>
      <w:r/>
      <w:r>
        <w:t>The opening line of the day is colourful and loud , you’ll notice the flags, the music and the buzz , but organisers are keen to point out this isn’t only about celebration. According to event materials, WorldPride aims to amplify the plight of LGBTQIA+ people who still live under threat in many countries. That mix of joy and seriousness is what gives the march its emotional pull. If you’re attending, bring water and wear comfortable shoes , the route is long and the crowd can feel intense.</w:t>
      </w:r>
      <w:r/>
    </w:p>
    <w:p>
      <w:pPr>
        <w:pStyle w:val="Heading2"/>
      </w:pPr>
      <w:r>
        <w:t>How the route helps , and how to plan around it</w:t>
      </w:r>
      <w:r/>
    </w:p>
    <w:p>
      <w:r/>
      <w:r>
        <w:t>The parade route cuts a clear arc from President Kennedylaan to Museumplein, taking in several busy streets such as Rijnstraat and Van Baerlestraat. That’s handy: it means public transport and tram lines will be busy or rerouted, so plan your arrival and exit early. Use Pride Amsterdam’s route maps or local signage to pick a good viewing spot, and consider meeting friends at fixed landmarks rather than trying to track moving groups through the crowd.</w:t>
      </w:r>
      <w:r/>
    </w:p>
    <w:p>
      <w:pPr>
        <w:pStyle w:val="Heading2"/>
      </w:pPr>
      <w:r>
        <w:t>What the final concert and Pride Village are like</w:t>
      </w:r>
      <w:r/>
    </w:p>
    <w:p>
      <w:r/>
      <w:r>
        <w:t>Museumplein will be transformed into Pride Village for the finale, where festival stalls, information points and accessible facilities cluster around the stage. The headline concert starts at 17:30, but tickets are required , don’t assume entry will be free just because you join the march. If you want a quieter experience, arrive earlier to explore the village, grab food and visit advocacy booths before the crowd swells.</w:t>
      </w:r>
      <w:r/>
    </w:p>
    <w:p>
      <w:pPr>
        <w:pStyle w:val="Heading2"/>
      </w:pPr>
      <w:r>
        <w:t>Safety, access and simple etiquette</w:t>
      </w:r>
      <w:r/>
    </w:p>
    <w:p>
      <w:r/>
      <w:r>
        <w:t>Organisers stress the march’s dual purpose as a show of solidarity and protest, so respect speakers and moments of reflection. If you’re photographing, ask before you take close-up shots of individuals. For families and those needing assistance, Pride Village usually offers clear access points and support services , consult Pride Amsterdam’s site for accessibility details. Keep an eye on local reporting for any last-minute route or time changes.</w:t>
      </w:r>
      <w:r/>
    </w:p>
    <w:p>
      <w:pPr>
        <w:pStyle w:val="Heading2"/>
      </w:pPr>
      <w:r>
        <w:t>The wider significance , beyond Amsterdam’s streets</w:t>
      </w:r>
      <w:r/>
    </w:p>
    <w:p>
      <w:r/>
      <w:r>
        <w:t>WorldPride in Amsterdam has drawn international attention and large visitor numbers, reflecting a global conversation about rights and visibility. The event was opened by Queen Máxima earlier in the programme, lending a high-profile start to two weeks of programming across the city. It’s a reminder that parades can be both joyful and politically pointed , and that small acts of visibility in public squares can reverberate far beyond a single afternoon.</w:t>
      </w:r>
      <w:r/>
    </w:p>
    <w:p>
      <w:r/>
      <w:r>
        <w:t>It’s a small change that can make every march feel meaningful , go prepared, stay curious and join the moment.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12">
        <w:r>
          <w:rPr>
            <w:color w:val="0000EE"/>
            <w:u w:val="single"/>
          </w:rPr>
          <w:t>[5]</w:t>
        </w:r>
      </w:hyperlink>
      <w:r>
        <w:t xml:space="preserve">, </w:t>
      </w:r>
      <w:hyperlink r:id="rId14">
        <w:r>
          <w:rPr>
            <w:color w:val="0000EE"/>
            <w:u w:val="single"/>
          </w:rPr>
          <w:t>[6]</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https://www.31mag.nl/amsterdam-ultima-giornata-del-worldpride-marcia-di-protesta-e-concerto-conclusivo/</w:t>
        </w:r>
      </w:hyperlink>
      <w:r>
        <w:t xml:space="preserve"> - Please view link - unable to able to access data</w:t>
      </w:r>
      <w:r/>
    </w:p>
    <w:p>
      <w:pPr>
        <w:pStyle w:val="ListNumber"/>
        <w:spacing w:line="240" w:lineRule="auto"/>
        <w:ind w:left="720"/>
      </w:pPr>
      <w:r/>
      <w:hyperlink r:id="rId10">
        <w:r>
          <w:rPr>
            <w:color w:val="0000EE"/>
            <w:u w:val="single"/>
          </w:rPr>
          <w:t>https://www.koninklijkhuis.nl/actueel/nieuws/2026/07/08/koningin-maxima-opent-worldpride-2026</w:t>
        </w:r>
      </w:hyperlink>
      <w:r>
        <w:t xml:space="preserve"> - On 8 July 2026, Queen Máxima inaugurated WorldPride 2026 in Amsterdam's Vondelpark. The event, running from 25 July to 8 August, celebrates LGBTQIA+ rights and visibility. Queen Máxima visited Pride Park, engaging with various activities, including Sport Pride and Youth Pride, and interacted with community representatives and information stands. This inauguration highlights Amsterdam's role as a city of freedom, diversity, and inclusion, marking 25 years since the first same-sex marriage in the Netherlands.</w:t>
      </w:r>
      <w:r/>
    </w:p>
    <w:p>
      <w:pPr>
        <w:pStyle w:val="ListNumber"/>
        <w:spacing w:line="240" w:lineRule="auto"/>
        <w:ind w:left="720"/>
      </w:pPr>
      <w:r/>
      <w:hyperlink r:id="rId11">
        <w:r>
          <w:rPr>
            <w:color w:val="0000EE"/>
            <w:u w:val="single"/>
          </w:rPr>
          <w:t>https://pride.amsterdam/en/event/worldpride-march/</w:t>
        </w:r>
      </w:hyperlink>
      <w:r>
        <w:t xml:space="preserve"> - The WorldPride March, scheduled for 8 August 2026, is a significant event in Amsterdam's WorldPride celebrations. Participants will gather at Martin Luther Kingpark at 15:00, with the march commencing at 16:30, proceeding through various streets to Museumplein. The march serves as both a celebration and a protest, advocating for the rights of LGBTQIA+ individuals worldwide. Flags representing countries where homosexuality is criminalised will be carried to raise awareness of global human rights issues.</w:t>
      </w:r>
      <w:r/>
    </w:p>
    <w:p>
      <w:pPr>
        <w:pStyle w:val="ListNumber"/>
        <w:spacing w:line="240" w:lineRule="auto"/>
        <w:ind w:left="720"/>
      </w:pPr>
      <w:r/>
      <w:hyperlink r:id="rId13">
        <w:r>
          <w:rPr>
            <w:color w:val="0000EE"/>
            <w:u w:val="single"/>
          </w:rPr>
          <w:t>https://pride.amsterdam/en/events/pride-village/</w:t>
        </w:r>
      </w:hyperlink>
      <w:r>
        <w:t xml:space="preserve"> - Pride Village, located at Museumplein, is a central hub during the second week of WorldPride Amsterdam 2026. The event features stands from LGBTQIA+ organisations, companies, and other groups, along with two small stages, a large main stage, and a variety of food trucks and bars. A wedding chapel will also be present, offering small ceremonies. The village provides a space for visitors to enjoy and engage with the LGBTQIA+ community and culture.</w:t>
      </w:r>
      <w:r/>
    </w:p>
    <w:p>
      <w:pPr>
        <w:pStyle w:val="ListNumber"/>
        <w:spacing w:line="240" w:lineRule="auto"/>
        <w:ind w:left="720"/>
      </w:pPr>
      <w:r/>
      <w:hyperlink r:id="rId12">
        <w:r>
          <w:rPr>
            <w:color w:val="0000EE"/>
            <w:u w:val="single"/>
          </w:rPr>
          <w:t>https://pride.amsterdam/en/events/pride-march/</w:t>
        </w:r>
      </w:hyperlink>
      <w:r>
        <w:t xml:space="preserve"> - The WorldPride March, taking place on 8 August 2026, is a powerful demonstration of visibility, solidarity, and resistance. Participants will gather at Martin Luther Kingpark at 15:00, with the march departing at 16:30 and finishing at Museumplein. The march aims to showcase the right to be oneself, to love who one chooses, and to live freely, regardless of sexual orientation, gender identity, or gender expression. Flags of countries where homosexuality is still criminalised will be carried during the march to highlight global human rights issues.</w:t>
      </w:r>
      <w:r/>
    </w:p>
    <w:p>
      <w:pPr>
        <w:pStyle w:val="ListNumber"/>
        <w:spacing w:line="240" w:lineRule="auto"/>
        <w:ind w:left="720"/>
      </w:pPr>
      <w:r/>
      <w:hyperlink r:id="rId14">
        <w:r>
          <w:rPr>
            <w:color w:val="0000EE"/>
            <w:u w:val="single"/>
          </w:rPr>
          <w:t>https://pride.amsterdam/en/?lang=en</w:t>
        </w:r>
      </w:hyperlink>
      <w:r>
        <w:t xml:space="preserve"> - WorldPride Amsterdam 2026, running from 25 July to 8 August, is a celebration of freedom, diversity, and love in all its forms. The event includes the Canal Parade, concerts at Museumplein, and the WorldPride March. The Canal Parade features a WorldPride Stadium on the Prinsengracht, offering a unique experience for both participants and spectators. The UNITY Concert and Wedding Party XXL are also part of the festivities, highlighting Amsterdam's commitment to inclusivity and celebration of the LGBTQIA+ community.</w:t>
      </w:r>
      <w:r/>
    </w:p>
    <w:p>
      <w:pPr>
        <w:pStyle w:val="ListNumber"/>
        <w:spacing w:line="240" w:lineRule="auto"/>
        <w:ind w:left="720"/>
      </w:pPr>
      <w:r/>
      <w:hyperlink r:id="rId15">
        <w:r>
          <w:rPr>
            <w:color w:val="0000EE"/>
            <w:u w:val="single"/>
          </w:rPr>
          <w:t>https://nltimes.nl/2026/07/25/amsterdams-first-worldpride-begins-saturday-city-expects-1-million-visitors</w:t>
        </w:r>
      </w:hyperlink>
      <w:r>
        <w:t xml:space="preserve"> - WorldPride Amsterdam 2026 began on 25 July, marking the first time the international LGBTQIA+ event is held in the city. Queen Máxima opened the event in Vondelpark under the theme 'Unity'. The schedule includes street parties, concerts, a human rights conference, and a Pride March to Museumplein. The Canal Parade is set to take place midway through the program. The city anticipates welcoming over 1 million visitors during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31mag.nl/amsterdam-ultima-giornata-del-worldpride-marcia-di-protesta-e-concerto-conclusivo/" TargetMode="External"/><Relationship Id="rId10" Type="http://schemas.openxmlformats.org/officeDocument/2006/relationships/hyperlink" Target="https://www.koninklijkhuis.nl/actueel/nieuws/2026/07/08/koningin-maxima-opent-worldpride-2026" TargetMode="External"/><Relationship Id="rId11" Type="http://schemas.openxmlformats.org/officeDocument/2006/relationships/hyperlink" Target="https://pride.amsterdam/en/event/worldpride-march/" TargetMode="External"/><Relationship Id="rId12" Type="http://schemas.openxmlformats.org/officeDocument/2006/relationships/hyperlink" Target="https://pride.amsterdam/en/events/pride-march/" TargetMode="External"/><Relationship Id="rId13" Type="http://schemas.openxmlformats.org/officeDocument/2006/relationships/hyperlink" Target="https://pride.amsterdam/en/events/pride-village/" TargetMode="External"/><Relationship Id="rId14" Type="http://schemas.openxmlformats.org/officeDocument/2006/relationships/hyperlink" Target="https://pride.amsterdam/en/?lang=en" TargetMode="External"/><Relationship Id="rId15" Type="http://schemas.openxmlformats.org/officeDocument/2006/relationships/hyperlink" Target="https://nltimes.nl/2026/07/25/amsterdams-first-worldpride-begins-saturday-city-expects-1-million-visi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